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EAB00" w14:textId="77777777" w:rsidR="008023A2" w:rsidRPr="00AB3852" w:rsidRDefault="008023A2" w:rsidP="00B67E04">
      <w:pPr>
        <w:jc w:val="center"/>
        <w:rPr>
          <w:rFonts w:ascii="Arial" w:hAnsi="Arial" w:cs="Arial"/>
          <w:sz w:val="20"/>
          <w:szCs w:val="20"/>
        </w:rPr>
        <w:sectPr w:rsidR="008023A2" w:rsidRPr="00AB3852" w:rsidSect="008023A2">
          <w:pgSz w:w="16838" w:h="11906" w:orient="landscape"/>
          <w:pgMar w:top="1440" w:right="1440" w:bottom="1440" w:left="1440" w:header="708" w:footer="708" w:gutter="0"/>
          <w:cols w:space="708"/>
          <w:docGrid w:linePitch="360"/>
        </w:sectPr>
      </w:pPr>
      <w:r w:rsidRPr="00AB3852">
        <w:rPr>
          <w:rFonts w:ascii="Arial" w:hAnsi="Arial" w:cs="Arial"/>
          <w:noProof/>
          <w:sz w:val="20"/>
          <w:szCs w:val="20"/>
        </w:rPr>
        <w:drawing>
          <wp:inline distT="0" distB="0" distL="0" distR="0" wp14:anchorId="19F31C91" wp14:editId="28296CC9">
            <wp:extent cx="8107045" cy="5731510"/>
            <wp:effectExtent l="0" t="0" r="8255" b="2540"/>
            <wp:docPr id="15690100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07045" cy="5731510"/>
                    </a:xfrm>
                    <a:prstGeom prst="rect">
                      <a:avLst/>
                    </a:prstGeom>
                    <a:noFill/>
                    <a:ln>
                      <a:noFill/>
                    </a:ln>
                  </pic:spPr>
                </pic:pic>
              </a:graphicData>
            </a:graphic>
          </wp:inline>
        </w:drawing>
      </w:r>
    </w:p>
    <w:p w14:paraId="39F6AFB7" w14:textId="77777777" w:rsidR="00AB3852" w:rsidRPr="00AB3852" w:rsidRDefault="00AB3852" w:rsidP="00AB3852">
      <w:pPr>
        <w:pBdr>
          <w:bottom w:val="single" w:sz="8" w:space="4" w:color="4F81BD"/>
        </w:pBdr>
        <w:spacing w:after="300" w:line="240" w:lineRule="auto"/>
        <w:contextualSpacing/>
        <w:jc w:val="center"/>
        <w:rPr>
          <w:rFonts w:ascii="Arial" w:eastAsia="MS Gothic" w:hAnsi="Arial" w:cs="Arial"/>
          <w:b/>
          <w:color w:val="3D3D3D"/>
          <w:spacing w:val="5"/>
          <w:kern w:val="28"/>
          <w:sz w:val="44"/>
          <w:szCs w:val="44"/>
          <w:lang w:val="en-US"/>
          <w14:ligatures w14:val="none"/>
        </w:rPr>
      </w:pPr>
      <w:r w:rsidRPr="00AB3852">
        <w:rPr>
          <w:rFonts w:ascii="Arial" w:eastAsia="MS Gothic" w:hAnsi="Arial" w:cs="Arial"/>
          <w:b/>
          <w:color w:val="3D3D3D"/>
          <w:spacing w:val="5"/>
          <w:kern w:val="28"/>
          <w:sz w:val="44"/>
          <w:szCs w:val="44"/>
          <w:lang w:val="en-US"/>
          <w14:ligatures w14:val="none"/>
        </w:rPr>
        <w:lastRenderedPageBreak/>
        <w:t>BUSINESS CONTINUITY PLAN (BCP)</w:t>
      </w:r>
    </w:p>
    <w:p w14:paraId="18B437A7" w14:textId="77777777" w:rsidR="00AB3852" w:rsidRDefault="00AB3852" w:rsidP="00AB3852">
      <w:pPr>
        <w:spacing w:after="80" w:line="252" w:lineRule="auto"/>
        <w:jc w:val="center"/>
        <w:rPr>
          <w:rFonts w:ascii="Arial" w:eastAsia="MS Mincho" w:hAnsi="Arial" w:cs="Arial"/>
          <w:color w:val="555555"/>
          <w:kern w:val="0"/>
          <w:sz w:val="20"/>
          <w:szCs w:val="20"/>
          <w:lang w:val="en-US"/>
          <w14:ligatures w14:val="none"/>
        </w:rPr>
      </w:pPr>
    </w:p>
    <w:p w14:paraId="47BFC850" w14:textId="740C58B6" w:rsidR="00AB3852" w:rsidRPr="00AB3852" w:rsidRDefault="00AB3852" w:rsidP="00AB3852">
      <w:pPr>
        <w:spacing w:after="80" w:line="252" w:lineRule="auto"/>
        <w:jc w:val="center"/>
        <w:rPr>
          <w:rFonts w:ascii="Arial" w:eastAsia="MS Mincho" w:hAnsi="Arial" w:cs="Arial"/>
          <w:color w:val="555555"/>
          <w:kern w:val="0"/>
          <w:sz w:val="20"/>
          <w:szCs w:val="20"/>
          <w:lang w:val="en-US"/>
          <w14:ligatures w14:val="none"/>
        </w:rPr>
      </w:pPr>
      <w:r w:rsidRPr="00AB3852">
        <w:rPr>
          <w:rFonts w:ascii="Arial" w:eastAsia="MS Mincho" w:hAnsi="Arial" w:cs="Arial"/>
          <w:color w:val="555555"/>
          <w:kern w:val="0"/>
          <w:sz w:val="20"/>
          <w:szCs w:val="20"/>
          <w:lang w:val="en-US"/>
          <w14:ligatures w14:val="none"/>
        </w:rPr>
        <w:t xml:space="preserve">Full template (with bracketed guidance in fields) </w:t>
      </w:r>
    </w:p>
    <w:p w14:paraId="44A5D313"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p>
    <w:tbl>
      <w:tblPr>
        <w:tblStyle w:val="TableGrid"/>
        <w:tblW w:w="0" w:type="auto"/>
        <w:jc w:val="center"/>
        <w:tblLayout w:type="fixed"/>
        <w:tblLook w:val="04A0" w:firstRow="1" w:lastRow="0" w:firstColumn="1" w:lastColumn="0" w:noHBand="0" w:noVBand="1"/>
      </w:tblPr>
      <w:tblGrid>
        <w:gridCol w:w="3168"/>
        <w:gridCol w:w="6768"/>
        <w:gridCol w:w="3168"/>
        <w:gridCol w:w="1872"/>
      </w:tblGrid>
      <w:tr w:rsidR="00AB3852" w:rsidRPr="00AB3852" w14:paraId="2CD6F997" w14:textId="77777777" w:rsidTr="006A3252">
        <w:trPr>
          <w:cantSplit/>
          <w:tblHeader/>
          <w:jc w:val="center"/>
        </w:trPr>
        <w:tc>
          <w:tcPr>
            <w:tcW w:w="316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89F6C2D"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Field</w:t>
            </w:r>
          </w:p>
        </w:tc>
        <w:tc>
          <w:tcPr>
            <w:tcW w:w="676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705BFE3"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Details</w:t>
            </w:r>
          </w:p>
        </w:tc>
        <w:tc>
          <w:tcPr>
            <w:tcW w:w="316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29F0A29"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 / location</w:t>
            </w:r>
          </w:p>
        </w:tc>
        <w:tc>
          <w:tcPr>
            <w:tcW w:w="187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A557E31" w14:textId="77777777" w:rsidR="00AB3852" w:rsidRPr="00AB3852" w:rsidRDefault="00AB3852" w:rsidP="00AB3852">
            <w:pPr>
              <w:jc w:val="center"/>
              <w:rPr>
                <w:rFonts w:ascii="Arial" w:hAnsi="Arial" w:cs="Arial"/>
                <w:b/>
                <w:bCs/>
                <w:color w:val="FFFFFF"/>
                <w:sz w:val="20"/>
                <w:szCs w:val="20"/>
              </w:rPr>
            </w:pPr>
            <w:r w:rsidRPr="00AB3852">
              <w:rPr>
                <w:rFonts w:ascii="Arial" w:hAnsi="Arial" w:cs="Arial"/>
                <w:b/>
                <w:bCs/>
                <w:color w:val="FFFFFF"/>
                <w:sz w:val="20"/>
                <w:szCs w:val="20"/>
              </w:rPr>
              <w:t>Last checked</w:t>
            </w:r>
          </w:p>
        </w:tc>
      </w:tr>
      <w:tr w:rsidR="00AB3852" w:rsidRPr="00AB3852" w14:paraId="00FB998F"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31F3E4"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Business / </w:t>
            </w:r>
            <w:proofErr w:type="spellStart"/>
            <w:r w:rsidRPr="00AB3852">
              <w:rPr>
                <w:rFonts w:ascii="Arial" w:hAnsi="Arial" w:cs="Arial"/>
                <w:sz w:val="20"/>
                <w:szCs w:val="20"/>
              </w:rPr>
              <w:t>organisation</w:t>
            </w:r>
            <w:proofErr w:type="spellEnd"/>
          </w:p>
        </w:tc>
        <w:tc>
          <w:tcPr>
            <w:tcW w:w="67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664A17" w14:textId="77777777" w:rsidR="00AB3852" w:rsidRPr="00AB3852" w:rsidRDefault="00AB3852" w:rsidP="00AB3852">
            <w:pPr>
              <w:rPr>
                <w:rFonts w:ascii="Arial" w:hAnsi="Arial" w:cs="Arial"/>
                <w:sz w:val="20"/>
                <w:szCs w:val="20"/>
              </w:rPr>
            </w:pPr>
            <w:r w:rsidRPr="00AB3852">
              <w:rPr>
                <w:rFonts w:ascii="Arial" w:hAnsi="Arial" w:cs="Arial"/>
                <w:sz w:val="20"/>
                <w:szCs w:val="20"/>
              </w:rPr>
              <w:t>[Business name and legal entity]</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8355383"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0D18583"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AB3852" w:rsidRPr="00AB3852" w14:paraId="3D15D914"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F3EA172" w14:textId="77777777" w:rsidR="00AB3852" w:rsidRPr="00AB3852" w:rsidRDefault="00AB3852" w:rsidP="00AB3852">
            <w:pPr>
              <w:rPr>
                <w:rFonts w:ascii="Arial" w:hAnsi="Arial" w:cs="Arial"/>
                <w:sz w:val="20"/>
                <w:szCs w:val="20"/>
              </w:rPr>
            </w:pPr>
            <w:r w:rsidRPr="00AB3852">
              <w:rPr>
                <w:rFonts w:ascii="Arial" w:hAnsi="Arial" w:cs="Arial"/>
                <w:sz w:val="20"/>
                <w:szCs w:val="20"/>
              </w:rPr>
              <w:t>Business units, sites or services covered</w:t>
            </w:r>
          </w:p>
        </w:tc>
        <w:tc>
          <w:tcPr>
            <w:tcW w:w="67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C474FB" w14:textId="77777777" w:rsidR="00AB3852" w:rsidRPr="00AB3852" w:rsidRDefault="00AB3852" w:rsidP="00AB3852">
            <w:pPr>
              <w:rPr>
                <w:rFonts w:ascii="Arial" w:hAnsi="Arial" w:cs="Arial"/>
                <w:sz w:val="20"/>
                <w:szCs w:val="20"/>
              </w:rPr>
            </w:pPr>
            <w:r w:rsidRPr="00AB3852">
              <w:rPr>
                <w:rFonts w:ascii="Arial" w:hAnsi="Arial" w:cs="Arial"/>
                <w:sz w:val="20"/>
                <w:szCs w:val="20"/>
              </w:rPr>
              <w:t>[Business units, locations, products or services]</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BC89540"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12B0CF"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AB3852" w:rsidRPr="00AB3852" w14:paraId="16EAFEBA"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35B2FB" w14:textId="77777777" w:rsidR="00AB3852" w:rsidRPr="00AB3852" w:rsidRDefault="00AB3852" w:rsidP="00AB3852">
            <w:pPr>
              <w:rPr>
                <w:rFonts w:ascii="Arial" w:hAnsi="Arial" w:cs="Arial"/>
                <w:sz w:val="20"/>
                <w:szCs w:val="20"/>
              </w:rPr>
            </w:pPr>
            <w:r w:rsidRPr="00AB3852">
              <w:rPr>
                <w:rFonts w:ascii="Arial" w:hAnsi="Arial" w:cs="Arial"/>
                <w:sz w:val="20"/>
                <w:szCs w:val="20"/>
              </w:rPr>
              <w:t>Prepared by</w:t>
            </w:r>
          </w:p>
        </w:tc>
        <w:tc>
          <w:tcPr>
            <w:tcW w:w="67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1FEB13" w14:textId="77777777" w:rsidR="00AB3852" w:rsidRPr="00AB3852" w:rsidRDefault="00AB3852" w:rsidP="00AB3852">
            <w:pPr>
              <w:rPr>
                <w:rFonts w:ascii="Arial" w:hAnsi="Arial" w:cs="Arial"/>
                <w:sz w:val="20"/>
                <w:szCs w:val="20"/>
              </w:rPr>
            </w:pPr>
            <w:r w:rsidRPr="00AB3852">
              <w:rPr>
                <w:rFonts w:ascii="Arial" w:hAnsi="Arial" w:cs="Arial"/>
                <w:sz w:val="20"/>
                <w:szCs w:val="20"/>
              </w:rPr>
              <w:t>[Plan owner / adviser / project team]</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88A11F7"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E0174F"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AB3852" w:rsidRPr="00AB3852" w14:paraId="36EC5643"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03AF4EB" w14:textId="77777777" w:rsidR="00AB3852" w:rsidRPr="00AB3852" w:rsidRDefault="00AB3852" w:rsidP="00AB3852">
            <w:pPr>
              <w:rPr>
                <w:rFonts w:ascii="Arial" w:hAnsi="Arial" w:cs="Arial"/>
                <w:sz w:val="20"/>
                <w:szCs w:val="20"/>
              </w:rPr>
            </w:pPr>
            <w:r w:rsidRPr="00AB3852">
              <w:rPr>
                <w:rFonts w:ascii="Arial" w:hAnsi="Arial" w:cs="Arial"/>
                <w:sz w:val="20"/>
                <w:szCs w:val="20"/>
              </w:rPr>
              <w:t>Plan owner / backup owner</w:t>
            </w:r>
          </w:p>
        </w:tc>
        <w:tc>
          <w:tcPr>
            <w:tcW w:w="67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0D2C2ED" w14:textId="77777777" w:rsidR="00AB3852" w:rsidRPr="00AB3852" w:rsidRDefault="00AB3852" w:rsidP="00AB3852">
            <w:pPr>
              <w:rPr>
                <w:rFonts w:ascii="Arial" w:hAnsi="Arial" w:cs="Arial"/>
                <w:sz w:val="20"/>
                <w:szCs w:val="20"/>
              </w:rPr>
            </w:pPr>
            <w:r w:rsidRPr="00AB3852">
              <w:rPr>
                <w:rFonts w:ascii="Arial" w:hAnsi="Arial" w:cs="Arial"/>
                <w:sz w:val="20"/>
                <w:szCs w:val="20"/>
              </w:rPr>
              <w:t>[Plan owner] / [Backup owner]</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8CB2A0" w14:textId="77777777" w:rsidR="00AB3852" w:rsidRPr="00AB3852" w:rsidRDefault="00AB3852" w:rsidP="00AB3852">
            <w:pPr>
              <w:rPr>
                <w:rFonts w:ascii="Arial" w:hAnsi="Arial" w:cs="Arial"/>
                <w:sz w:val="20"/>
                <w:szCs w:val="20"/>
              </w:rPr>
            </w:pPr>
            <w:r w:rsidRPr="00AB3852">
              <w:rPr>
                <w:rFonts w:ascii="Arial" w:hAnsi="Arial" w:cs="Arial"/>
                <w:sz w:val="20"/>
                <w:szCs w:val="20"/>
              </w:rPr>
              <w:t>[Contact details]</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0AD6444"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AB3852" w:rsidRPr="00AB3852" w14:paraId="574D866D"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3B62A76" w14:textId="77777777" w:rsidR="00AB3852" w:rsidRPr="00AB3852" w:rsidRDefault="00AB3852" w:rsidP="00AB3852">
            <w:pPr>
              <w:rPr>
                <w:rFonts w:ascii="Arial" w:hAnsi="Arial" w:cs="Arial"/>
                <w:sz w:val="20"/>
                <w:szCs w:val="20"/>
              </w:rPr>
            </w:pPr>
            <w:r w:rsidRPr="00AB3852">
              <w:rPr>
                <w:rFonts w:ascii="Arial" w:hAnsi="Arial" w:cs="Arial"/>
                <w:sz w:val="20"/>
                <w:szCs w:val="20"/>
              </w:rPr>
              <w:t>Response lead / backup</w:t>
            </w:r>
          </w:p>
        </w:tc>
        <w:tc>
          <w:tcPr>
            <w:tcW w:w="67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E87B20F" w14:textId="77777777" w:rsidR="00AB3852" w:rsidRPr="00AB3852" w:rsidRDefault="00AB3852" w:rsidP="00AB3852">
            <w:pPr>
              <w:rPr>
                <w:rFonts w:ascii="Arial" w:hAnsi="Arial" w:cs="Arial"/>
                <w:sz w:val="20"/>
                <w:szCs w:val="20"/>
              </w:rPr>
            </w:pPr>
            <w:r w:rsidRPr="00AB3852">
              <w:rPr>
                <w:rFonts w:ascii="Arial" w:hAnsi="Arial" w:cs="Arial"/>
                <w:sz w:val="20"/>
                <w:szCs w:val="20"/>
              </w:rPr>
              <w:t>[Response lead] / [Backup response lead]</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6C69DF9" w14:textId="77777777" w:rsidR="00AB3852" w:rsidRPr="00AB3852" w:rsidRDefault="00AB3852" w:rsidP="00AB3852">
            <w:pPr>
              <w:rPr>
                <w:rFonts w:ascii="Arial" w:hAnsi="Arial" w:cs="Arial"/>
                <w:sz w:val="20"/>
                <w:szCs w:val="20"/>
              </w:rPr>
            </w:pPr>
            <w:r w:rsidRPr="00AB3852">
              <w:rPr>
                <w:rFonts w:ascii="Arial" w:hAnsi="Arial" w:cs="Arial"/>
                <w:sz w:val="20"/>
                <w:szCs w:val="20"/>
              </w:rPr>
              <w:t>[Contact details]</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CA73FF6"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AB3852" w:rsidRPr="00AB3852" w14:paraId="4903A4C5"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42AD711" w14:textId="77777777" w:rsidR="00AB3852" w:rsidRPr="00AB3852" w:rsidRDefault="00AB3852" w:rsidP="00AB3852">
            <w:pPr>
              <w:rPr>
                <w:rFonts w:ascii="Arial" w:hAnsi="Arial" w:cs="Arial"/>
                <w:sz w:val="20"/>
                <w:szCs w:val="20"/>
              </w:rPr>
            </w:pPr>
            <w:r w:rsidRPr="00AB3852">
              <w:rPr>
                <w:rFonts w:ascii="Arial" w:hAnsi="Arial" w:cs="Arial"/>
                <w:sz w:val="20"/>
                <w:szCs w:val="20"/>
              </w:rPr>
              <w:t>Version / date</w:t>
            </w:r>
          </w:p>
        </w:tc>
        <w:tc>
          <w:tcPr>
            <w:tcW w:w="67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898E5B" w14:textId="77777777" w:rsidR="00AB3852" w:rsidRPr="00AB3852" w:rsidRDefault="00AB3852" w:rsidP="00AB3852">
            <w:pPr>
              <w:rPr>
                <w:rFonts w:ascii="Arial" w:hAnsi="Arial" w:cs="Arial"/>
                <w:sz w:val="20"/>
                <w:szCs w:val="20"/>
              </w:rPr>
            </w:pPr>
            <w:r w:rsidRPr="00AB3852">
              <w:rPr>
                <w:rFonts w:ascii="Arial" w:hAnsi="Arial" w:cs="Arial"/>
                <w:sz w:val="20"/>
                <w:szCs w:val="20"/>
              </w:rPr>
              <w:t>[Version 1.0] / [Date]</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A26F11B" w14:textId="77777777" w:rsidR="00AB3852" w:rsidRPr="00AB3852" w:rsidRDefault="00AB3852" w:rsidP="00AB3852">
            <w:pPr>
              <w:rPr>
                <w:rFonts w:ascii="Arial" w:hAnsi="Arial" w:cs="Arial"/>
                <w:sz w:val="20"/>
                <w:szCs w:val="20"/>
              </w:rPr>
            </w:pPr>
            <w:r w:rsidRPr="00AB3852">
              <w:rPr>
                <w:rFonts w:ascii="Arial" w:hAnsi="Arial" w:cs="Arial"/>
                <w:sz w:val="20"/>
                <w:szCs w:val="20"/>
              </w:rPr>
              <w:t>[Document control owner]</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FC6D8E"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AB3852" w:rsidRPr="00AB3852" w14:paraId="5A5C0FF4"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D4FEA5" w14:textId="77777777" w:rsidR="00AB3852" w:rsidRPr="00AB3852" w:rsidRDefault="00AB3852" w:rsidP="00AB3852">
            <w:pPr>
              <w:rPr>
                <w:rFonts w:ascii="Arial" w:hAnsi="Arial" w:cs="Arial"/>
                <w:sz w:val="20"/>
                <w:szCs w:val="20"/>
              </w:rPr>
            </w:pPr>
            <w:r w:rsidRPr="00AB3852">
              <w:rPr>
                <w:rFonts w:ascii="Arial" w:hAnsi="Arial" w:cs="Arial"/>
                <w:sz w:val="20"/>
                <w:szCs w:val="20"/>
              </w:rPr>
              <w:t>Classification</w:t>
            </w:r>
          </w:p>
        </w:tc>
        <w:tc>
          <w:tcPr>
            <w:tcW w:w="67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539DB0E" w14:textId="77777777" w:rsidR="00AB3852" w:rsidRPr="00AB3852" w:rsidRDefault="00AB3852" w:rsidP="00AB3852">
            <w:pPr>
              <w:rPr>
                <w:rFonts w:ascii="Arial" w:hAnsi="Arial" w:cs="Arial"/>
                <w:sz w:val="20"/>
                <w:szCs w:val="20"/>
              </w:rPr>
            </w:pPr>
            <w:r w:rsidRPr="00AB3852">
              <w:rPr>
                <w:rFonts w:ascii="Arial" w:hAnsi="Arial" w:cs="Arial"/>
                <w:sz w:val="20"/>
                <w:szCs w:val="20"/>
              </w:rPr>
              <w:t>[Internal use / Confidential]</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7957D21"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EE3B0B"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AB3852" w:rsidRPr="00AB3852" w14:paraId="3A847515"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8DCE054" w14:textId="77777777" w:rsidR="00AB3852" w:rsidRPr="00AB3852" w:rsidRDefault="00AB3852" w:rsidP="00AB3852">
            <w:pPr>
              <w:rPr>
                <w:rFonts w:ascii="Arial" w:hAnsi="Arial" w:cs="Arial"/>
                <w:sz w:val="20"/>
                <w:szCs w:val="20"/>
              </w:rPr>
            </w:pPr>
            <w:r w:rsidRPr="00AB3852">
              <w:rPr>
                <w:rFonts w:ascii="Arial" w:hAnsi="Arial" w:cs="Arial"/>
                <w:sz w:val="20"/>
                <w:szCs w:val="20"/>
              </w:rPr>
              <w:t>Current approved copy</w:t>
            </w:r>
          </w:p>
        </w:tc>
        <w:tc>
          <w:tcPr>
            <w:tcW w:w="67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C96C470" w14:textId="77777777" w:rsidR="00AB3852" w:rsidRPr="00AB3852" w:rsidRDefault="00AB3852" w:rsidP="00AB3852">
            <w:pPr>
              <w:rPr>
                <w:rFonts w:ascii="Arial" w:hAnsi="Arial" w:cs="Arial"/>
                <w:sz w:val="20"/>
                <w:szCs w:val="20"/>
              </w:rPr>
            </w:pPr>
            <w:r w:rsidRPr="00AB3852">
              <w:rPr>
                <w:rFonts w:ascii="Arial" w:hAnsi="Arial" w:cs="Arial"/>
                <w:sz w:val="20"/>
                <w:szCs w:val="20"/>
              </w:rPr>
              <w:t>[Link / folder / system / physical location]</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FAF94A"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D3A8EC9"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AB3852" w:rsidRPr="00AB3852" w14:paraId="0F1BDEDD"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8C8C16" w14:textId="77777777" w:rsidR="00AB3852" w:rsidRPr="00AB3852" w:rsidRDefault="00AB3852" w:rsidP="00AB3852">
            <w:pPr>
              <w:rPr>
                <w:rFonts w:ascii="Arial" w:hAnsi="Arial" w:cs="Arial"/>
                <w:sz w:val="20"/>
                <w:szCs w:val="20"/>
              </w:rPr>
            </w:pPr>
            <w:r w:rsidRPr="00AB3852">
              <w:rPr>
                <w:rFonts w:ascii="Arial" w:hAnsi="Arial" w:cs="Arial"/>
                <w:sz w:val="20"/>
                <w:szCs w:val="20"/>
              </w:rPr>
              <w:t>Offline or offsite copy</w:t>
            </w:r>
          </w:p>
        </w:tc>
        <w:tc>
          <w:tcPr>
            <w:tcW w:w="67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E6D938" w14:textId="77777777" w:rsidR="00AB3852" w:rsidRPr="00AB3852" w:rsidRDefault="00AB3852" w:rsidP="00AB3852">
            <w:pPr>
              <w:rPr>
                <w:rFonts w:ascii="Arial" w:hAnsi="Arial" w:cs="Arial"/>
                <w:sz w:val="20"/>
                <w:szCs w:val="20"/>
              </w:rPr>
            </w:pPr>
            <w:r w:rsidRPr="00AB3852">
              <w:rPr>
                <w:rFonts w:ascii="Arial" w:hAnsi="Arial" w:cs="Arial"/>
                <w:sz w:val="20"/>
                <w:szCs w:val="20"/>
              </w:rPr>
              <w:t>[Emergency pack / printed copy / offsite copy / alternate office]</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282026"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D660D60"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AB3852" w:rsidRPr="00AB3852" w14:paraId="1A3D1CF6"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418699" w14:textId="77777777" w:rsidR="00AB3852" w:rsidRPr="00AB3852" w:rsidRDefault="00AB3852" w:rsidP="00AB3852">
            <w:pPr>
              <w:rPr>
                <w:rFonts w:ascii="Arial" w:hAnsi="Arial" w:cs="Arial"/>
                <w:sz w:val="20"/>
                <w:szCs w:val="20"/>
              </w:rPr>
            </w:pPr>
            <w:r w:rsidRPr="00AB3852">
              <w:rPr>
                <w:rFonts w:ascii="Arial" w:hAnsi="Arial" w:cs="Arial"/>
                <w:sz w:val="20"/>
                <w:szCs w:val="20"/>
              </w:rPr>
              <w:t>Activation contact method</w:t>
            </w:r>
          </w:p>
        </w:tc>
        <w:tc>
          <w:tcPr>
            <w:tcW w:w="67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D56BE7" w14:textId="77777777" w:rsidR="00AB3852" w:rsidRPr="00AB3852" w:rsidRDefault="00AB3852" w:rsidP="00AB3852">
            <w:pPr>
              <w:rPr>
                <w:rFonts w:ascii="Arial" w:hAnsi="Arial" w:cs="Arial"/>
                <w:sz w:val="20"/>
                <w:szCs w:val="20"/>
              </w:rPr>
            </w:pPr>
            <w:r w:rsidRPr="00AB3852">
              <w:rPr>
                <w:rFonts w:ascii="Arial" w:hAnsi="Arial" w:cs="Arial"/>
                <w:sz w:val="20"/>
                <w:szCs w:val="20"/>
              </w:rPr>
              <w:t>[Phone / text / group chat / alternate channel]</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5997255" w14:textId="77777777" w:rsidR="00AB3852" w:rsidRPr="00AB3852" w:rsidRDefault="00AB3852" w:rsidP="00AB3852">
            <w:pPr>
              <w:rPr>
                <w:rFonts w:ascii="Arial" w:hAnsi="Arial" w:cs="Arial"/>
                <w:sz w:val="20"/>
                <w:szCs w:val="20"/>
              </w:rPr>
            </w:pPr>
            <w:r w:rsidRPr="00AB3852">
              <w:rPr>
                <w:rFonts w:ascii="Arial" w:hAnsi="Arial" w:cs="Arial"/>
                <w:sz w:val="20"/>
                <w:szCs w:val="20"/>
              </w:rPr>
              <w:t>[Response lead]</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C3F28F"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AB3852" w:rsidRPr="00AB3852" w14:paraId="1AD87CC4"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58CC802" w14:textId="77777777" w:rsidR="00AB3852" w:rsidRPr="00AB3852" w:rsidRDefault="00AB3852" w:rsidP="00AB3852">
            <w:pPr>
              <w:rPr>
                <w:rFonts w:ascii="Arial" w:hAnsi="Arial" w:cs="Arial"/>
                <w:sz w:val="20"/>
                <w:szCs w:val="20"/>
              </w:rPr>
            </w:pPr>
            <w:r w:rsidRPr="00AB3852">
              <w:rPr>
                <w:rFonts w:ascii="Arial" w:hAnsi="Arial" w:cs="Arial"/>
                <w:sz w:val="20"/>
                <w:szCs w:val="20"/>
              </w:rPr>
              <w:t>Next scheduled review</w:t>
            </w:r>
          </w:p>
        </w:tc>
        <w:tc>
          <w:tcPr>
            <w:tcW w:w="67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4E1C8DE"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4E3EC2E" w14:textId="77777777" w:rsidR="00AB3852" w:rsidRPr="00AB3852" w:rsidRDefault="00AB3852" w:rsidP="00AB3852">
            <w:pPr>
              <w:rPr>
                <w:rFonts w:ascii="Arial" w:hAnsi="Arial" w:cs="Arial"/>
                <w:sz w:val="20"/>
                <w:szCs w:val="20"/>
              </w:rPr>
            </w:pPr>
            <w:r w:rsidRPr="00AB3852">
              <w:rPr>
                <w:rFonts w:ascii="Arial" w:hAnsi="Arial" w:cs="Arial"/>
                <w:sz w:val="20"/>
                <w:szCs w:val="20"/>
              </w:rPr>
              <w:t>[Plan owner]</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E85A2F"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bl>
    <w:p w14:paraId="7E372DD0"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25E570C3" w14:textId="77777777" w:rsidR="00AB3852" w:rsidRPr="00AB3852" w:rsidRDefault="00AB3852" w:rsidP="00AB3852">
      <w:pPr>
        <w:spacing w:before="20" w:after="8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 xml:space="preserve">Important use notes: This template should be completed with reference to the Business Continuity Planning Guide. </w:t>
      </w:r>
    </w:p>
    <w:p w14:paraId="6E23A767"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This is a comprehensive template to assist in building your business’s own specific plan. Start with the completion steps below, complete master registers once, and refer to section or process IDs rather than duplicating details. Sections marked for incident or test use can be left blank until needed. Tailor this based on your relevant business and the scale of detail that you require, before issue. Replace bracketed guidance, validate critical activities through a business impact assessment, and obtain management approval. Legal, health and safety, cyber/privacy, insurance and sector-specific obligations should be reviewed by appropriately qualified advisers. Keep one current approved copy and one offline or offsite copy.</w:t>
      </w:r>
    </w:p>
    <w:p w14:paraId="68DA0DF5"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p>
    <w:p w14:paraId="10564D71" w14:textId="77777777" w:rsidR="00AB3852" w:rsidRPr="00AB3852" w:rsidRDefault="00AB3852" w:rsidP="00AB3852">
      <w:pPr>
        <w:keepNext/>
        <w:keepLines/>
        <w:pageBreakBefore/>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Contents</w:t>
      </w:r>
    </w:p>
    <w:p w14:paraId="59E5AEEF"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 xml:space="preserve">This page uses an automatic table of contents. Refresh document fields after </w:t>
      </w:r>
      <w:proofErr w:type="gramStart"/>
      <w:r w:rsidRPr="00AB3852">
        <w:rPr>
          <w:rFonts w:ascii="Arial" w:eastAsia="MS Mincho" w:hAnsi="Arial" w:cs="Arial"/>
          <w:i/>
          <w:color w:val="555555"/>
          <w:kern w:val="0"/>
          <w:sz w:val="20"/>
          <w:szCs w:val="20"/>
          <w:lang w:val="en-US"/>
          <w14:ligatures w14:val="none"/>
        </w:rPr>
        <w:t>changes</w:t>
      </w:r>
      <w:proofErr w:type="gramEnd"/>
      <w:r w:rsidRPr="00AB3852">
        <w:rPr>
          <w:rFonts w:ascii="Arial" w:eastAsia="MS Mincho" w:hAnsi="Arial" w:cs="Arial"/>
          <w:i/>
          <w:color w:val="555555"/>
          <w:kern w:val="0"/>
          <w:sz w:val="20"/>
          <w:szCs w:val="20"/>
          <w:lang w:val="en-US"/>
          <w14:ligatures w14:val="none"/>
        </w:rPr>
        <w:t xml:space="preserve"> so headings and page numbers update.</w:t>
      </w:r>
    </w:p>
    <w:p w14:paraId="7C50D12B" w14:textId="43EF0BE3" w:rsidR="00474C24" w:rsidRDefault="00AB3852">
      <w:pPr>
        <w:pStyle w:val="TOC1"/>
        <w:tabs>
          <w:tab w:val="right" w:leader="dot" w:pos="13948"/>
        </w:tabs>
        <w:rPr>
          <w:rFonts w:asciiTheme="minorHAnsi" w:eastAsiaTheme="minorEastAsia" w:hAnsiTheme="minorHAnsi"/>
          <w:noProof/>
          <w:kern w:val="2"/>
          <w:sz w:val="24"/>
          <w:szCs w:val="24"/>
          <w:lang w:val="en-NZ" w:eastAsia="en-NZ"/>
          <w14:ligatures w14:val="standardContextual"/>
        </w:rPr>
      </w:pPr>
      <w:r w:rsidRPr="00AB3852">
        <w:rPr>
          <w:rFonts w:cs="Arial"/>
          <w:sz w:val="20"/>
          <w:szCs w:val="20"/>
        </w:rPr>
        <w:fldChar w:fldCharType="begin"/>
      </w:r>
      <w:r w:rsidRPr="00AB3852">
        <w:rPr>
          <w:rFonts w:cs="Arial"/>
          <w:sz w:val="20"/>
          <w:szCs w:val="20"/>
        </w:rPr>
        <w:instrText xml:space="preserve"> TOC \o "1-1" \h \z \u </w:instrText>
      </w:r>
      <w:r w:rsidRPr="00AB3852">
        <w:rPr>
          <w:rFonts w:cs="Arial"/>
          <w:sz w:val="20"/>
          <w:szCs w:val="20"/>
        </w:rPr>
        <w:fldChar w:fldCharType="separate"/>
      </w:r>
      <w:hyperlink w:anchor="_Toc233017903" w:history="1">
        <w:r w:rsidR="00474C24" w:rsidRPr="00F6253B">
          <w:rPr>
            <w:rStyle w:val="Hyperlink"/>
            <w:rFonts w:eastAsia="MS Gothic" w:cs="Arial"/>
            <w:b/>
            <w:bCs/>
            <w:noProof/>
          </w:rPr>
          <w:t>Plan overview and control</w:t>
        </w:r>
        <w:r w:rsidR="00474C24">
          <w:rPr>
            <w:noProof/>
            <w:webHidden/>
          </w:rPr>
          <w:tab/>
        </w:r>
        <w:r w:rsidR="00474C24">
          <w:rPr>
            <w:noProof/>
            <w:webHidden/>
          </w:rPr>
          <w:fldChar w:fldCharType="begin"/>
        </w:r>
        <w:r w:rsidR="00474C24">
          <w:rPr>
            <w:noProof/>
            <w:webHidden/>
          </w:rPr>
          <w:instrText xml:space="preserve"> PAGEREF _Toc233017903 \h </w:instrText>
        </w:r>
        <w:r w:rsidR="00474C24">
          <w:rPr>
            <w:noProof/>
            <w:webHidden/>
          </w:rPr>
        </w:r>
        <w:r w:rsidR="00474C24">
          <w:rPr>
            <w:noProof/>
            <w:webHidden/>
          </w:rPr>
          <w:fldChar w:fldCharType="separate"/>
        </w:r>
        <w:r w:rsidR="00BE00AE">
          <w:rPr>
            <w:noProof/>
            <w:webHidden/>
          </w:rPr>
          <w:t>4</w:t>
        </w:r>
        <w:r w:rsidR="00474C24">
          <w:rPr>
            <w:noProof/>
            <w:webHidden/>
          </w:rPr>
          <w:fldChar w:fldCharType="end"/>
        </w:r>
      </w:hyperlink>
    </w:p>
    <w:p w14:paraId="437556BB" w14:textId="28C6BA2F" w:rsidR="00474C24" w:rsidRDefault="00474C24">
      <w:pPr>
        <w:pStyle w:val="TOC1"/>
        <w:tabs>
          <w:tab w:val="right" w:leader="dot" w:pos="13948"/>
        </w:tabs>
        <w:rPr>
          <w:rFonts w:asciiTheme="minorHAnsi" w:eastAsiaTheme="minorEastAsia" w:hAnsiTheme="minorHAnsi"/>
          <w:noProof/>
          <w:kern w:val="2"/>
          <w:sz w:val="24"/>
          <w:szCs w:val="24"/>
          <w:lang w:val="en-NZ" w:eastAsia="en-NZ"/>
          <w14:ligatures w14:val="standardContextual"/>
        </w:rPr>
      </w:pPr>
      <w:hyperlink w:anchor="_Toc233017904" w:history="1">
        <w:r w:rsidRPr="00F6253B">
          <w:rPr>
            <w:rStyle w:val="Hyperlink"/>
            <w:rFonts w:eastAsia="MS Gothic" w:cs="Arial"/>
            <w:b/>
            <w:bCs/>
            <w:noProof/>
          </w:rPr>
          <w:t>1. Assess</w:t>
        </w:r>
        <w:r>
          <w:rPr>
            <w:noProof/>
            <w:webHidden/>
          </w:rPr>
          <w:tab/>
        </w:r>
        <w:r>
          <w:rPr>
            <w:noProof/>
            <w:webHidden/>
          </w:rPr>
          <w:fldChar w:fldCharType="begin"/>
        </w:r>
        <w:r>
          <w:rPr>
            <w:noProof/>
            <w:webHidden/>
          </w:rPr>
          <w:instrText xml:space="preserve"> PAGEREF _Toc233017904 \h </w:instrText>
        </w:r>
        <w:r>
          <w:rPr>
            <w:noProof/>
            <w:webHidden/>
          </w:rPr>
        </w:r>
        <w:r>
          <w:rPr>
            <w:noProof/>
            <w:webHidden/>
          </w:rPr>
          <w:fldChar w:fldCharType="separate"/>
        </w:r>
        <w:r w:rsidR="00BE00AE">
          <w:rPr>
            <w:noProof/>
            <w:webHidden/>
          </w:rPr>
          <w:t>6</w:t>
        </w:r>
        <w:r>
          <w:rPr>
            <w:noProof/>
            <w:webHidden/>
          </w:rPr>
          <w:fldChar w:fldCharType="end"/>
        </w:r>
      </w:hyperlink>
    </w:p>
    <w:p w14:paraId="078D245F" w14:textId="6B17556E" w:rsidR="00474C24" w:rsidRDefault="00474C24">
      <w:pPr>
        <w:pStyle w:val="TOC1"/>
        <w:tabs>
          <w:tab w:val="right" w:leader="dot" w:pos="13948"/>
        </w:tabs>
        <w:rPr>
          <w:rFonts w:asciiTheme="minorHAnsi" w:eastAsiaTheme="minorEastAsia" w:hAnsiTheme="minorHAnsi"/>
          <w:noProof/>
          <w:kern w:val="2"/>
          <w:sz w:val="24"/>
          <w:szCs w:val="24"/>
          <w:lang w:val="en-NZ" w:eastAsia="en-NZ"/>
          <w14:ligatures w14:val="standardContextual"/>
        </w:rPr>
      </w:pPr>
      <w:hyperlink w:anchor="_Toc233017905" w:history="1">
        <w:r w:rsidRPr="00F6253B">
          <w:rPr>
            <w:rStyle w:val="Hyperlink"/>
            <w:rFonts w:eastAsia="MS Gothic" w:cs="Arial"/>
            <w:b/>
            <w:bCs/>
            <w:noProof/>
          </w:rPr>
          <w:t>2. Prepare</w:t>
        </w:r>
        <w:r>
          <w:rPr>
            <w:noProof/>
            <w:webHidden/>
          </w:rPr>
          <w:tab/>
        </w:r>
        <w:r>
          <w:rPr>
            <w:noProof/>
            <w:webHidden/>
          </w:rPr>
          <w:fldChar w:fldCharType="begin"/>
        </w:r>
        <w:r>
          <w:rPr>
            <w:noProof/>
            <w:webHidden/>
          </w:rPr>
          <w:instrText xml:space="preserve"> PAGEREF _Toc233017905 \h </w:instrText>
        </w:r>
        <w:r>
          <w:rPr>
            <w:noProof/>
            <w:webHidden/>
          </w:rPr>
        </w:r>
        <w:r>
          <w:rPr>
            <w:noProof/>
            <w:webHidden/>
          </w:rPr>
          <w:fldChar w:fldCharType="separate"/>
        </w:r>
        <w:r w:rsidR="00BE00AE">
          <w:rPr>
            <w:noProof/>
            <w:webHidden/>
          </w:rPr>
          <w:t>12</w:t>
        </w:r>
        <w:r>
          <w:rPr>
            <w:noProof/>
            <w:webHidden/>
          </w:rPr>
          <w:fldChar w:fldCharType="end"/>
        </w:r>
      </w:hyperlink>
    </w:p>
    <w:p w14:paraId="4CB8FB38" w14:textId="360E81E0" w:rsidR="00474C24" w:rsidRDefault="00474C24">
      <w:pPr>
        <w:pStyle w:val="TOC1"/>
        <w:tabs>
          <w:tab w:val="right" w:leader="dot" w:pos="13948"/>
        </w:tabs>
        <w:rPr>
          <w:rFonts w:asciiTheme="minorHAnsi" w:eastAsiaTheme="minorEastAsia" w:hAnsiTheme="minorHAnsi"/>
          <w:noProof/>
          <w:kern w:val="2"/>
          <w:sz w:val="24"/>
          <w:szCs w:val="24"/>
          <w:lang w:val="en-NZ" w:eastAsia="en-NZ"/>
          <w14:ligatures w14:val="standardContextual"/>
        </w:rPr>
      </w:pPr>
      <w:hyperlink w:anchor="_Toc233017906" w:history="1">
        <w:r w:rsidRPr="00F6253B">
          <w:rPr>
            <w:rStyle w:val="Hyperlink"/>
            <w:rFonts w:eastAsia="MS Gothic" w:cs="Arial"/>
            <w:b/>
            <w:bCs/>
            <w:noProof/>
          </w:rPr>
          <w:t>3. Respond</w:t>
        </w:r>
        <w:r>
          <w:rPr>
            <w:noProof/>
            <w:webHidden/>
          </w:rPr>
          <w:tab/>
        </w:r>
        <w:r>
          <w:rPr>
            <w:noProof/>
            <w:webHidden/>
          </w:rPr>
          <w:fldChar w:fldCharType="begin"/>
        </w:r>
        <w:r>
          <w:rPr>
            <w:noProof/>
            <w:webHidden/>
          </w:rPr>
          <w:instrText xml:space="preserve"> PAGEREF _Toc233017906 \h </w:instrText>
        </w:r>
        <w:r>
          <w:rPr>
            <w:noProof/>
            <w:webHidden/>
          </w:rPr>
        </w:r>
        <w:r>
          <w:rPr>
            <w:noProof/>
            <w:webHidden/>
          </w:rPr>
          <w:fldChar w:fldCharType="separate"/>
        </w:r>
        <w:r w:rsidR="00BE00AE">
          <w:rPr>
            <w:noProof/>
            <w:webHidden/>
          </w:rPr>
          <w:t>21</w:t>
        </w:r>
        <w:r>
          <w:rPr>
            <w:noProof/>
            <w:webHidden/>
          </w:rPr>
          <w:fldChar w:fldCharType="end"/>
        </w:r>
      </w:hyperlink>
    </w:p>
    <w:p w14:paraId="6F8A81B6" w14:textId="68E02177" w:rsidR="00474C24" w:rsidRDefault="00474C24">
      <w:pPr>
        <w:pStyle w:val="TOC1"/>
        <w:tabs>
          <w:tab w:val="right" w:leader="dot" w:pos="13948"/>
        </w:tabs>
        <w:rPr>
          <w:rFonts w:asciiTheme="minorHAnsi" w:eastAsiaTheme="minorEastAsia" w:hAnsiTheme="minorHAnsi"/>
          <w:noProof/>
          <w:kern w:val="2"/>
          <w:sz w:val="24"/>
          <w:szCs w:val="24"/>
          <w:lang w:val="en-NZ" w:eastAsia="en-NZ"/>
          <w14:ligatures w14:val="standardContextual"/>
        </w:rPr>
      </w:pPr>
      <w:hyperlink w:anchor="_Toc233017907" w:history="1">
        <w:r w:rsidRPr="00F6253B">
          <w:rPr>
            <w:rStyle w:val="Hyperlink"/>
            <w:rFonts w:eastAsia="MS Gothic" w:cs="Arial"/>
            <w:b/>
            <w:bCs/>
            <w:noProof/>
          </w:rPr>
          <w:t>4. Review</w:t>
        </w:r>
        <w:r>
          <w:rPr>
            <w:noProof/>
            <w:webHidden/>
          </w:rPr>
          <w:tab/>
        </w:r>
        <w:r>
          <w:rPr>
            <w:noProof/>
            <w:webHidden/>
          </w:rPr>
          <w:fldChar w:fldCharType="begin"/>
        </w:r>
        <w:r>
          <w:rPr>
            <w:noProof/>
            <w:webHidden/>
          </w:rPr>
          <w:instrText xml:space="preserve"> PAGEREF _Toc233017907 \h </w:instrText>
        </w:r>
        <w:r>
          <w:rPr>
            <w:noProof/>
            <w:webHidden/>
          </w:rPr>
        </w:r>
        <w:r>
          <w:rPr>
            <w:noProof/>
            <w:webHidden/>
          </w:rPr>
          <w:fldChar w:fldCharType="separate"/>
        </w:r>
        <w:r w:rsidR="00BE00AE">
          <w:rPr>
            <w:noProof/>
            <w:webHidden/>
          </w:rPr>
          <w:t>29</w:t>
        </w:r>
        <w:r>
          <w:rPr>
            <w:noProof/>
            <w:webHidden/>
          </w:rPr>
          <w:fldChar w:fldCharType="end"/>
        </w:r>
      </w:hyperlink>
    </w:p>
    <w:p w14:paraId="2F9F1250" w14:textId="49709530" w:rsidR="00474C24" w:rsidRDefault="00474C24">
      <w:pPr>
        <w:pStyle w:val="TOC1"/>
        <w:tabs>
          <w:tab w:val="right" w:leader="dot" w:pos="13948"/>
        </w:tabs>
        <w:rPr>
          <w:rFonts w:asciiTheme="minorHAnsi" w:eastAsiaTheme="minorEastAsia" w:hAnsiTheme="minorHAnsi"/>
          <w:noProof/>
          <w:kern w:val="2"/>
          <w:sz w:val="24"/>
          <w:szCs w:val="24"/>
          <w:lang w:val="en-NZ" w:eastAsia="en-NZ"/>
          <w14:ligatures w14:val="standardContextual"/>
        </w:rPr>
      </w:pPr>
      <w:hyperlink w:anchor="_Toc233017908" w:history="1">
        <w:r w:rsidRPr="00F6253B">
          <w:rPr>
            <w:rStyle w:val="Hyperlink"/>
            <w:rFonts w:eastAsia="MS Gothic" w:cs="Arial"/>
            <w:b/>
            <w:bCs/>
            <w:noProof/>
          </w:rPr>
          <w:t>Appendices</w:t>
        </w:r>
        <w:r>
          <w:rPr>
            <w:noProof/>
            <w:webHidden/>
          </w:rPr>
          <w:tab/>
        </w:r>
        <w:r>
          <w:rPr>
            <w:noProof/>
            <w:webHidden/>
          </w:rPr>
          <w:fldChar w:fldCharType="begin"/>
        </w:r>
        <w:r>
          <w:rPr>
            <w:noProof/>
            <w:webHidden/>
          </w:rPr>
          <w:instrText xml:space="preserve"> PAGEREF _Toc233017908 \h </w:instrText>
        </w:r>
        <w:r>
          <w:rPr>
            <w:noProof/>
            <w:webHidden/>
          </w:rPr>
        </w:r>
        <w:r>
          <w:rPr>
            <w:noProof/>
            <w:webHidden/>
          </w:rPr>
          <w:fldChar w:fldCharType="separate"/>
        </w:r>
        <w:r w:rsidR="00BE00AE">
          <w:rPr>
            <w:noProof/>
            <w:webHidden/>
          </w:rPr>
          <w:t>34</w:t>
        </w:r>
        <w:r>
          <w:rPr>
            <w:noProof/>
            <w:webHidden/>
          </w:rPr>
          <w:fldChar w:fldCharType="end"/>
        </w:r>
      </w:hyperlink>
    </w:p>
    <w:p w14:paraId="68236B82" w14:textId="048E4FD2" w:rsidR="00AB3852" w:rsidRPr="00AB3852" w:rsidRDefault="00AB3852" w:rsidP="00AB3852">
      <w:pPr>
        <w:tabs>
          <w:tab w:val="right" w:leader="dot" w:pos="15500"/>
        </w:tabs>
        <w:spacing w:after="80" w:line="252" w:lineRule="auto"/>
        <w:rPr>
          <w:rFonts w:ascii="Arial" w:eastAsia="MS Mincho" w:hAnsi="Arial" w:cs="Arial"/>
          <w:kern w:val="0"/>
          <w:sz w:val="20"/>
          <w:szCs w:val="20"/>
          <w:lang w:val="en-US"/>
          <w14:ligatures w14:val="none"/>
        </w:rPr>
      </w:pPr>
      <w:r w:rsidRPr="00AB3852">
        <w:rPr>
          <w:rFonts w:ascii="Arial" w:eastAsia="MS Mincho" w:hAnsi="Arial" w:cs="Arial"/>
          <w:kern w:val="0"/>
          <w:sz w:val="20"/>
          <w:szCs w:val="20"/>
          <w:lang w:val="en-US"/>
          <w14:ligatures w14:val="none"/>
        </w:rPr>
        <w:fldChar w:fldCharType="end"/>
      </w:r>
    </w:p>
    <w:p w14:paraId="31E043BA"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p>
    <w:p w14:paraId="039306D3"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p>
    <w:p w14:paraId="3A796E5F" w14:textId="77777777" w:rsidR="00AB3852" w:rsidRPr="00AB3852" w:rsidRDefault="00AB3852" w:rsidP="00AB3852">
      <w:pPr>
        <w:keepNext/>
        <w:keepLines/>
        <w:spacing w:before="120" w:after="60" w:line="252" w:lineRule="auto"/>
        <w:ind w:left="720" w:firstLine="720"/>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t>Incident quick reference</w:t>
      </w:r>
    </w:p>
    <w:tbl>
      <w:tblPr>
        <w:tblStyle w:val="TableGrid"/>
        <w:tblW w:w="0" w:type="auto"/>
        <w:jc w:val="center"/>
        <w:tblLayout w:type="fixed"/>
        <w:tblLook w:val="04A0" w:firstRow="1" w:lastRow="0" w:firstColumn="1" w:lastColumn="0" w:noHBand="0" w:noVBand="1"/>
      </w:tblPr>
      <w:tblGrid>
        <w:gridCol w:w="4200"/>
        <w:gridCol w:w="8500"/>
      </w:tblGrid>
      <w:tr w:rsidR="00AB3852" w:rsidRPr="00AB3852" w14:paraId="00334431" w14:textId="77777777" w:rsidTr="006A3252">
        <w:trPr>
          <w:cantSplit/>
          <w:tblHeader/>
          <w:jc w:val="center"/>
        </w:trPr>
        <w:tc>
          <w:tcPr>
            <w:tcW w:w="420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F8C024F"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Need</w:t>
            </w:r>
          </w:p>
        </w:tc>
        <w:tc>
          <w:tcPr>
            <w:tcW w:w="850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9417BB3"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Go to</w:t>
            </w:r>
          </w:p>
        </w:tc>
      </w:tr>
      <w:tr w:rsidR="00AB3852" w:rsidRPr="00AB3852" w14:paraId="04BA8541" w14:textId="77777777" w:rsidTr="006A3252">
        <w:trPr>
          <w:cantSplit/>
          <w:jc w:val="center"/>
        </w:trPr>
        <w:tc>
          <w:tcPr>
            <w:tcW w:w="42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CBCE30" w14:textId="77777777" w:rsidR="00AB3852" w:rsidRPr="00AB3852" w:rsidRDefault="00AB3852" w:rsidP="00AB3852">
            <w:pPr>
              <w:rPr>
                <w:rFonts w:ascii="Arial" w:hAnsi="Arial" w:cs="Arial"/>
                <w:sz w:val="20"/>
                <w:szCs w:val="20"/>
              </w:rPr>
            </w:pPr>
            <w:r w:rsidRPr="00AB3852">
              <w:rPr>
                <w:rFonts w:ascii="Arial" w:hAnsi="Arial" w:cs="Arial"/>
                <w:sz w:val="20"/>
                <w:szCs w:val="20"/>
              </w:rPr>
              <w:t>Immediate safety or emergency response</w:t>
            </w:r>
          </w:p>
        </w:tc>
        <w:tc>
          <w:tcPr>
            <w:tcW w:w="85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B1DEBB" w14:textId="77777777" w:rsidR="00AB3852" w:rsidRPr="00AB3852" w:rsidRDefault="00AB3852" w:rsidP="00AB3852">
            <w:pPr>
              <w:rPr>
                <w:rFonts w:ascii="Arial" w:hAnsi="Arial" w:cs="Arial"/>
                <w:sz w:val="20"/>
                <w:szCs w:val="20"/>
              </w:rPr>
            </w:pPr>
            <w:r w:rsidRPr="00AB3852">
              <w:rPr>
                <w:rFonts w:ascii="Arial" w:hAnsi="Arial" w:cs="Arial"/>
                <w:sz w:val="20"/>
                <w:szCs w:val="20"/>
              </w:rPr>
              <w:t>Site emergency procedures; 3.1 Activation triggers</w:t>
            </w:r>
          </w:p>
        </w:tc>
      </w:tr>
      <w:tr w:rsidR="00AB3852" w:rsidRPr="00AB3852" w14:paraId="1970570E" w14:textId="77777777" w:rsidTr="006A3252">
        <w:trPr>
          <w:cantSplit/>
          <w:jc w:val="center"/>
        </w:trPr>
        <w:tc>
          <w:tcPr>
            <w:tcW w:w="42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296AF83" w14:textId="77777777" w:rsidR="00AB3852" w:rsidRPr="00AB3852" w:rsidRDefault="00AB3852" w:rsidP="00AB3852">
            <w:pPr>
              <w:rPr>
                <w:rFonts w:ascii="Arial" w:hAnsi="Arial" w:cs="Arial"/>
                <w:sz w:val="20"/>
                <w:szCs w:val="20"/>
              </w:rPr>
            </w:pPr>
            <w:r w:rsidRPr="00AB3852">
              <w:rPr>
                <w:rFonts w:ascii="Arial" w:hAnsi="Arial" w:cs="Arial"/>
                <w:sz w:val="20"/>
                <w:szCs w:val="20"/>
              </w:rPr>
              <w:t>Activate the plan and assign lead roles</w:t>
            </w:r>
          </w:p>
        </w:tc>
        <w:tc>
          <w:tcPr>
            <w:tcW w:w="85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9D7DE19" w14:textId="77777777" w:rsidR="00AB3852" w:rsidRPr="00AB3852" w:rsidRDefault="00AB3852" w:rsidP="00AB3852">
            <w:pPr>
              <w:rPr>
                <w:rFonts w:ascii="Arial" w:hAnsi="Arial" w:cs="Arial"/>
                <w:sz w:val="20"/>
                <w:szCs w:val="20"/>
              </w:rPr>
            </w:pPr>
            <w:r w:rsidRPr="00AB3852">
              <w:rPr>
                <w:rFonts w:ascii="Arial" w:hAnsi="Arial" w:cs="Arial"/>
                <w:sz w:val="20"/>
                <w:szCs w:val="20"/>
              </w:rPr>
              <w:t>3.1 Activation triggers; 2.1 Response roles</w:t>
            </w:r>
          </w:p>
        </w:tc>
      </w:tr>
      <w:tr w:rsidR="00AB3852" w:rsidRPr="00AB3852" w14:paraId="5778B3EF" w14:textId="77777777" w:rsidTr="006A3252">
        <w:trPr>
          <w:cantSplit/>
          <w:jc w:val="center"/>
        </w:trPr>
        <w:tc>
          <w:tcPr>
            <w:tcW w:w="42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5C862C5" w14:textId="77777777" w:rsidR="00AB3852" w:rsidRPr="00AB3852" w:rsidRDefault="00AB3852" w:rsidP="00AB3852">
            <w:pPr>
              <w:rPr>
                <w:rFonts w:ascii="Arial" w:hAnsi="Arial" w:cs="Arial"/>
                <w:sz w:val="20"/>
                <w:szCs w:val="20"/>
              </w:rPr>
            </w:pPr>
            <w:r w:rsidRPr="00AB3852">
              <w:rPr>
                <w:rFonts w:ascii="Arial" w:hAnsi="Arial" w:cs="Arial"/>
                <w:sz w:val="20"/>
                <w:szCs w:val="20"/>
              </w:rPr>
              <w:t>First-hour actions</w:t>
            </w:r>
          </w:p>
        </w:tc>
        <w:tc>
          <w:tcPr>
            <w:tcW w:w="85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381D942" w14:textId="77777777" w:rsidR="00AB3852" w:rsidRPr="00AB3852" w:rsidRDefault="00AB3852" w:rsidP="00AB3852">
            <w:pPr>
              <w:rPr>
                <w:rFonts w:ascii="Arial" w:hAnsi="Arial" w:cs="Arial"/>
                <w:sz w:val="20"/>
                <w:szCs w:val="20"/>
              </w:rPr>
            </w:pPr>
            <w:r w:rsidRPr="00AB3852">
              <w:rPr>
                <w:rFonts w:ascii="Arial" w:hAnsi="Arial" w:cs="Arial"/>
                <w:sz w:val="20"/>
                <w:szCs w:val="20"/>
              </w:rPr>
              <w:t>Immediate response checklist</w:t>
            </w:r>
          </w:p>
        </w:tc>
      </w:tr>
      <w:tr w:rsidR="00AB3852" w:rsidRPr="00AB3852" w14:paraId="2C874532" w14:textId="77777777" w:rsidTr="006A3252">
        <w:trPr>
          <w:cantSplit/>
          <w:jc w:val="center"/>
        </w:trPr>
        <w:tc>
          <w:tcPr>
            <w:tcW w:w="42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C9BB483" w14:textId="77777777" w:rsidR="00AB3852" w:rsidRPr="00AB3852" w:rsidRDefault="00AB3852" w:rsidP="00AB3852">
            <w:pPr>
              <w:rPr>
                <w:rFonts w:ascii="Arial" w:hAnsi="Arial" w:cs="Arial"/>
                <w:sz w:val="20"/>
                <w:szCs w:val="20"/>
              </w:rPr>
            </w:pPr>
            <w:r w:rsidRPr="00AB3852">
              <w:rPr>
                <w:rFonts w:ascii="Arial" w:hAnsi="Arial" w:cs="Arial"/>
                <w:sz w:val="20"/>
                <w:szCs w:val="20"/>
              </w:rPr>
              <w:t>Role, provider and contact details</w:t>
            </w:r>
          </w:p>
        </w:tc>
        <w:tc>
          <w:tcPr>
            <w:tcW w:w="85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C68D385" w14:textId="77777777" w:rsidR="00AB3852" w:rsidRPr="00AB3852" w:rsidRDefault="00AB3852" w:rsidP="00AB3852">
            <w:pPr>
              <w:rPr>
                <w:rFonts w:ascii="Arial" w:hAnsi="Arial" w:cs="Arial"/>
                <w:sz w:val="20"/>
                <w:szCs w:val="20"/>
              </w:rPr>
            </w:pPr>
            <w:r w:rsidRPr="00AB3852">
              <w:rPr>
                <w:rFonts w:ascii="Arial" w:hAnsi="Arial" w:cs="Arial"/>
                <w:sz w:val="20"/>
                <w:szCs w:val="20"/>
              </w:rPr>
              <w:t>2.1, 2.5 and Appendix B</w:t>
            </w:r>
          </w:p>
        </w:tc>
      </w:tr>
      <w:tr w:rsidR="00AB3852" w:rsidRPr="00AB3852" w14:paraId="4AB235D5" w14:textId="77777777" w:rsidTr="006A3252">
        <w:trPr>
          <w:cantSplit/>
          <w:jc w:val="center"/>
        </w:trPr>
        <w:tc>
          <w:tcPr>
            <w:tcW w:w="42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C766BA0" w14:textId="77777777" w:rsidR="00AB3852" w:rsidRPr="00AB3852" w:rsidRDefault="00AB3852" w:rsidP="00AB3852">
            <w:pPr>
              <w:rPr>
                <w:rFonts w:ascii="Arial" w:hAnsi="Arial" w:cs="Arial"/>
                <w:sz w:val="20"/>
                <w:szCs w:val="20"/>
              </w:rPr>
            </w:pPr>
            <w:r w:rsidRPr="00AB3852">
              <w:rPr>
                <w:rFonts w:ascii="Arial" w:hAnsi="Arial" w:cs="Arial"/>
                <w:sz w:val="20"/>
                <w:szCs w:val="20"/>
              </w:rPr>
              <w:t>Communications, decisions and evidence</w:t>
            </w:r>
          </w:p>
        </w:tc>
        <w:tc>
          <w:tcPr>
            <w:tcW w:w="85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0BB882" w14:textId="77777777" w:rsidR="00AB3852" w:rsidRPr="00AB3852" w:rsidRDefault="00AB3852" w:rsidP="00AB3852">
            <w:pPr>
              <w:rPr>
                <w:rFonts w:ascii="Arial" w:hAnsi="Arial" w:cs="Arial"/>
                <w:sz w:val="20"/>
                <w:szCs w:val="20"/>
              </w:rPr>
            </w:pPr>
            <w:r w:rsidRPr="00AB3852">
              <w:rPr>
                <w:rFonts w:ascii="Arial" w:hAnsi="Arial" w:cs="Arial"/>
                <w:sz w:val="20"/>
                <w:szCs w:val="20"/>
              </w:rPr>
              <w:t>2.6, 2.7, 3.3, 3.4 and 3.5</w:t>
            </w:r>
          </w:p>
        </w:tc>
      </w:tr>
    </w:tbl>
    <w:p w14:paraId="31C807B8"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61DCE16D" w14:textId="77777777" w:rsidR="00AB3852" w:rsidRPr="00AB3852" w:rsidRDefault="00AB3852" w:rsidP="00AB3852">
      <w:pPr>
        <w:keepNext/>
        <w:keepLines/>
        <w:pageBreakBefore/>
        <w:spacing w:before="160" w:after="60" w:line="252" w:lineRule="auto"/>
        <w:outlineLvl w:val="0"/>
        <w:rPr>
          <w:rFonts w:ascii="Arial" w:eastAsia="MS Gothic" w:hAnsi="Arial" w:cs="Arial"/>
          <w:b/>
          <w:bCs/>
          <w:color w:val="3D3D3D"/>
          <w:kern w:val="0"/>
          <w:sz w:val="20"/>
          <w:szCs w:val="20"/>
          <w:lang w:val="en-US"/>
          <w14:ligatures w14:val="none"/>
        </w:rPr>
      </w:pPr>
      <w:bookmarkStart w:id="0" w:name="_Toc233017903"/>
      <w:r w:rsidRPr="00AB3852">
        <w:rPr>
          <w:rFonts w:ascii="Arial" w:eastAsia="MS Gothic" w:hAnsi="Arial" w:cs="Arial"/>
          <w:b/>
          <w:bCs/>
          <w:color w:val="3D3D3D"/>
          <w:kern w:val="0"/>
          <w:sz w:val="20"/>
          <w:szCs w:val="20"/>
          <w:lang w:val="en-US"/>
          <w14:ligatures w14:val="none"/>
        </w:rPr>
        <w:lastRenderedPageBreak/>
        <w:t>Plan overview and control</w:t>
      </w:r>
      <w:bookmarkEnd w:id="0"/>
    </w:p>
    <w:p w14:paraId="71C10CA7" w14:textId="77777777" w:rsid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Complete during plan preparation. This section confirms ownership, scope, approved copy, offline access and document control.</w:t>
      </w:r>
    </w:p>
    <w:p w14:paraId="3905BEBA" w14:textId="77777777" w:rsidR="008A4FF2" w:rsidRPr="00AB3852" w:rsidRDefault="008A4FF2" w:rsidP="00AB3852">
      <w:pPr>
        <w:spacing w:before="40" w:after="100" w:line="276" w:lineRule="auto"/>
        <w:rPr>
          <w:rFonts w:ascii="Arial" w:eastAsia="MS Mincho" w:hAnsi="Arial" w:cs="Arial"/>
          <w:i/>
          <w:color w:val="555555"/>
          <w:kern w:val="0"/>
          <w:sz w:val="20"/>
          <w:szCs w:val="20"/>
          <w:lang w:val="en-US"/>
          <w14:ligatures w14:val="none"/>
        </w:rPr>
      </w:pPr>
    </w:p>
    <w:p w14:paraId="160F5EC1"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t>Scope and boundaries</w:t>
      </w:r>
    </w:p>
    <w:tbl>
      <w:tblPr>
        <w:tblStyle w:val="TableGrid"/>
        <w:tblW w:w="15526" w:type="dxa"/>
        <w:jc w:val="center"/>
        <w:tblLayout w:type="fixed"/>
        <w:tblLook w:val="04A0" w:firstRow="1" w:lastRow="0" w:firstColumn="1" w:lastColumn="0" w:noHBand="0" w:noVBand="1"/>
      </w:tblPr>
      <w:tblGrid>
        <w:gridCol w:w="2625"/>
        <w:gridCol w:w="3996"/>
        <w:gridCol w:w="3425"/>
        <w:gridCol w:w="3425"/>
        <w:gridCol w:w="2055"/>
      </w:tblGrid>
      <w:tr w:rsidR="00AB3852" w:rsidRPr="00AB3852" w14:paraId="6255016B" w14:textId="77777777" w:rsidTr="006A3252">
        <w:trPr>
          <w:cantSplit/>
          <w:trHeight w:val="300"/>
          <w:tblHeader/>
          <w:jc w:val="center"/>
        </w:trPr>
        <w:tc>
          <w:tcPr>
            <w:tcW w:w="262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6B2BDC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Scope element</w:t>
            </w:r>
          </w:p>
        </w:tc>
        <w:tc>
          <w:tcPr>
            <w:tcW w:w="399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22810F9"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Included in this plan</w:t>
            </w:r>
          </w:p>
        </w:tc>
        <w:tc>
          <w:tcPr>
            <w:tcW w:w="342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62026CF"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Excluded or managed elsewhere</w:t>
            </w:r>
          </w:p>
        </w:tc>
        <w:tc>
          <w:tcPr>
            <w:tcW w:w="342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A7D7A8A" w14:textId="77777777" w:rsidR="00AB3852" w:rsidRPr="00AB3852" w:rsidRDefault="00AB3852" w:rsidP="00AB3852">
            <w:pPr>
              <w:spacing w:after="80"/>
              <w:jc w:val="center"/>
              <w:rPr>
                <w:rFonts w:ascii="Arial" w:hAnsi="Arial" w:cs="Arial"/>
                <w:b/>
                <w:bCs/>
                <w:color w:val="FFFFFF"/>
                <w:sz w:val="20"/>
                <w:szCs w:val="20"/>
              </w:rPr>
            </w:pPr>
            <w:r w:rsidRPr="00AB3852">
              <w:rPr>
                <w:rFonts w:ascii="Arial" w:hAnsi="Arial" w:cs="Arial"/>
                <w:b/>
                <w:bCs/>
                <w:color w:val="FFFFFF"/>
                <w:sz w:val="20"/>
                <w:szCs w:val="20"/>
              </w:rPr>
              <w:t>Assumptions</w:t>
            </w:r>
          </w:p>
        </w:tc>
        <w:tc>
          <w:tcPr>
            <w:tcW w:w="205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AD2C178"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Notes / location</w:t>
            </w:r>
          </w:p>
        </w:tc>
      </w:tr>
      <w:tr w:rsidR="00AB3852" w:rsidRPr="00AB3852" w14:paraId="4C8CBE12" w14:textId="77777777" w:rsidTr="006A3252">
        <w:trPr>
          <w:cantSplit/>
          <w:trHeight w:val="300"/>
          <w:jc w:val="center"/>
        </w:trPr>
        <w:tc>
          <w:tcPr>
            <w:tcW w:w="26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244421" w14:textId="77777777" w:rsidR="00AB3852" w:rsidRPr="00AB3852" w:rsidRDefault="00AB3852" w:rsidP="00AB3852">
            <w:pPr>
              <w:rPr>
                <w:rFonts w:ascii="Arial" w:hAnsi="Arial" w:cs="Arial"/>
                <w:sz w:val="20"/>
                <w:szCs w:val="20"/>
              </w:rPr>
            </w:pPr>
            <w:r w:rsidRPr="00AB3852">
              <w:rPr>
                <w:rFonts w:ascii="Arial" w:hAnsi="Arial" w:cs="Arial"/>
                <w:sz w:val="20"/>
                <w:szCs w:val="20"/>
              </w:rPr>
              <w:t>Legal entities / trading names</w:t>
            </w:r>
          </w:p>
        </w:tc>
        <w:tc>
          <w:tcPr>
            <w:tcW w:w="39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4569328" w14:textId="77777777" w:rsidR="00AB3852" w:rsidRPr="00AB3852" w:rsidRDefault="00AB3852" w:rsidP="00AB3852">
            <w:pPr>
              <w:rPr>
                <w:rFonts w:ascii="Arial" w:hAnsi="Arial" w:cs="Arial"/>
                <w:sz w:val="20"/>
                <w:szCs w:val="20"/>
              </w:rPr>
            </w:pPr>
            <w:r w:rsidRPr="00AB3852">
              <w:rPr>
                <w:rFonts w:ascii="Arial" w:hAnsi="Arial" w:cs="Arial"/>
                <w:sz w:val="20"/>
                <w:szCs w:val="20"/>
              </w:rPr>
              <w:t>[Business legal name and trading name(s)]</w:t>
            </w: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8585866" w14:textId="77777777" w:rsidR="00AB3852" w:rsidRPr="00AB3852" w:rsidRDefault="00AB3852" w:rsidP="00AB3852">
            <w:pPr>
              <w:rPr>
                <w:rFonts w:ascii="Arial" w:hAnsi="Arial" w:cs="Arial"/>
                <w:sz w:val="20"/>
                <w:szCs w:val="20"/>
              </w:rPr>
            </w:pPr>
            <w:r w:rsidRPr="00AB3852">
              <w:rPr>
                <w:rFonts w:ascii="Arial" w:hAnsi="Arial" w:cs="Arial"/>
                <w:sz w:val="20"/>
                <w:szCs w:val="20"/>
              </w:rPr>
              <w:t>[Excluded entities, if any]</w:t>
            </w: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440611"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[Assumption]</w:t>
            </w:r>
          </w:p>
        </w:tc>
        <w:tc>
          <w:tcPr>
            <w:tcW w:w="20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CA978D1"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62BED2F1" w14:textId="77777777" w:rsidTr="006A3252">
        <w:trPr>
          <w:cantSplit/>
          <w:trHeight w:val="300"/>
          <w:jc w:val="center"/>
        </w:trPr>
        <w:tc>
          <w:tcPr>
            <w:tcW w:w="26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6491B4" w14:textId="77777777" w:rsidR="00AB3852" w:rsidRPr="00AB3852" w:rsidRDefault="00AB3852" w:rsidP="00AB3852">
            <w:pPr>
              <w:rPr>
                <w:rFonts w:ascii="Arial" w:hAnsi="Arial" w:cs="Arial"/>
                <w:sz w:val="20"/>
                <w:szCs w:val="20"/>
              </w:rPr>
            </w:pPr>
            <w:r w:rsidRPr="00AB3852">
              <w:rPr>
                <w:rFonts w:ascii="Arial" w:hAnsi="Arial" w:cs="Arial"/>
                <w:sz w:val="20"/>
                <w:szCs w:val="20"/>
              </w:rPr>
              <w:t>Locations / sites</w:t>
            </w:r>
          </w:p>
        </w:tc>
        <w:tc>
          <w:tcPr>
            <w:tcW w:w="39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3368614" w14:textId="77777777" w:rsidR="00AB3852" w:rsidRPr="00AB3852" w:rsidRDefault="00AB3852" w:rsidP="00AB3852">
            <w:pPr>
              <w:rPr>
                <w:rFonts w:ascii="Arial" w:hAnsi="Arial" w:cs="Arial"/>
                <w:sz w:val="20"/>
                <w:szCs w:val="20"/>
              </w:rPr>
            </w:pPr>
            <w:r w:rsidRPr="00AB3852">
              <w:rPr>
                <w:rFonts w:ascii="Arial" w:hAnsi="Arial" w:cs="Arial"/>
                <w:sz w:val="20"/>
                <w:szCs w:val="20"/>
              </w:rPr>
              <w:t>[Sites, regions, branches, offices, warehouses or mobile operations covered]</w:t>
            </w: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C25F04" w14:textId="77777777" w:rsidR="00AB3852" w:rsidRPr="00AB3852" w:rsidRDefault="00AB3852" w:rsidP="00AB3852">
            <w:pPr>
              <w:rPr>
                <w:rFonts w:ascii="Arial" w:hAnsi="Arial" w:cs="Arial"/>
                <w:sz w:val="20"/>
                <w:szCs w:val="20"/>
              </w:rPr>
            </w:pPr>
            <w:r w:rsidRPr="00AB3852">
              <w:rPr>
                <w:rFonts w:ascii="Arial" w:hAnsi="Arial" w:cs="Arial"/>
                <w:sz w:val="20"/>
                <w:szCs w:val="20"/>
              </w:rPr>
              <w:t>[Sites out of scope, if any]</w:t>
            </w: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4C40DAD"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[Assumption]</w:t>
            </w:r>
          </w:p>
        </w:tc>
        <w:tc>
          <w:tcPr>
            <w:tcW w:w="20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04D5B92"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2F2F61E9" w14:textId="77777777" w:rsidTr="006A3252">
        <w:trPr>
          <w:cantSplit/>
          <w:trHeight w:val="300"/>
          <w:jc w:val="center"/>
        </w:trPr>
        <w:tc>
          <w:tcPr>
            <w:tcW w:w="26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DAF5EC3" w14:textId="77777777" w:rsidR="00AB3852" w:rsidRPr="00AB3852" w:rsidRDefault="00AB3852" w:rsidP="00AB3852">
            <w:pPr>
              <w:rPr>
                <w:rFonts w:ascii="Arial" w:hAnsi="Arial" w:cs="Arial"/>
                <w:sz w:val="20"/>
                <w:szCs w:val="20"/>
              </w:rPr>
            </w:pPr>
            <w:r w:rsidRPr="00AB3852">
              <w:rPr>
                <w:rFonts w:ascii="Arial" w:hAnsi="Arial" w:cs="Arial"/>
                <w:sz w:val="20"/>
                <w:szCs w:val="20"/>
              </w:rPr>
              <w:t>Products, services or business units</w:t>
            </w:r>
          </w:p>
        </w:tc>
        <w:tc>
          <w:tcPr>
            <w:tcW w:w="39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D3384E" w14:textId="77777777" w:rsidR="00AB3852" w:rsidRPr="00AB3852" w:rsidRDefault="00AB3852" w:rsidP="00AB3852">
            <w:pPr>
              <w:rPr>
                <w:rFonts w:ascii="Arial" w:hAnsi="Arial" w:cs="Arial"/>
                <w:sz w:val="20"/>
                <w:szCs w:val="20"/>
              </w:rPr>
            </w:pPr>
            <w:r w:rsidRPr="00AB3852">
              <w:rPr>
                <w:rFonts w:ascii="Arial" w:hAnsi="Arial" w:cs="Arial"/>
                <w:sz w:val="20"/>
                <w:szCs w:val="20"/>
              </w:rPr>
              <w:t>[Products, services, departments, business units or trading channels covered]</w:t>
            </w: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123DD87" w14:textId="77777777" w:rsidR="00AB3852" w:rsidRPr="00AB3852" w:rsidRDefault="00AB3852" w:rsidP="00AB3852">
            <w:pPr>
              <w:rPr>
                <w:rFonts w:ascii="Arial" w:hAnsi="Arial" w:cs="Arial"/>
                <w:sz w:val="20"/>
                <w:szCs w:val="20"/>
              </w:rPr>
            </w:pPr>
            <w:r w:rsidRPr="00AB3852">
              <w:rPr>
                <w:rFonts w:ascii="Arial" w:hAnsi="Arial" w:cs="Arial"/>
                <w:sz w:val="20"/>
                <w:szCs w:val="20"/>
              </w:rPr>
              <w:t>[Items intentionally excluded]</w:t>
            </w: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7F67209"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[Assumption]</w:t>
            </w:r>
          </w:p>
        </w:tc>
        <w:tc>
          <w:tcPr>
            <w:tcW w:w="20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481B5FB"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4974E6E0" w14:textId="77777777" w:rsidTr="006A3252">
        <w:trPr>
          <w:cantSplit/>
          <w:trHeight w:val="300"/>
          <w:jc w:val="center"/>
        </w:trPr>
        <w:tc>
          <w:tcPr>
            <w:tcW w:w="26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7CBE7B5" w14:textId="77777777" w:rsidR="00AB3852" w:rsidRPr="00AB3852" w:rsidRDefault="00AB3852" w:rsidP="00AB3852">
            <w:pPr>
              <w:rPr>
                <w:rFonts w:ascii="Arial" w:hAnsi="Arial" w:cs="Arial"/>
                <w:sz w:val="20"/>
                <w:szCs w:val="20"/>
              </w:rPr>
            </w:pPr>
            <w:r w:rsidRPr="00AB3852">
              <w:rPr>
                <w:rFonts w:ascii="Arial" w:hAnsi="Arial" w:cs="Arial"/>
                <w:sz w:val="20"/>
                <w:szCs w:val="20"/>
              </w:rPr>
              <w:t>Critical technology and data</w:t>
            </w:r>
          </w:p>
        </w:tc>
        <w:tc>
          <w:tcPr>
            <w:tcW w:w="39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484F034" w14:textId="77777777" w:rsidR="00AB3852" w:rsidRPr="00AB3852" w:rsidRDefault="00AB3852" w:rsidP="00AB3852">
            <w:pPr>
              <w:rPr>
                <w:rFonts w:ascii="Arial" w:hAnsi="Arial" w:cs="Arial"/>
                <w:sz w:val="20"/>
                <w:szCs w:val="20"/>
              </w:rPr>
            </w:pPr>
            <w:r w:rsidRPr="00AB3852">
              <w:rPr>
                <w:rFonts w:ascii="Arial" w:hAnsi="Arial" w:cs="Arial"/>
                <w:sz w:val="20"/>
                <w:szCs w:val="20"/>
              </w:rPr>
              <w:t>[Core systems, data and records supporting critical processes]</w:t>
            </w: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FFF8D9" w14:textId="77777777" w:rsidR="00AB3852" w:rsidRPr="00AB3852" w:rsidRDefault="00AB3852" w:rsidP="00AB3852">
            <w:pPr>
              <w:rPr>
                <w:rFonts w:ascii="Arial" w:hAnsi="Arial" w:cs="Arial"/>
                <w:sz w:val="20"/>
                <w:szCs w:val="20"/>
              </w:rPr>
            </w:pPr>
            <w:r w:rsidRPr="00AB3852">
              <w:rPr>
                <w:rFonts w:ascii="Arial" w:hAnsi="Arial" w:cs="Arial"/>
                <w:sz w:val="20"/>
                <w:szCs w:val="20"/>
              </w:rPr>
              <w:t>[Detailed IT disaster recovery plan or cyber plan]</w:t>
            </w: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8FA5D59"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[Assumption]</w:t>
            </w:r>
          </w:p>
        </w:tc>
        <w:tc>
          <w:tcPr>
            <w:tcW w:w="20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7DBE1DE" w14:textId="77777777" w:rsidR="00AB3852" w:rsidRPr="00AB3852" w:rsidRDefault="00AB3852" w:rsidP="00AB3852">
            <w:pPr>
              <w:rPr>
                <w:rFonts w:ascii="Arial" w:hAnsi="Arial" w:cs="Arial"/>
                <w:sz w:val="20"/>
                <w:szCs w:val="20"/>
              </w:rPr>
            </w:pPr>
            <w:r w:rsidRPr="00AB3852">
              <w:rPr>
                <w:rFonts w:ascii="Arial" w:hAnsi="Arial" w:cs="Arial"/>
                <w:sz w:val="20"/>
                <w:szCs w:val="20"/>
              </w:rPr>
              <w:t>[Link / location]</w:t>
            </w:r>
          </w:p>
        </w:tc>
      </w:tr>
      <w:tr w:rsidR="00AB3852" w:rsidRPr="00AB3852" w14:paraId="3981CBBA" w14:textId="77777777" w:rsidTr="006A3252">
        <w:trPr>
          <w:cantSplit/>
          <w:trHeight w:val="300"/>
          <w:jc w:val="center"/>
        </w:trPr>
        <w:tc>
          <w:tcPr>
            <w:tcW w:w="26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4CA0880" w14:textId="77777777" w:rsidR="00AB3852" w:rsidRPr="00AB3852" w:rsidRDefault="00AB3852" w:rsidP="00AB3852">
            <w:pPr>
              <w:rPr>
                <w:rFonts w:ascii="Arial" w:hAnsi="Arial" w:cs="Arial"/>
                <w:sz w:val="20"/>
                <w:szCs w:val="20"/>
              </w:rPr>
            </w:pPr>
            <w:r w:rsidRPr="00AB3852">
              <w:rPr>
                <w:rFonts w:ascii="Arial" w:hAnsi="Arial" w:cs="Arial"/>
                <w:sz w:val="20"/>
                <w:szCs w:val="20"/>
              </w:rPr>
              <w:t>Emergency response</w:t>
            </w:r>
          </w:p>
        </w:tc>
        <w:tc>
          <w:tcPr>
            <w:tcW w:w="39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5B4EA44" w14:textId="77777777" w:rsidR="00AB3852" w:rsidRPr="00AB3852" w:rsidRDefault="00AB3852" w:rsidP="00AB3852">
            <w:pPr>
              <w:rPr>
                <w:rFonts w:ascii="Arial" w:hAnsi="Arial" w:cs="Arial"/>
                <w:sz w:val="20"/>
                <w:szCs w:val="20"/>
              </w:rPr>
            </w:pPr>
            <w:r w:rsidRPr="00AB3852">
              <w:rPr>
                <w:rFonts w:ascii="Arial" w:hAnsi="Arial" w:cs="Arial"/>
                <w:sz w:val="20"/>
                <w:szCs w:val="20"/>
              </w:rPr>
              <w:t>[How this plan links to immediate safety and emergency response actions]</w:t>
            </w: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88C35C1" w14:textId="77777777" w:rsidR="00AB3852" w:rsidRPr="00AB3852" w:rsidRDefault="00AB3852" w:rsidP="00AB3852">
            <w:pPr>
              <w:rPr>
                <w:rFonts w:ascii="Arial" w:hAnsi="Arial" w:cs="Arial"/>
                <w:sz w:val="20"/>
                <w:szCs w:val="20"/>
              </w:rPr>
            </w:pPr>
            <w:r w:rsidRPr="00AB3852">
              <w:rPr>
                <w:rFonts w:ascii="Arial" w:hAnsi="Arial" w:cs="Arial"/>
                <w:sz w:val="20"/>
                <w:szCs w:val="20"/>
              </w:rPr>
              <w:t>[Detailed evacuation or site emergency procedures]</w:t>
            </w: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5F6FB1C"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[Assumption]</w:t>
            </w:r>
          </w:p>
        </w:tc>
        <w:tc>
          <w:tcPr>
            <w:tcW w:w="20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0C64C0" w14:textId="77777777" w:rsidR="00AB3852" w:rsidRPr="00AB3852" w:rsidRDefault="00AB3852" w:rsidP="00AB3852">
            <w:pPr>
              <w:rPr>
                <w:rFonts w:ascii="Arial" w:hAnsi="Arial" w:cs="Arial"/>
                <w:sz w:val="20"/>
                <w:szCs w:val="20"/>
              </w:rPr>
            </w:pPr>
            <w:r w:rsidRPr="00AB3852">
              <w:rPr>
                <w:rFonts w:ascii="Arial" w:hAnsi="Arial" w:cs="Arial"/>
                <w:sz w:val="20"/>
                <w:szCs w:val="20"/>
              </w:rPr>
              <w:t>[Link / location]</w:t>
            </w:r>
          </w:p>
        </w:tc>
      </w:tr>
      <w:tr w:rsidR="00AB3852" w:rsidRPr="00AB3852" w14:paraId="79C50FC3" w14:textId="77777777" w:rsidTr="006A3252">
        <w:trPr>
          <w:cantSplit/>
          <w:trHeight w:val="300"/>
          <w:jc w:val="center"/>
        </w:trPr>
        <w:tc>
          <w:tcPr>
            <w:tcW w:w="26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3717E54" w14:textId="77777777" w:rsidR="00AB3852" w:rsidRPr="00AB3852" w:rsidRDefault="00AB3852" w:rsidP="00AB3852">
            <w:pPr>
              <w:rPr>
                <w:rFonts w:ascii="Arial" w:hAnsi="Arial" w:cs="Arial"/>
                <w:sz w:val="20"/>
                <w:szCs w:val="20"/>
              </w:rPr>
            </w:pPr>
            <w:r w:rsidRPr="00AB3852">
              <w:rPr>
                <w:rFonts w:ascii="Arial" w:hAnsi="Arial" w:cs="Arial"/>
                <w:sz w:val="20"/>
                <w:szCs w:val="20"/>
              </w:rPr>
              <w:t>Plan boundaries</w:t>
            </w:r>
          </w:p>
        </w:tc>
        <w:tc>
          <w:tcPr>
            <w:tcW w:w="39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4083B99" w14:textId="77777777" w:rsidR="00AB3852" w:rsidRPr="00AB3852" w:rsidRDefault="00AB3852" w:rsidP="00AB3852">
            <w:pPr>
              <w:rPr>
                <w:rFonts w:ascii="Arial" w:hAnsi="Arial" w:cs="Arial"/>
                <w:sz w:val="20"/>
                <w:szCs w:val="20"/>
              </w:rPr>
            </w:pPr>
            <w:r w:rsidRPr="00AB3852">
              <w:rPr>
                <w:rFonts w:ascii="Arial" w:hAnsi="Arial" w:cs="Arial"/>
                <w:sz w:val="20"/>
                <w:szCs w:val="20"/>
              </w:rPr>
              <w:t>[What this plan is intended to support during disruption]</w:t>
            </w: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AE349AD" w14:textId="77777777" w:rsidR="00AB3852" w:rsidRPr="00AB3852" w:rsidRDefault="00AB3852" w:rsidP="00AB3852">
            <w:pPr>
              <w:rPr>
                <w:rFonts w:ascii="Arial" w:hAnsi="Arial" w:cs="Arial"/>
                <w:sz w:val="20"/>
                <w:szCs w:val="20"/>
              </w:rPr>
            </w:pPr>
            <w:r w:rsidRPr="00AB3852">
              <w:rPr>
                <w:rFonts w:ascii="Arial" w:hAnsi="Arial" w:cs="Arial"/>
                <w:sz w:val="20"/>
                <w:szCs w:val="20"/>
              </w:rPr>
              <w:t>[Decisions, risks or obligations outside this plan]</w:t>
            </w: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8E5DAB"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[Assumption]</w:t>
            </w:r>
          </w:p>
        </w:tc>
        <w:tc>
          <w:tcPr>
            <w:tcW w:w="20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AC51A5"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5FD7D4F1" w14:textId="77777777" w:rsidTr="006A3252">
        <w:trPr>
          <w:cantSplit/>
          <w:trHeight w:val="300"/>
          <w:jc w:val="center"/>
        </w:trPr>
        <w:tc>
          <w:tcPr>
            <w:tcW w:w="26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7FAB08A"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Critical physical assets</w:t>
            </w:r>
          </w:p>
        </w:tc>
        <w:tc>
          <w:tcPr>
            <w:tcW w:w="39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7536BFD"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[Critical equipment, plant, vehicles, tools, stock, utilities or site assets that support critical processes]</w:t>
            </w: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6271D3" w14:textId="77777777" w:rsidR="00AB3852" w:rsidRPr="00AB3852" w:rsidRDefault="00AB3852" w:rsidP="00AB3852">
            <w:pPr>
              <w:rPr>
                <w:rFonts w:ascii="Arial" w:hAnsi="Arial" w:cs="Arial"/>
                <w:sz w:val="20"/>
                <w:szCs w:val="20"/>
              </w:rPr>
            </w:pPr>
            <w:r w:rsidRPr="00AB3852">
              <w:rPr>
                <w:rFonts w:ascii="Arial" w:hAnsi="Arial" w:cs="Arial"/>
                <w:sz w:val="20"/>
                <w:szCs w:val="20"/>
              </w:rPr>
              <w:t>[Items intentionally excluded]</w:t>
            </w: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9B565E0"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[Assumption]</w:t>
            </w:r>
          </w:p>
        </w:tc>
        <w:tc>
          <w:tcPr>
            <w:tcW w:w="20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F11FB06"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[Notes / location]</w:t>
            </w:r>
          </w:p>
        </w:tc>
      </w:tr>
      <w:tr w:rsidR="00F81D49" w:rsidRPr="00AB3852" w14:paraId="36B9F1DB" w14:textId="77777777" w:rsidTr="00F81D49">
        <w:trPr>
          <w:cantSplit/>
          <w:trHeight w:val="340"/>
          <w:jc w:val="center"/>
        </w:trPr>
        <w:tc>
          <w:tcPr>
            <w:tcW w:w="26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53B6D4E" w14:textId="77777777" w:rsidR="00F81D49" w:rsidRPr="00AB3852" w:rsidRDefault="00F81D49" w:rsidP="00AB3852">
            <w:pPr>
              <w:spacing w:after="80"/>
              <w:rPr>
                <w:rFonts w:ascii="Arial" w:hAnsi="Arial" w:cs="Arial"/>
                <w:sz w:val="20"/>
                <w:szCs w:val="20"/>
              </w:rPr>
            </w:pPr>
          </w:p>
        </w:tc>
        <w:tc>
          <w:tcPr>
            <w:tcW w:w="39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DCEC07" w14:textId="77777777" w:rsidR="00F81D49" w:rsidRPr="00AB3852" w:rsidRDefault="00F81D49" w:rsidP="00AB3852">
            <w:pPr>
              <w:spacing w:after="80"/>
              <w:rPr>
                <w:rFonts w:ascii="Arial" w:hAnsi="Arial" w:cs="Arial"/>
                <w:sz w:val="20"/>
                <w:szCs w:val="20"/>
              </w:rPr>
            </w:pP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57A634" w14:textId="77777777" w:rsidR="00F81D49" w:rsidRPr="00AB3852" w:rsidRDefault="00F81D49" w:rsidP="00AB3852">
            <w:pPr>
              <w:rPr>
                <w:rFonts w:ascii="Arial" w:hAnsi="Arial" w:cs="Arial"/>
                <w:sz w:val="20"/>
                <w:szCs w:val="20"/>
              </w:rPr>
            </w:pP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8FF4AE" w14:textId="77777777" w:rsidR="00F81D49" w:rsidRPr="00AB3852" w:rsidRDefault="00F81D49" w:rsidP="00AB3852">
            <w:pPr>
              <w:spacing w:after="80"/>
              <w:rPr>
                <w:rFonts w:ascii="Arial" w:hAnsi="Arial" w:cs="Arial"/>
                <w:sz w:val="20"/>
                <w:szCs w:val="20"/>
              </w:rPr>
            </w:pPr>
          </w:p>
        </w:tc>
        <w:tc>
          <w:tcPr>
            <w:tcW w:w="20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AA7E3E" w14:textId="77777777" w:rsidR="00F81D49" w:rsidRPr="00AB3852" w:rsidRDefault="00F81D49" w:rsidP="00AB3852">
            <w:pPr>
              <w:spacing w:after="80"/>
              <w:rPr>
                <w:rFonts w:ascii="Arial" w:hAnsi="Arial" w:cs="Arial"/>
                <w:sz w:val="20"/>
                <w:szCs w:val="20"/>
              </w:rPr>
            </w:pPr>
          </w:p>
        </w:tc>
      </w:tr>
      <w:tr w:rsidR="00F81D49" w:rsidRPr="00AB3852" w14:paraId="7D7ADC06" w14:textId="77777777" w:rsidTr="00F81D49">
        <w:trPr>
          <w:cantSplit/>
          <w:trHeight w:val="340"/>
          <w:jc w:val="center"/>
        </w:trPr>
        <w:tc>
          <w:tcPr>
            <w:tcW w:w="26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07701E3" w14:textId="77777777" w:rsidR="00F81D49" w:rsidRPr="00AB3852" w:rsidRDefault="00F81D49" w:rsidP="00AB3852">
            <w:pPr>
              <w:spacing w:after="80"/>
              <w:rPr>
                <w:rFonts w:ascii="Arial" w:hAnsi="Arial" w:cs="Arial"/>
                <w:sz w:val="20"/>
                <w:szCs w:val="20"/>
              </w:rPr>
            </w:pPr>
          </w:p>
        </w:tc>
        <w:tc>
          <w:tcPr>
            <w:tcW w:w="39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0900667" w14:textId="77777777" w:rsidR="00F81D49" w:rsidRPr="00AB3852" w:rsidRDefault="00F81D49" w:rsidP="00AB3852">
            <w:pPr>
              <w:spacing w:after="80"/>
              <w:rPr>
                <w:rFonts w:ascii="Arial" w:hAnsi="Arial" w:cs="Arial"/>
                <w:sz w:val="20"/>
                <w:szCs w:val="20"/>
              </w:rPr>
            </w:pP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0528C50" w14:textId="77777777" w:rsidR="00F81D49" w:rsidRPr="00AB3852" w:rsidRDefault="00F81D49" w:rsidP="00AB3852">
            <w:pPr>
              <w:rPr>
                <w:rFonts w:ascii="Arial" w:hAnsi="Arial" w:cs="Arial"/>
                <w:sz w:val="20"/>
                <w:szCs w:val="20"/>
              </w:rPr>
            </w:pPr>
          </w:p>
        </w:tc>
        <w:tc>
          <w:tcPr>
            <w:tcW w:w="342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DDB7D8" w14:textId="77777777" w:rsidR="00F81D49" w:rsidRPr="00AB3852" w:rsidRDefault="00F81D49" w:rsidP="00AB3852">
            <w:pPr>
              <w:spacing w:after="80"/>
              <w:rPr>
                <w:rFonts w:ascii="Arial" w:hAnsi="Arial" w:cs="Arial"/>
                <w:sz w:val="20"/>
                <w:szCs w:val="20"/>
              </w:rPr>
            </w:pPr>
          </w:p>
        </w:tc>
        <w:tc>
          <w:tcPr>
            <w:tcW w:w="20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9E2D10E" w14:textId="77777777" w:rsidR="00F81D49" w:rsidRPr="00AB3852" w:rsidRDefault="00F81D49" w:rsidP="00AB3852">
            <w:pPr>
              <w:spacing w:after="80"/>
              <w:rPr>
                <w:rFonts w:ascii="Arial" w:hAnsi="Arial" w:cs="Arial"/>
                <w:sz w:val="20"/>
                <w:szCs w:val="20"/>
              </w:rPr>
            </w:pPr>
          </w:p>
        </w:tc>
      </w:tr>
    </w:tbl>
    <w:p w14:paraId="7611117E" w14:textId="4C8EEBC3" w:rsidR="00370396" w:rsidRDefault="00370396" w:rsidP="00AB3852">
      <w:pPr>
        <w:spacing w:after="40" w:line="252" w:lineRule="auto"/>
        <w:rPr>
          <w:rFonts w:ascii="Arial" w:eastAsia="MS Mincho" w:hAnsi="Arial" w:cs="Arial"/>
          <w:kern w:val="0"/>
          <w:sz w:val="20"/>
          <w:szCs w:val="20"/>
          <w:lang w:val="en-US"/>
          <w14:ligatures w14:val="none"/>
        </w:rPr>
      </w:pPr>
    </w:p>
    <w:p w14:paraId="21F77B1F" w14:textId="77777777" w:rsidR="00370396" w:rsidRDefault="00370396">
      <w:pPr>
        <w:rPr>
          <w:rFonts w:ascii="Arial" w:eastAsia="MS Mincho" w:hAnsi="Arial" w:cs="Arial"/>
          <w:kern w:val="0"/>
          <w:sz w:val="20"/>
          <w:szCs w:val="20"/>
          <w:lang w:val="en-US"/>
          <w14:ligatures w14:val="none"/>
        </w:rPr>
      </w:pPr>
      <w:r>
        <w:rPr>
          <w:rFonts w:ascii="Arial" w:eastAsia="MS Mincho" w:hAnsi="Arial" w:cs="Arial"/>
          <w:kern w:val="0"/>
          <w:sz w:val="20"/>
          <w:szCs w:val="20"/>
          <w:lang w:val="en-US"/>
          <w14:ligatures w14:val="none"/>
        </w:rPr>
        <w:br w:type="page"/>
      </w:r>
    </w:p>
    <w:p w14:paraId="36E00E3C"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07D8F6DA"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t xml:space="preserve">Version and </w:t>
      </w:r>
      <w:proofErr w:type="gramStart"/>
      <w:r w:rsidRPr="00AB3852">
        <w:rPr>
          <w:rFonts w:ascii="Arial" w:eastAsia="MS Gothic" w:hAnsi="Arial" w:cs="Arial"/>
          <w:b/>
          <w:bCs/>
          <w:color w:val="3D3D3D"/>
          <w:kern w:val="0"/>
          <w:sz w:val="20"/>
          <w:szCs w:val="20"/>
          <w:lang w:val="en-US"/>
          <w14:ligatures w14:val="none"/>
        </w:rPr>
        <w:t>change</w:t>
      </w:r>
      <w:proofErr w:type="gramEnd"/>
      <w:r w:rsidRPr="00AB3852">
        <w:rPr>
          <w:rFonts w:ascii="Arial" w:eastAsia="MS Gothic" w:hAnsi="Arial" w:cs="Arial"/>
          <w:b/>
          <w:bCs/>
          <w:color w:val="3D3D3D"/>
          <w:kern w:val="0"/>
          <w:sz w:val="20"/>
          <w:szCs w:val="20"/>
          <w:lang w:val="en-US"/>
          <w14:ligatures w14:val="none"/>
        </w:rPr>
        <w:t xml:space="preserve"> history</w:t>
      </w:r>
    </w:p>
    <w:tbl>
      <w:tblPr>
        <w:tblStyle w:val="TableGrid"/>
        <w:tblW w:w="15264" w:type="dxa"/>
        <w:jc w:val="center"/>
        <w:tblLayout w:type="fixed"/>
        <w:tblLook w:val="04A0" w:firstRow="1" w:lastRow="0" w:firstColumn="1" w:lastColumn="0" w:noHBand="0" w:noVBand="1"/>
      </w:tblPr>
      <w:tblGrid>
        <w:gridCol w:w="1440"/>
        <w:gridCol w:w="1728"/>
        <w:gridCol w:w="2592"/>
        <w:gridCol w:w="7056"/>
        <w:gridCol w:w="2448"/>
      </w:tblGrid>
      <w:tr w:rsidR="00AB3852" w:rsidRPr="00AB3852" w14:paraId="445F2FD5" w14:textId="77777777" w:rsidTr="00370396">
        <w:trPr>
          <w:cantSplit/>
          <w:tblHeader/>
          <w:jc w:val="center"/>
        </w:trPr>
        <w:tc>
          <w:tcPr>
            <w:tcW w:w="144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982C836"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Version</w:t>
            </w:r>
          </w:p>
        </w:tc>
        <w:tc>
          <w:tcPr>
            <w:tcW w:w="172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947903E"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Date</w:t>
            </w:r>
          </w:p>
        </w:tc>
        <w:tc>
          <w:tcPr>
            <w:tcW w:w="259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9755F15"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Author</w:t>
            </w:r>
          </w:p>
        </w:tc>
        <w:tc>
          <w:tcPr>
            <w:tcW w:w="705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6CD8A2F"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Summary of changes</w:t>
            </w:r>
          </w:p>
        </w:tc>
        <w:tc>
          <w:tcPr>
            <w:tcW w:w="244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63B19F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Approved by</w:t>
            </w:r>
          </w:p>
        </w:tc>
      </w:tr>
      <w:tr w:rsidR="00AB3852" w:rsidRPr="00AB3852" w14:paraId="1C778712" w14:textId="77777777" w:rsidTr="00370396">
        <w:trPr>
          <w:cantSplit/>
          <w:jc w:val="center"/>
        </w:trPr>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2BACCD5" w14:textId="77777777" w:rsidR="00AB3852" w:rsidRPr="00AB3852" w:rsidRDefault="00AB3852" w:rsidP="00AB3852">
            <w:pPr>
              <w:rPr>
                <w:rFonts w:ascii="Arial" w:hAnsi="Arial" w:cs="Arial"/>
                <w:sz w:val="20"/>
                <w:szCs w:val="20"/>
              </w:rPr>
            </w:pPr>
            <w:r w:rsidRPr="00AB3852">
              <w:rPr>
                <w:rFonts w:ascii="Arial" w:hAnsi="Arial" w:cs="Arial"/>
                <w:sz w:val="20"/>
                <w:szCs w:val="20"/>
              </w:rPr>
              <w:t>0.1</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350C1AD"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C22C976" w14:textId="77777777" w:rsidR="00AB3852" w:rsidRPr="00AB3852" w:rsidRDefault="00AB3852" w:rsidP="00AB3852">
            <w:pPr>
              <w:rPr>
                <w:rFonts w:ascii="Arial" w:hAnsi="Arial" w:cs="Arial"/>
                <w:sz w:val="20"/>
                <w:szCs w:val="20"/>
              </w:rPr>
            </w:pPr>
            <w:r w:rsidRPr="00AB3852">
              <w:rPr>
                <w:rFonts w:ascii="Arial" w:hAnsi="Arial" w:cs="Arial"/>
                <w:sz w:val="20"/>
                <w:szCs w:val="20"/>
              </w:rPr>
              <w:t>[Name]</w:t>
            </w:r>
          </w:p>
        </w:tc>
        <w:tc>
          <w:tcPr>
            <w:tcW w:w="7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D9795E0" w14:textId="77777777" w:rsidR="00AB3852" w:rsidRPr="00AB3852" w:rsidRDefault="00AB3852" w:rsidP="00AB3852">
            <w:pPr>
              <w:rPr>
                <w:rFonts w:ascii="Arial" w:hAnsi="Arial" w:cs="Arial"/>
                <w:sz w:val="20"/>
                <w:szCs w:val="20"/>
              </w:rPr>
            </w:pPr>
            <w:r w:rsidRPr="00AB3852">
              <w:rPr>
                <w:rFonts w:ascii="Arial" w:hAnsi="Arial" w:cs="Arial"/>
                <w:sz w:val="20"/>
                <w:szCs w:val="20"/>
              </w:rPr>
              <w:t>Initial draft for review.</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B5D7C55" w14:textId="77777777" w:rsidR="00AB3852" w:rsidRPr="00AB3852" w:rsidRDefault="00AB3852" w:rsidP="00AB3852">
            <w:pPr>
              <w:rPr>
                <w:rFonts w:ascii="Arial" w:hAnsi="Arial" w:cs="Arial"/>
                <w:sz w:val="20"/>
                <w:szCs w:val="20"/>
              </w:rPr>
            </w:pPr>
            <w:r w:rsidRPr="00AB3852">
              <w:rPr>
                <w:rFonts w:ascii="Arial" w:hAnsi="Arial" w:cs="Arial"/>
                <w:sz w:val="20"/>
                <w:szCs w:val="20"/>
              </w:rPr>
              <w:t>[Name]</w:t>
            </w:r>
          </w:p>
        </w:tc>
      </w:tr>
      <w:tr w:rsidR="00AB3852" w:rsidRPr="00AB3852" w14:paraId="68667338" w14:textId="77777777" w:rsidTr="00370396">
        <w:trPr>
          <w:cantSplit/>
          <w:jc w:val="center"/>
        </w:trPr>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858E3D" w14:textId="77777777" w:rsidR="00AB3852" w:rsidRPr="00AB3852" w:rsidRDefault="00AB3852" w:rsidP="00AB3852">
            <w:pPr>
              <w:rPr>
                <w:rFonts w:ascii="Arial" w:hAnsi="Arial" w:cs="Arial"/>
                <w:sz w:val="20"/>
                <w:szCs w:val="20"/>
              </w:rPr>
            </w:pPr>
            <w:r w:rsidRPr="00AB3852">
              <w:rPr>
                <w:rFonts w:ascii="Arial" w:hAnsi="Arial" w:cs="Arial"/>
                <w:sz w:val="20"/>
                <w:szCs w:val="20"/>
              </w:rPr>
              <w:t>1.0</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AE85B1"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4B8E5F" w14:textId="77777777" w:rsidR="00AB3852" w:rsidRPr="00AB3852" w:rsidRDefault="00AB3852" w:rsidP="00AB3852">
            <w:pPr>
              <w:rPr>
                <w:rFonts w:ascii="Arial" w:hAnsi="Arial" w:cs="Arial"/>
                <w:sz w:val="20"/>
                <w:szCs w:val="20"/>
              </w:rPr>
            </w:pPr>
            <w:r w:rsidRPr="00AB3852">
              <w:rPr>
                <w:rFonts w:ascii="Arial" w:hAnsi="Arial" w:cs="Arial"/>
                <w:sz w:val="20"/>
                <w:szCs w:val="20"/>
              </w:rPr>
              <w:t>[Name]</w:t>
            </w:r>
          </w:p>
        </w:tc>
        <w:tc>
          <w:tcPr>
            <w:tcW w:w="7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A1BFC1" w14:textId="77777777" w:rsidR="00AB3852" w:rsidRPr="00AB3852" w:rsidRDefault="00AB3852" w:rsidP="00AB3852">
            <w:pPr>
              <w:rPr>
                <w:rFonts w:ascii="Arial" w:hAnsi="Arial" w:cs="Arial"/>
                <w:sz w:val="20"/>
                <w:szCs w:val="20"/>
              </w:rPr>
            </w:pPr>
            <w:r w:rsidRPr="00AB3852">
              <w:rPr>
                <w:rFonts w:ascii="Arial" w:hAnsi="Arial" w:cs="Arial"/>
                <w:sz w:val="20"/>
                <w:szCs w:val="20"/>
              </w:rPr>
              <w:t>Approved issue.</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94648E0" w14:textId="77777777" w:rsidR="00AB3852" w:rsidRPr="00AB3852" w:rsidRDefault="00AB3852" w:rsidP="00AB3852">
            <w:pPr>
              <w:rPr>
                <w:rFonts w:ascii="Arial" w:hAnsi="Arial" w:cs="Arial"/>
                <w:sz w:val="20"/>
                <w:szCs w:val="20"/>
              </w:rPr>
            </w:pPr>
            <w:r w:rsidRPr="00AB3852">
              <w:rPr>
                <w:rFonts w:ascii="Arial" w:hAnsi="Arial" w:cs="Arial"/>
                <w:sz w:val="20"/>
                <w:szCs w:val="20"/>
              </w:rPr>
              <w:t>[Name]</w:t>
            </w:r>
          </w:p>
        </w:tc>
      </w:tr>
      <w:tr w:rsidR="00AB3852" w:rsidRPr="00AB3852" w14:paraId="3CDFEED5" w14:textId="77777777" w:rsidTr="00370396">
        <w:trPr>
          <w:cantSplit/>
          <w:jc w:val="center"/>
        </w:trPr>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D5F0DE0" w14:textId="77777777" w:rsidR="00AB3852" w:rsidRPr="00AB3852" w:rsidRDefault="00AB3852" w:rsidP="00AB3852">
            <w:pPr>
              <w:rPr>
                <w:rFonts w:ascii="Arial" w:hAnsi="Arial" w:cs="Arial"/>
                <w:sz w:val="20"/>
                <w:szCs w:val="20"/>
              </w:rPr>
            </w:pPr>
            <w:r w:rsidRPr="00AB3852">
              <w:rPr>
                <w:rFonts w:ascii="Arial" w:hAnsi="Arial" w:cs="Arial"/>
                <w:sz w:val="20"/>
                <w:szCs w:val="20"/>
              </w:rPr>
              <w:t>[Version]</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2A41EC0"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3C4D17" w14:textId="77777777" w:rsidR="00AB3852" w:rsidRPr="00AB3852" w:rsidRDefault="00AB3852" w:rsidP="00AB3852">
            <w:pPr>
              <w:rPr>
                <w:rFonts w:ascii="Arial" w:hAnsi="Arial" w:cs="Arial"/>
                <w:sz w:val="20"/>
                <w:szCs w:val="20"/>
              </w:rPr>
            </w:pPr>
            <w:r w:rsidRPr="00AB3852">
              <w:rPr>
                <w:rFonts w:ascii="Arial" w:hAnsi="Arial" w:cs="Arial"/>
                <w:sz w:val="20"/>
                <w:szCs w:val="20"/>
              </w:rPr>
              <w:t>[Name]</w:t>
            </w:r>
          </w:p>
        </w:tc>
        <w:tc>
          <w:tcPr>
            <w:tcW w:w="7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D66650B" w14:textId="77777777" w:rsidR="00AB3852" w:rsidRPr="00AB3852" w:rsidRDefault="00AB3852" w:rsidP="00AB3852">
            <w:pPr>
              <w:rPr>
                <w:rFonts w:ascii="Arial" w:hAnsi="Arial" w:cs="Arial"/>
                <w:sz w:val="20"/>
                <w:szCs w:val="20"/>
              </w:rPr>
            </w:pPr>
            <w:r w:rsidRPr="00AB3852">
              <w:rPr>
                <w:rFonts w:ascii="Arial" w:hAnsi="Arial" w:cs="Arial"/>
                <w:sz w:val="20"/>
                <w:szCs w:val="20"/>
              </w:rPr>
              <w:t>[Change summary]</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C3F20F4" w14:textId="77777777" w:rsidR="00AB3852" w:rsidRPr="00AB3852" w:rsidRDefault="00AB3852" w:rsidP="00AB3852">
            <w:pPr>
              <w:rPr>
                <w:rFonts w:ascii="Arial" w:hAnsi="Arial" w:cs="Arial"/>
                <w:sz w:val="20"/>
                <w:szCs w:val="20"/>
              </w:rPr>
            </w:pPr>
            <w:r w:rsidRPr="00AB3852">
              <w:rPr>
                <w:rFonts w:ascii="Arial" w:hAnsi="Arial" w:cs="Arial"/>
                <w:sz w:val="20"/>
                <w:szCs w:val="20"/>
              </w:rPr>
              <w:t>[Name]</w:t>
            </w:r>
          </w:p>
        </w:tc>
      </w:tr>
      <w:tr w:rsidR="00370396" w:rsidRPr="00AB3852" w14:paraId="1A03E560" w14:textId="77777777" w:rsidTr="00370396">
        <w:trPr>
          <w:cantSplit/>
          <w:jc w:val="center"/>
        </w:trPr>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913476" w14:textId="77777777" w:rsidR="00370396" w:rsidRPr="00AB3852" w:rsidRDefault="00370396" w:rsidP="00AB3852">
            <w:pPr>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C968402" w14:textId="77777777" w:rsidR="00370396" w:rsidRPr="00AB3852" w:rsidRDefault="00370396" w:rsidP="00AB3852">
            <w:pPr>
              <w:rPr>
                <w:rFonts w:ascii="Arial" w:hAnsi="Arial" w:cs="Arial"/>
                <w:sz w:val="20"/>
                <w:szCs w:val="20"/>
              </w:rPr>
            </w:pP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553255A" w14:textId="77777777" w:rsidR="00370396" w:rsidRPr="00AB3852" w:rsidRDefault="00370396" w:rsidP="00AB3852">
            <w:pPr>
              <w:rPr>
                <w:rFonts w:ascii="Arial" w:hAnsi="Arial" w:cs="Arial"/>
                <w:sz w:val="20"/>
                <w:szCs w:val="20"/>
              </w:rPr>
            </w:pPr>
          </w:p>
        </w:tc>
        <w:tc>
          <w:tcPr>
            <w:tcW w:w="7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1CCEBBA" w14:textId="77777777" w:rsidR="00370396" w:rsidRPr="00AB3852" w:rsidRDefault="00370396" w:rsidP="00AB3852">
            <w:pPr>
              <w:rPr>
                <w:rFonts w:ascii="Arial" w:hAnsi="Arial" w:cs="Arial"/>
                <w:sz w:val="20"/>
                <w:szCs w:val="20"/>
              </w:rPr>
            </w:pP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D7C0620" w14:textId="77777777" w:rsidR="00370396" w:rsidRPr="00AB3852" w:rsidRDefault="00370396" w:rsidP="00AB3852">
            <w:pPr>
              <w:rPr>
                <w:rFonts w:ascii="Arial" w:hAnsi="Arial" w:cs="Arial"/>
                <w:sz w:val="20"/>
                <w:szCs w:val="20"/>
              </w:rPr>
            </w:pPr>
          </w:p>
        </w:tc>
      </w:tr>
      <w:tr w:rsidR="00F81D49" w:rsidRPr="00AB3852" w14:paraId="461EE73A" w14:textId="77777777" w:rsidTr="00370396">
        <w:trPr>
          <w:cantSplit/>
          <w:jc w:val="center"/>
        </w:trPr>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A4A23A3" w14:textId="77777777" w:rsidR="00F81D49" w:rsidRPr="00AB3852" w:rsidRDefault="00F81D49" w:rsidP="00AB3852">
            <w:pPr>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45E88D" w14:textId="77777777" w:rsidR="00F81D49" w:rsidRPr="00AB3852" w:rsidRDefault="00F81D49" w:rsidP="00AB3852">
            <w:pPr>
              <w:rPr>
                <w:rFonts w:ascii="Arial" w:hAnsi="Arial" w:cs="Arial"/>
                <w:sz w:val="20"/>
                <w:szCs w:val="20"/>
              </w:rPr>
            </w:pP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9F735E0" w14:textId="77777777" w:rsidR="00F81D49" w:rsidRPr="00AB3852" w:rsidRDefault="00F81D49" w:rsidP="00AB3852">
            <w:pPr>
              <w:rPr>
                <w:rFonts w:ascii="Arial" w:hAnsi="Arial" w:cs="Arial"/>
                <w:sz w:val="20"/>
                <w:szCs w:val="20"/>
              </w:rPr>
            </w:pPr>
          </w:p>
        </w:tc>
        <w:tc>
          <w:tcPr>
            <w:tcW w:w="7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DAA53F" w14:textId="77777777" w:rsidR="00F81D49" w:rsidRPr="00AB3852" w:rsidRDefault="00F81D49" w:rsidP="00AB3852">
            <w:pPr>
              <w:rPr>
                <w:rFonts w:ascii="Arial" w:hAnsi="Arial" w:cs="Arial"/>
                <w:sz w:val="20"/>
                <w:szCs w:val="20"/>
              </w:rPr>
            </w:pP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0237AE" w14:textId="77777777" w:rsidR="00F81D49" w:rsidRPr="00AB3852" w:rsidRDefault="00F81D49" w:rsidP="00AB3852">
            <w:pPr>
              <w:rPr>
                <w:rFonts w:ascii="Arial" w:hAnsi="Arial" w:cs="Arial"/>
                <w:sz w:val="20"/>
                <w:szCs w:val="20"/>
              </w:rPr>
            </w:pPr>
          </w:p>
        </w:tc>
      </w:tr>
    </w:tbl>
    <w:p w14:paraId="75DA3213" w14:textId="77777777" w:rsidR="00AB3852" w:rsidRDefault="00AB3852" w:rsidP="00AB3852">
      <w:pPr>
        <w:spacing w:after="40" w:line="252" w:lineRule="auto"/>
        <w:rPr>
          <w:rFonts w:ascii="Arial" w:eastAsia="MS Mincho" w:hAnsi="Arial" w:cs="Arial"/>
          <w:kern w:val="0"/>
          <w:sz w:val="20"/>
          <w:szCs w:val="20"/>
          <w:lang w:val="en-US"/>
          <w14:ligatures w14:val="none"/>
        </w:rPr>
      </w:pPr>
    </w:p>
    <w:p w14:paraId="6E391A58" w14:textId="77777777" w:rsidR="00370396" w:rsidRPr="00AB3852" w:rsidRDefault="00370396" w:rsidP="00AB3852">
      <w:pPr>
        <w:spacing w:after="40" w:line="252" w:lineRule="auto"/>
        <w:rPr>
          <w:rFonts w:ascii="Arial" w:eastAsia="MS Mincho" w:hAnsi="Arial" w:cs="Arial"/>
          <w:kern w:val="0"/>
          <w:sz w:val="20"/>
          <w:szCs w:val="20"/>
          <w:lang w:val="en-US"/>
          <w14:ligatures w14:val="none"/>
        </w:rPr>
      </w:pPr>
    </w:p>
    <w:p w14:paraId="4EBFF4CB"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t>Distribution, storage and access</w:t>
      </w:r>
    </w:p>
    <w:tbl>
      <w:tblPr>
        <w:tblStyle w:val="TableGrid"/>
        <w:tblW w:w="15264" w:type="dxa"/>
        <w:jc w:val="center"/>
        <w:tblLayout w:type="fixed"/>
        <w:tblLook w:val="04A0" w:firstRow="1" w:lastRow="0" w:firstColumn="1" w:lastColumn="0" w:noHBand="0" w:noVBand="1"/>
      </w:tblPr>
      <w:tblGrid>
        <w:gridCol w:w="2880"/>
        <w:gridCol w:w="4320"/>
        <w:gridCol w:w="2592"/>
        <w:gridCol w:w="3600"/>
        <w:gridCol w:w="1872"/>
      </w:tblGrid>
      <w:tr w:rsidR="00AB3852" w:rsidRPr="00AB3852" w14:paraId="19EB5246" w14:textId="77777777" w:rsidTr="002A069A">
        <w:trPr>
          <w:cantSplit/>
          <w:tblHeader/>
          <w:jc w:val="center"/>
        </w:trPr>
        <w:tc>
          <w:tcPr>
            <w:tcW w:w="288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51EED2F"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Recipient / group</w:t>
            </w:r>
          </w:p>
        </w:tc>
        <w:tc>
          <w:tcPr>
            <w:tcW w:w="432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E7DEAF4"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Purpose</w:t>
            </w:r>
          </w:p>
        </w:tc>
        <w:tc>
          <w:tcPr>
            <w:tcW w:w="259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FAB8C66"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Format</w:t>
            </w:r>
          </w:p>
        </w:tc>
        <w:tc>
          <w:tcPr>
            <w:tcW w:w="360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3360557"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Location / channel</w:t>
            </w:r>
          </w:p>
        </w:tc>
        <w:tc>
          <w:tcPr>
            <w:tcW w:w="187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A779DBE"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Last confirmed</w:t>
            </w:r>
          </w:p>
        </w:tc>
      </w:tr>
      <w:tr w:rsidR="00AB3852" w:rsidRPr="00AB3852" w14:paraId="3D2FCD43" w14:textId="77777777" w:rsidTr="002A069A">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3C00F82" w14:textId="77777777" w:rsidR="00AB3852" w:rsidRPr="00AB3852" w:rsidRDefault="00AB3852" w:rsidP="00AB3852">
            <w:pPr>
              <w:rPr>
                <w:rFonts w:ascii="Arial" w:hAnsi="Arial" w:cs="Arial"/>
                <w:sz w:val="20"/>
                <w:szCs w:val="20"/>
              </w:rPr>
            </w:pPr>
            <w:r w:rsidRPr="00AB3852">
              <w:rPr>
                <w:rFonts w:ascii="Arial" w:hAnsi="Arial" w:cs="Arial"/>
                <w:sz w:val="20"/>
                <w:szCs w:val="20"/>
              </w:rPr>
              <w:t>Response team</w:t>
            </w:r>
          </w:p>
        </w:tc>
        <w:tc>
          <w:tcPr>
            <w:tcW w:w="43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1FE464" w14:textId="77777777" w:rsidR="00AB3852" w:rsidRPr="00AB3852" w:rsidRDefault="00AB3852" w:rsidP="00AB3852">
            <w:pPr>
              <w:rPr>
                <w:rFonts w:ascii="Arial" w:hAnsi="Arial" w:cs="Arial"/>
                <w:sz w:val="20"/>
                <w:szCs w:val="20"/>
              </w:rPr>
            </w:pPr>
            <w:r w:rsidRPr="00AB3852">
              <w:rPr>
                <w:rFonts w:ascii="Arial" w:hAnsi="Arial" w:cs="Arial"/>
                <w:sz w:val="20"/>
                <w:szCs w:val="20"/>
              </w:rPr>
              <w:t>Use during disruption.</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489950A" w14:textId="77777777" w:rsidR="00AB3852" w:rsidRPr="00AB3852" w:rsidRDefault="00AB3852" w:rsidP="00AB3852">
            <w:pPr>
              <w:rPr>
                <w:rFonts w:ascii="Arial" w:hAnsi="Arial" w:cs="Arial"/>
                <w:sz w:val="20"/>
                <w:szCs w:val="20"/>
              </w:rPr>
            </w:pPr>
            <w:r w:rsidRPr="00AB3852">
              <w:rPr>
                <w:rFonts w:ascii="Arial" w:hAnsi="Arial" w:cs="Arial"/>
                <w:sz w:val="20"/>
                <w:szCs w:val="20"/>
              </w:rPr>
              <w:t>[Digital and offline]</w:t>
            </w:r>
          </w:p>
        </w:tc>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D2769C3" w14:textId="77777777" w:rsidR="00AB3852" w:rsidRPr="00AB3852" w:rsidRDefault="00AB3852" w:rsidP="00AB3852">
            <w:pPr>
              <w:rPr>
                <w:rFonts w:ascii="Arial" w:hAnsi="Arial" w:cs="Arial"/>
                <w:sz w:val="20"/>
                <w:szCs w:val="20"/>
              </w:rPr>
            </w:pPr>
            <w:r w:rsidRPr="00AB3852">
              <w:rPr>
                <w:rFonts w:ascii="Arial" w:hAnsi="Arial" w:cs="Arial"/>
                <w:sz w:val="20"/>
                <w:szCs w:val="20"/>
              </w:rPr>
              <w:t>[Location / channel]</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114277"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AB3852" w:rsidRPr="00AB3852" w14:paraId="5CBEDBD3" w14:textId="77777777" w:rsidTr="002A069A">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E24AE5" w14:textId="77777777" w:rsidR="00AB3852" w:rsidRPr="00AB3852" w:rsidRDefault="00AB3852" w:rsidP="00AB3852">
            <w:pPr>
              <w:rPr>
                <w:rFonts w:ascii="Arial" w:hAnsi="Arial" w:cs="Arial"/>
                <w:sz w:val="20"/>
                <w:szCs w:val="20"/>
              </w:rPr>
            </w:pPr>
            <w:r w:rsidRPr="00AB3852">
              <w:rPr>
                <w:rFonts w:ascii="Arial" w:hAnsi="Arial" w:cs="Arial"/>
                <w:sz w:val="20"/>
                <w:szCs w:val="20"/>
              </w:rPr>
              <w:t>Owners / directors</w:t>
            </w:r>
          </w:p>
        </w:tc>
        <w:tc>
          <w:tcPr>
            <w:tcW w:w="43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D601EF1" w14:textId="77777777" w:rsidR="00AB3852" w:rsidRPr="00AB3852" w:rsidRDefault="00AB3852" w:rsidP="00AB3852">
            <w:pPr>
              <w:rPr>
                <w:rFonts w:ascii="Arial" w:hAnsi="Arial" w:cs="Arial"/>
                <w:sz w:val="20"/>
                <w:szCs w:val="20"/>
              </w:rPr>
            </w:pPr>
            <w:r w:rsidRPr="00AB3852">
              <w:rPr>
                <w:rFonts w:ascii="Arial" w:hAnsi="Arial" w:cs="Arial"/>
                <w:sz w:val="20"/>
                <w:szCs w:val="20"/>
              </w:rPr>
              <w:t>Oversight and approval.</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B8FBED3" w14:textId="77777777" w:rsidR="00AB3852" w:rsidRPr="00AB3852" w:rsidRDefault="00AB3852" w:rsidP="00AB3852">
            <w:pPr>
              <w:rPr>
                <w:rFonts w:ascii="Arial" w:hAnsi="Arial" w:cs="Arial"/>
                <w:sz w:val="20"/>
                <w:szCs w:val="20"/>
              </w:rPr>
            </w:pPr>
            <w:r w:rsidRPr="00AB3852">
              <w:rPr>
                <w:rFonts w:ascii="Arial" w:hAnsi="Arial" w:cs="Arial"/>
                <w:sz w:val="20"/>
                <w:szCs w:val="20"/>
              </w:rPr>
              <w:t>[Digital]</w:t>
            </w:r>
          </w:p>
        </w:tc>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4984BC4" w14:textId="77777777" w:rsidR="00AB3852" w:rsidRPr="00AB3852" w:rsidRDefault="00AB3852" w:rsidP="00AB3852">
            <w:pPr>
              <w:rPr>
                <w:rFonts w:ascii="Arial" w:hAnsi="Arial" w:cs="Arial"/>
                <w:sz w:val="20"/>
                <w:szCs w:val="20"/>
              </w:rPr>
            </w:pPr>
            <w:r w:rsidRPr="00AB3852">
              <w:rPr>
                <w:rFonts w:ascii="Arial" w:hAnsi="Arial" w:cs="Arial"/>
                <w:sz w:val="20"/>
                <w:szCs w:val="20"/>
              </w:rPr>
              <w:t>[Location / channel]</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19F7101"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AB3852" w:rsidRPr="00AB3852" w14:paraId="60EFA3FE" w14:textId="77777777" w:rsidTr="002A069A">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1040ACB" w14:textId="77777777" w:rsidR="00AB3852" w:rsidRPr="00AB3852" w:rsidRDefault="00AB3852" w:rsidP="00AB3852">
            <w:pPr>
              <w:rPr>
                <w:rFonts w:ascii="Arial" w:hAnsi="Arial" w:cs="Arial"/>
                <w:sz w:val="20"/>
                <w:szCs w:val="20"/>
              </w:rPr>
            </w:pPr>
            <w:r w:rsidRPr="00AB3852">
              <w:rPr>
                <w:rFonts w:ascii="Arial" w:hAnsi="Arial" w:cs="Arial"/>
                <w:sz w:val="20"/>
                <w:szCs w:val="20"/>
              </w:rPr>
              <w:t>Process owners</w:t>
            </w:r>
          </w:p>
        </w:tc>
        <w:tc>
          <w:tcPr>
            <w:tcW w:w="43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1EC438" w14:textId="77777777" w:rsidR="00AB3852" w:rsidRPr="00AB3852" w:rsidRDefault="00AB3852" w:rsidP="00AB3852">
            <w:pPr>
              <w:rPr>
                <w:rFonts w:ascii="Arial" w:hAnsi="Arial" w:cs="Arial"/>
                <w:sz w:val="20"/>
                <w:szCs w:val="20"/>
              </w:rPr>
            </w:pPr>
            <w:r w:rsidRPr="00AB3852">
              <w:rPr>
                <w:rFonts w:ascii="Arial" w:hAnsi="Arial" w:cs="Arial"/>
                <w:sz w:val="20"/>
                <w:szCs w:val="20"/>
              </w:rPr>
              <w:t>Run practical actions.</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E5A7435" w14:textId="77777777" w:rsidR="00AB3852" w:rsidRPr="00AB3852" w:rsidRDefault="00AB3852" w:rsidP="00AB3852">
            <w:pPr>
              <w:rPr>
                <w:rFonts w:ascii="Arial" w:hAnsi="Arial" w:cs="Arial"/>
                <w:sz w:val="20"/>
                <w:szCs w:val="20"/>
              </w:rPr>
            </w:pPr>
            <w:r w:rsidRPr="00AB3852">
              <w:rPr>
                <w:rFonts w:ascii="Arial" w:hAnsi="Arial" w:cs="Arial"/>
                <w:sz w:val="20"/>
                <w:szCs w:val="20"/>
              </w:rPr>
              <w:t>[Digital and offline]</w:t>
            </w:r>
          </w:p>
        </w:tc>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F28E341" w14:textId="77777777" w:rsidR="00AB3852" w:rsidRPr="00AB3852" w:rsidRDefault="00AB3852" w:rsidP="00AB3852">
            <w:pPr>
              <w:rPr>
                <w:rFonts w:ascii="Arial" w:hAnsi="Arial" w:cs="Arial"/>
                <w:sz w:val="20"/>
                <w:szCs w:val="20"/>
              </w:rPr>
            </w:pPr>
            <w:r w:rsidRPr="00AB3852">
              <w:rPr>
                <w:rFonts w:ascii="Arial" w:hAnsi="Arial" w:cs="Arial"/>
                <w:sz w:val="20"/>
                <w:szCs w:val="20"/>
              </w:rPr>
              <w:t>[Location / channel]</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A311D3"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AB3852" w:rsidRPr="00AB3852" w14:paraId="1E8799ED" w14:textId="77777777" w:rsidTr="002A069A">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732708" w14:textId="77777777" w:rsidR="00AB3852" w:rsidRPr="00AB3852" w:rsidRDefault="00AB3852" w:rsidP="00AB3852">
            <w:pPr>
              <w:rPr>
                <w:rFonts w:ascii="Arial" w:hAnsi="Arial" w:cs="Arial"/>
                <w:sz w:val="20"/>
                <w:szCs w:val="20"/>
              </w:rPr>
            </w:pPr>
            <w:r w:rsidRPr="00AB3852">
              <w:rPr>
                <w:rFonts w:ascii="Arial" w:hAnsi="Arial" w:cs="Arial"/>
                <w:sz w:val="20"/>
                <w:szCs w:val="20"/>
              </w:rPr>
              <w:t>External advisers</w:t>
            </w:r>
          </w:p>
        </w:tc>
        <w:tc>
          <w:tcPr>
            <w:tcW w:w="43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AD3CFE" w14:textId="77777777" w:rsidR="00AB3852" w:rsidRPr="00AB3852" w:rsidRDefault="00AB3852" w:rsidP="00AB3852">
            <w:pPr>
              <w:rPr>
                <w:rFonts w:ascii="Arial" w:hAnsi="Arial" w:cs="Arial"/>
                <w:sz w:val="20"/>
                <w:szCs w:val="20"/>
              </w:rPr>
            </w:pPr>
            <w:r w:rsidRPr="00AB3852">
              <w:rPr>
                <w:rFonts w:ascii="Arial" w:hAnsi="Arial" w:cs="Arial"/>
                <w:sz w:val="20"/>
                <w:szCs w:val="20"/>
              </w:rPr>
              <w:t>Support as required.</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109A303" w14:textId="77777777" w:rsidR="00AB3852" w:rsidRPr="00AB3852" w:rsidRDefault="00AB3852" w:rsidP="00AB3852">
            <w:pPr>
              <w:rPr>
                <w:rFonts w:ascii="Arial" w:hAnsi="Arial" w:cs="Arial"/>
                <w:sz w:val="20"/>
                <w:szCs w:val="20"/>
              </w:rPr>
            </w:pPr>
            <w:r w:rsidRPr="00AB3852">
              <w:rPr>
                <w:rFonts w:ascii="Arial" w:hAnsi="Arial" w:cs="Arial"/>
                <w:sz w:val="20"/>
                <w:szCs w:val="20"/>
              </w:rPr>
              <w:t>[Controlled copy]</w:t>
            </w:r>
          </w:p>
        </w:tc>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9BF492F" w14:textId="77777777" w:rsidR="00AB3852" w:rsidRPr="00AB3852" w:rsidRDefault="00AB3852" w:rsidP="00AB3852">
            <w:pPr>
              <w:rPr>
                <w:rFonts w:ascii="Arial" w:hAnsi="Arial" w:cs="Arial"/>
                <w:sz w:val="20"/>
                <w:szCs w:val="20"/>
              </w:rPr>
            </w:pPr>
            <w:r w:rsidRPr="00AB3852">
              <w:rPr>
                <w:rFonts w:ascii="Arial" w:hAnsi="Arial" w:cs="Arial"/>
                <w:sz w:val="20"/>
                <w:szCs w:val="20"/>
              </w:rPr>
              <w:t>[Location / channel]</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A677886"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AB3852" w:rsidRPr="00AB3852" w14:paraId="2972A33D" w14:textId="77777777" w:rsidTr="002A069A">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28EC7E" w14:textId="77777777" w:rsidR="00AB3852" w:rsidRPr="00AB3852" w:rsidRDefault="00AB3852" w:rsidP="00AB3852">
            <w:pPr>
              <w:rPr>
                <w:rFonts w:ascii="Arial" w:hAnsi="Arial" w:cs="Arial"/>
                <w:sz w:val="20"/>
                <w:szCs w:val="20"/>
              </w:rPr>
            </w:pPr>
            <w:r w:rsidRPr="00AB3852">
              <w:rPr>
                <w:rFonts w:ascii="Arial" w:hAnsi="Arial" w:cs="Arial"/>
                <w:sz w:val="20"/>
                <w:szCs w:val="20"/>
              </w:rPr>
              <w:t>Key contacts offline copy</w:t>
            </w:r>
          </w:p>
        </w:tc>
        <w:tc>
          <w:tcPr>
            <w:tcW w:w="43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057DFB" w14:textId="77777777" w:rsidR="00AB3852" w:rsidRPr="00AB3852" w:rsidRDefault="00AB3852" w:rsidP="00AB3852">
            <w:pPr>
              <w:rPr>
                <w:rFonts w:ascii="Arial" w:hAnsi="Arial" w:cs="Arial"/>
                <w:sz w:val="20"/>
                <w:szCs w:val="20"/>
              </w:rPr>
            </w:pPr>
            <w:r w:rsidRPr="00AB3852">
              <w:rPr>
                <w:rFonts w:ascii="Arial" w:hAnsi="Arial" w:cs="Arial"/>
                <w:sz w:val="20"/>
                <w:szCs w:val="20"/>
              </w:rPr>
              <w:t>Access if systems or premises are unavailable.</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1BEE8B7" w14:textId="77777777" w:rsidR="00AB3852" w:rsidRPr="00AB3852" w:rsidRDefault="00AB3852" w:rsidP="00AB3852">
            <w:pPr>
              <w:rPr>
                <w:rFonts w:ascii="Arial" w:hAnsi="Arial" w:cs="Arial"/>
                <w:sz w:val="20"/>
                <w:szCs w:val="20"/>
              </w:rPr>
            </w:pPr>
            <w:r w:rsidRPr="00AB3852">
              <w:rPr>
                <w:rFonts w:ascii="Arial" w:hAnsi="Arial" w:cs="Arial"/>
                <w:sz w:val="20"/>
                <w:szCs w:val="20"/>
              </w:rPr>
              <w:t>[Printed / offline]</w:t>
            </w:r>
          </w:p>
        </w:tc>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F288D9" w14:textId="77777777" w:rsidR="00AB3852" w:rsidRPr="00AB3852" w:rsidRDefault="00AB3852" w:rsidP="00AB3852">
            <w:pPr>
              <w:rPr>
                <w:rFonts w:ascii="Arial" w:hAnsi="Arial" w:cs="Arial"/>
                <w:sz w:val="20"/>
                <w:szCs w:val="20"/>
              </w:rPr>
            </w:pPr>
            <w:r w:rsidRPr="00AB3852">
              <w:rPr>
                <w:rFonts w:ascii="Arial" w:hAnsi="Arial" w:cs="Arial"/>
                <w:sz w:val="20"/>
                <w:szCs w:val="20"/>
              </w:rPr>
              <w:t>[Emergency pack / alternate site]</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A78DAE8"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r>
      <w:tr w:rsidR="002A069A" w:rsidRPr="00AB3852" w14:paraId="14DF222E" w14:textId="77777777" w:rsidTr="002A069A">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A230294" w14:textId="77777777" w:rsidR="002A069A" w:rsidRPr="00AB3852" w:rsidRDefault="002A069A" w:rsidP="00AB3852">
            <w:pPr>
              <w:rPr>
                <w:rFonts w:ascii="Arial" w:hAnsi="Arial" w:cs="Arial"/>
                <w:sz w:val="20"/>
                <w:szCs w:val="20"/>
              </w:rPr>
            </w:pPr>
          </w:p>
        </w:tc>
        <w:tc>
          <w:tcPr>
            <w:tcW w:w="43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C26DB62" w14:textId="77777777" w:rsidR="002A069A" w:rsidRPr="00AB3852" w:rsidRDefault="002A069A" w:rsidP="00AB3852">
            <w:pPr>
              <w:rPr>
                <w:rFonts w:ascii="Arial" w:hAnsi="Arial" w:cs="Arial"/>
                <w:sz w:val="20"/>
                <w:szCs w:val="20"/>
              </w:rPr>
            </w:pP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BAFC7E" w14:textId="77777777" w:rsidR="002A069A" w:rsidRPr="00AB3852" w:rsidRDefault="002A069A" w:rsidP="00AB3852">
            <w:pPr>
              <w:rPr>
                <w:rFonts w:ascii="Arial" w:hAnsi="Arial" w:cs="Arial"/>
                <w:sz w:val="20"/>
                <w:szCs w:val="20"/>
              </w:rPr>
            </w:pPr>
          </w:p>
        </w:tc>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57548F7" w14:textId="77777777" w:rsidR="002A069A" w:rsidRPr="00AB3852" w:rsidRDefault="002A069A" w:rsidP="00AB3852">
            <w:pPr>
              <w:rPr>
                <w:rFonts w:ascii="Arial" w:hAnsi="Arial" w:cs="Arial"/>
                <w:sz w:val="20"/>
                <w:szCs w:val="20"/>
              </w:rPr>
            </w:pP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7CE162" w14:textId="77777777" w:rsidR="002A069A" w:rsidRPr="00AB3852" w:rsidRDefault="002A069A" w:rsidP="00AB3852">
            <w:pPr>
              <w:rPr>
                <w:rFonts w:ascii="Arial" w:hAnsi="Arial" w:cs="Arial"/>
                <w:sz w:val="20"/>
                <w:szCs w:val="20"/>
              </w:rPr>
            </w:pPr>
          </w:p>
        </w:tc>
      </w:tr>
      <w:tr w:rsidR="002A069A" w:rsidRPr="00AB3852" w14:paraId="771805C1" w14:textId="77777777" w:rsidTr="002A069A">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62B7221" w14:textId="77777777" w:rsidR="002A069A" w:rsidRPr="00AB3852" w:rsidRDefault="002A069A" w:rsidP="00AB3852">
            <w:pPr>
              <w:rPr>
                <w:rFonts w:ascii="Arial" w:hAnsi="Arial" w:cs="Arial"/>
                <w:sz w:val="20"/>
                <w:szCs w:val="20"/>
              </w:rPr>
            </w:pPr>
          </w:p>
        </w:tc>
        <w:tc>
          <w:tcPr>
            <w:tcW w:w="43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C622B9" w14:textId="77777777" w:rsidR="002A069A" w:rsidRPr="00AB3852" w:rsidRDefault="002A069A" w:rsidP="00AB3852">
            <w:pPr>
              <w:rPr>
                <w:rFonts w:ascii="Arial" w:hAnsi="Arial" w:cs="Arial"/>
                <w:sz w:val="20"/>
                <w:szCs w:val="20"/>
              </w:rPr>
            </w:pP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2ED8AB" w14:textId="77777777" w:rsidR="002A069A" w:rsidRPr="00AB3852" w:rsidRDefault="002A069A" w:rsidP="00AB3852">
            <w:pPr>
              <w:rPr>
                <w:rFonts w:ascii="Arial" w:hAnsi="Arial" w:cs="Arial"/>
                <w:sz w:val="20"/>
                <w:szCs w:val="20"/>
              </w:rPr>
            </w:pPr>
          </w:p>
        </w:tc>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F3ADA35" w14:textId="77777777" w:rsidR="002A069A" w:rsidRPr="00AB3852" w:rsidRDefault="002A069A" w:rsidP="00AB3852">
            <w:pPr>
              <w:rPr>
                <w:rFonts w:ascii="Arial" w:hAnsi="Arial" w:cs="Arial"/>
                <w:sz w:val="20"/>
                <w:szCs w:val="20"/>
              </w:rPr>
            </w:pP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FD20509" w14:textId="77777777" w:rsidR="002A069A" w:rsidRPr="00AB3852" w:rsidRDefault="002A069A" w:rsidP="00AB3852">
            <w:pPr>
              <w:rPr>
                <w:rFonts w:ascii="Arial" w:hAnsi="Arial" w:cs="Arial"/>
                <w:sz w:val="20"/>
                <w:szCs w:val="20"/>
              </w:rPr>
            </w:pPr>
          </w:p>
        </w:tc>
      </w:tr>
    </w:tbl>
    <w:p w14:paraId="2DED3467"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000013B6" w14:textId="77777777" w:rsidR="00AB3852" w:rsidRPr="00AB3852" w:rsidRDefault="00AB3852" w:rsidP="00AB3852">
      <w:pPr>
        <w:keepNext/>
        <w:keepLines/>
        <w:pageBreakBefore/>
        <w:spacing w:before="160" w:after="60" w:line="252" w:lineRule="auto"/>
        <w:outlineLvl w:val="0"/>
        <w:rPr>
          <w:rFonts w:ascii="Arial" w:eastAsia="MS Gothic" w:hAnsi="Arial" w:cs="Arial"/>
          <w:b/>
          <w:bCs/>
          <w:color w:val="3D3D3D"/>
          <w:kern w:val="0"/>
          <w:sz w:val="20"/>
          <w:szCs w:val="20"/>
          <w:lang w:val="en-US"/>
          <w14:ligatures w14:val="none"/>
        </w:rPr>
      </w:pPr>
      <w:bookmarkStart w:id="1" w:name="_Toc233017904"/>
      <w:r w:rsidRPr="00AB3852">
        <w:rPr>
          <w:rFonts w:ascii="Arial" w:eastAsia="MS Gothic" w:hAnsi="Arial" w:cs="Arial"/>
          <w:b/>
          <w:bCs/>
          <w:color w:val="3D3D3D"/>
          <w:kern w:val="0"/>
          <w:sz w:val="20"/>
          <w:szCs w:val="20"/>
          <w:lang w:val="en-US"/>
          <w14:ligatures w14:val="none"/>
        </w:rPr>
        <w:lastRenderedPageBreak/>
        <w:t>1. Assess</w:t>
      </w:r>
      <w:bookmarkEnd w:id="1"/>
    </w:p>
    <w:p w14:paraId="1E00DAC0" w14:textId="77777777" w:rsid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Identify what matters most, what could realistically interrupt it, and how quickly disruption becomes a problem.</w:t>
      </w:r>
    </w:p>
    <w:p w14:paraId="27FC2FAE" w14:textId="77777777" w:rsidR="00370396" w:rsidRPr="00AB3852" w:rsidRDefault="00370396" w:rsidP="00AB3852">
      <w:pPr>
        <w:spacing w:before="40" w:after="100" w:line="276" w:lineRule="auto"/>
        <w:rPr>
          <w:rFonts w:ascii="Arial" w:eastAsia="MS Mincho" w:hAnsi="Arial" w:cs="Arial"/>
          <w:i/>
          <w:color w:val="555555"/>
          <w:kern w:val="0"/>
          <w:sz w:val="20"/>
          <w:szCs w:val="20"/>
          <w:lang w:val="en-US"/>
          <w14:ligatures w14:val="none"/>
        </w:rPr>
      </w:pPr>
    </w:p>
    <w:p w14:paraId="21D4C2FB"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t>1.1 Critical process, function and recovery register</w:t>
      </w:r>
    </w:p>
    <w:p w14:paraId="6106E792" w14:textId="3F8F2CB4" w:rsidR="00370396"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Complete during plan preparation. Use the CP ID to connect priorities, function overlays, recovery requirements, standing response actions and test status. Table 1.1A records the critical process priority and accountable lead owner only</w:t>
      </w:r>
      <w:r w:rsidR="00370396">
        <w:rPr>
          <w:rFonts w:ascii="Arial" w:eastAsia="MS Mincho" w:hAnsi="Arial" w:cs="Arial"/>
          <w:i/>
          <w:color w:val="555555"/>
          <w:kern w:val="0"/>
          <w:sz w:val="20"/>
          <w:szCs w:val="20"/>
          <w:lang w:val="en-US"/>
          <w14:ligatures w14:val="none"/>
        </w:rPr>
        <w:t>.</w:t>
      </w:r>
      <w:r w:rsidRPr="00AB3852">
        <w:rPr>
          <w:rFonts w:ascii="Arial" w:eastAsia="MS Mincho" w:hAnsi="Arial" w:cs="Arial"/>
          <w:i/>
          <w:color w:val="555555"/>
          <w:kern w:val="0"/>
          <w:sz w:val="20"/>
          <w:szCs w:val="20"/>
          <w:lang w:val="en-US"/>
          <w14:ligatures w14:val="none"/>
        </w:rPr>
        <w:t xml:space="preserve"> </w:t>
      </w:r>
    </w:p>
    <w:p w14:paraId="36683621" w14:textId="77777777" w:rsidR="00370396"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Table 1.1B records the function overlay, dependencies and impact</w:t>
      </w:r>
      <w:r w:rsidR="00370396">
        <w:rPr>
          <w:rFonts w:ascii="Arial" w:eastAsia="MS Mincho" w:hAnsi="Arial" w:cs="Arial"/>
          <w:i/>
          <w:color w:val="555555"/>
          <w:kern w:val="0"/>
          <w:sz w:val="20"/>
          <w:szCs w:val="20"/>
          <w:lang w:val="en-US"/>
          <w14:ligatures w14:val="none"/>
        </w:rPr>
        <w:t>.</w:t>
      </w:r>
      <w:r w:rsidRPr="00AB3852">
        <w:rPr>
          <w:rFonts w:ascii="Arial" w:eastAsia="MS Mincho" w:hAnsi="Arial" w:cs="Arial"/>
          <w:i/>
          <w:color w:val="555555"/>
          <w:kern w:val="0"/>
          <w:sz w:val="20"/>
          <w:szCs w:val="20"/>
          <w:lang w:val="en-US"/>
          <w14:ligatures w14:val="none"/>
        </w:rPr>
        <w:t xml:space="preserve"> </w:t>
      </w:r>
    </w:p>
    <w:p w14:paraId="7A48E688" w14:textId="4B206FA7" w:rsid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Table 1.1C records minimum service levels, recovery requirements and multiple practical actions for each critical process where needed.</w:t>
      </w:r>
    </w:p>
    <w:p w14:paraId="643E3454" w14:textId="77777777" w:rsidR="00370396" w:rsidRPr="00AB3852" w:rsidRDefault="00370396" w:rsidP="00AB3852">
      <w:pPr>
        <w:spacing w:before="40" w:after="100" w:line="276" w:lineRule="auto"/>
        <w:rPr>
          <w:rFonts w:ascii="Arial" w:eastAsia="MS Mincho" w:hAnsi="Arial" w:cs="Arial"/>
          <w:i/>
          <w:color w:val="555555"/>
          <w:kern w:val="0"/>
          <w:sz w:val="20"/>
          <w:szCs w:val="20"/>
          <w:lang w:val="en-US"/>
          <w14:ligatures w14:val="none"/>
        </w:rPr>
      </w:pPr>
    </w:p>
    <w:p w14:paraId="59C0D6F5" w14:textId="77777777" w:rsidR="00AB3852" w:rsidRPr="00AB3852" w:rsidRDefault="00AB3852" w:rsidP="00AB3852">
      <w:pPr>
        <w:spacing w:before="120" w:after="80" w:line="252" w:lineRule="auto"/>
        <w:rPr>
          <w:rFonts w:ascii="Arial" w:eastAsia="MS Mincho" w:hAnsi="Arial" w:cs="Arial"/>
          <w:kern w:val="0"/>
          <w:sz w:val="20"/>
          <w:szCs w:val="20"/>
          <w:lang w:val="en-US"/>
          <w14:ligatures w14:val="none"/>
        </w:rPr>
      </w:pPr>
      <w:r w:rsidRPr="00AB3852">
        <w:rPr>
          <w:rFonts w:ascii="Arial" w:eastAsia="MS Mincho" w:hAnsi="Arial" w:cs="Arial"/>
          <w:b/>
          <w:kern w:val="0"/>
          <w:sz w:val="20"/>
          <w:szCs w:val="20"/>
          <w:lang w:val="en-US"/>
          <w14:ligatures w14:val="none"/>
        </w:rPr>
        <w:t>1.1A Critical process priority register</w:t>
      </w:r>
    </w:p>
    <w:tbl>
      <w:tblPr>
        <w:tblStyle w:val="TableGrid"/>
        <w:tblW w:w="15538" w:type="dxa"/>
        <w:jc w:val="center"/>
        <w:tblLayout w:type="fixed"/>
        <w:tblLook w:val="04A0" w:firstRow="1" w:lastRow="0" w:firstColumn="1" w:lastColumn="0" w:noHBand="0" w:noVBand="1"/>
      </w:tblPr>
      <w:tblGrid>
        <w:gridCol w:w="1080"/>
        <w:gridCol w:w="936"/>
        <w:gridCol w:w="3240"/>
        <w:gridCol w:w="3816"/>
        <w:gridCol w:w="3024"/>
        <w:gridCol w:w="3442"/>
      </w:tblGrid>
      <w:tr w:rsidR="00AB3852" w:rsidRPr="00AB3852" w14:paraId="09B93DD0" w14:textId="77777777" w:rsidTr="006A3252">
        <w:trPr>
          <w:cantSplit/>
          <w:tblHeader/>
          <w:jc w:val="center"/>
        </w:trPr>
        <w:tc>
          <w:tcPr>
            <w:tcW w:w="108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603500A"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CP ID</w:t>
            </w:r>
          </w:p>
        </w:tc>
        <w:tc>
          <w:tcPr>
            <w:tcW w:w="93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8228412"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Priority</w:t>
            </w:r>
          </w:p>
        </w:tc>
        <w:tc>
          <w:tcPr>
            <w:tcW w:w="324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F318AB8"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Critical process</w:t>
            </w:r>
          </w:p>
        </w:tc>
        <w:tc>
          <w:tcPr>
            <w:tcW w:w="381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AA38910"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Business outcome / why it matters</w:t>
            </w:r>
          </w:p>
        </w:tc>
        <w:tc>
          <w:tcPr>
            <w:tcW w:w="302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ECE0AF3"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Lead owner</w:t>
            </w:r>
          </w:p>
        </w:tc>
        <w:tc>
          <w:tcPr>
            <w:tcW w:w="344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186C17A"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Escalation point</w:t>
            </w:r>
          </w:p>
        </w:tc>
      </w:tr>
      <w:tr w:rsidR="00AB3852" w:rsidRPr="00AB3852" w14:paraId="1D4F23EB" w14:textId="77777777" w:rsidTr="002A069A">
        <w:trPr>
          <w:cantSplit/>
          <w:trHeight w:val="340"/>
          <w:jc w:val="center"/>
        </w:trPr>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851BE5"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CP1</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78BF708"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1</w:t>
            </w: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F90DBBF"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Customer order fulfilment</w:t>
            </w:r>
          </w:p>
        </w:tc>
        <w:tc>
          <w:tcPr>
            <w:tcW w:w="381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34B3987"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Keeps revenue and customer promises moving</w:t>
            </w: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7EAD5B9"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Operations manager</w:t>
            </w:r>
          </w:p>
        </w:tc>
        <w:tc>
          <w:tcPr>
            <w:tcW w:w="34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715E069"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Same day</w:t>
            </w:r>
          </w:p>
        </w:tc>
      </w:tr>
      <w:tr w:rsidR="00AB3852" w:rsidRPr="00AB3852" w14:paraId="2F1857DF" w14:textId="77777777" w:rsidTr="002A069A">
        <w:trPr>
          <w:cantSplit/>
          <w:trHeight w:val="340"/>
          <w:jc w:val="center"/>
        </w:trPr>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021A6F2"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CP2</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0E4AB6"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2</w:t>
            </w: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D54F5D3"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[Critical process]</w:t>
            </w:r>
          </w:p>
        </w:tc>
        <w:tc>
          <w:tcPr>
            <w:tcW w:w="381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F674904"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[Outcome]</w:t>
            </w: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868DC1F"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[Lead owner]</w:t>
            </w:r>
          </w:p>
        </w:tc>
        <w:tc>
          <w:tcPr>
            <w:tcW w:w="34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9D1578C"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[1-2 days]</w:t>
            </w:r>
          </w:p>
        </w:tc>
      </w:tr>
      <w:tr w:rsidR="00AB3852" w:rsidRPr="00AB3852" w14:paraId="0870C68C" w14:textId="77777777" w:rsidTr="002A069A">
        <w:trPr>
          <w:cantSplit/>
          <w:trHeight w:val="340"/>
          <w:jc w:val="center"/>
        </w:trPr>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EFE0D3"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CP3</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490DE30"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3</w:t>
            </w: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4A8A19E"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[Critical process]</w:t>
            </w:r>
          </w:p>
        </w:tc>
        <w:tc>
          <w:tcPr>
            <w:tcW w:w="381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4CFD7E"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[Outcome]</w:t>
            </w: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A5B578"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[Lead owner]</w:t>
            </w:r>
          </w:p>
        </w:tc>
        <w:tc>
          <w:tcPr>
            <w:tcW w:w="34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82FAF9B"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[3-5 days]</w:t>
            </w:r>
          </w:p>
        </w:tc>
      </w:tr>
      <w:tr w:rsidR="00AB3852" w:rsidRPr="00AB3852" w14:paraId="2EF77816" w14:textId="77777777" w:rsidTr="002A069A">
        <w:trPr>
          <w:cantSplit/>
          <w:trHeight w:val="340"/>
          <w:jc w:val="center"/>
        </w:trPr>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97D9849"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CP4</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24827E7"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4</w:t>
            </w: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52F744C"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[Critical process]</w:t>
            </w:r>
          </w:p>
        </w:tc>
        <w:tc>
          <w:tcPr>
            <w:tcW w:w="381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88D8E55"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[Outcome]</w:t>
            </w: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99A1D22"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[Lead owner]</w:t>
            </w:r>
          </w:p>
        </w:tc>
        <w:tc>
          <w:tcPr>
            <w:tcW w:w="34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85C7B6B"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[1-2 weeks]</w:t>
            </w:r>
          </w:p>
        </w:tc>
      </w:tr>
      <w:tr w:rsidR="00AB3852" w:rsidRPr="00AB3852" w14:paraId="5ADDE80A" w14:textId="77777777" w:rsidTr="002A069A">
        <w:trPr>
          <w:cantSplit/>
          <w:trHeight w:val="340"/>
          <w:jc w:val="center"/>
        </w:trPr>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6C6B104"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CP5</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F81DC2A"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5</w:t>
            </w: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3E81ECF"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[Critical process]</w:t>
            </w:r>
          </w:p>
        </w:tc>
        <w:tc>
          <w:tcPr>
            <w:tcW w:w="381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AF2C63C"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[Outcome]</w:t>
            </w: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ABE03D"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[Lead owner]</w:t>
            </w:r>
          </w:p>
        </w:tc>
        <w:tc>
          <w:tcPr>
            <w:tcW w:w="34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2C641FB"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[More than 2 weeks]</w:t>
            </w:r>
          </w:p>
        </w:tc>
      </w:tr>
      <w:tr w:rsidR="00AB3852" w:rsidRPr="00AB3852" w14:paraId="32642A0A" w14:textId="77777777" w:rsidTr="002A069A">
        <w:trPr>
          <w:cantSplit/>
          <w:trHeight w:val="340"/>
          <w:jc w:val="center"/>
        </w:trPr>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1BA7C5"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CP6</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5FFE5C4"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6</w:t>
            </w: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51E68B1"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[Critical process]</w:t>
            </w:r>
          </w:p>
        </w:tc>
        <w:tc>
          <w:tcPr>
            <w:tcW w:w="381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A33C00"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[Outcome]</w:t>
            </w: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417C7B"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[Lead owner]</w:t>
            </w:r>
          </w:p>
        </w:tc>
        <w:tc>
          <w:tcPr>
            <w:tcW w:w="34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51422A"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[Timeframe]</w:t>
            </w:r>
          </w:p>
        </w:tc>
      </w:tr>
      <w:tr w:rsidR="002A069A" w:rsidRPr="00AB3852" w14:paraId="4609EC84" w14:textId="77777777" w:rsidTr="002A069A">
        <w:trPr>
          <w:cantSplit/>
          <w:trHeight w:val="340"/>
          <w:jc w:val="center"/>
        </w:trPr>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DB99FD" w14:textId="77777777" w:rsidR="002A069A" w:rsidRPr="00AB3852" w:rsidRDefault="002A069A" w:rsidP="00AB3852">
            <w:pPr>
              <w:spacing w:line="252" w:lineRule="auto"/>
              <w:rPr>
                <w:rFonts w:ascii="Arial" w:hAnsi="Arial" w:cs="Arial"/>
                <w:sz w:val="20"/>
                <w:szCs w:val="20"/>
              </w:rPr>
            </w:pP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AF3DA0" w14:textId="77777777" w:rsidR="002A069A" w:rsidRPr="00AB3852" w:rsidRDefault="002A069A" w:rsidP="00AB3852">
            <w:pPr>
              <w:spacing w:line="252" w:lineRule="auto"/>
              <w:rPr>
                <w:rFonts w:ascii="Arial" w:hAnsi="Arial" w:cs="Arial"/>
                <w:sz w:val="20"/>
                <w:szCs w:val="20"/>
              </w:rPr>
            </w:pP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DBFE3C" w14:textId="77777777" w:rsidR="002A069A" w:rsidRPr="00AB3852" w:rsidRDefault="002A069A" w:rsidP="00AB3852">
            <w:pPr>
              <w:spacing w:line="252" w:lineRule="auto"/>
              <w:rPr>
                <w:rFonts w:ascii="Arial" w:hAnsi="Arial" w:cs="Arial"/>
                <w:sz w:val="20"/>
                <w:szCs w:val="20"/>
              </w:rPr>
            </w:pPr>
          </w:p>
        </w:tc>
        <w:tc>
          <w:tcPr>
            <w:tcW w:w="381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8B53F35" w14:textId="77777777" w:rsidR="002A069A" w:rsidRPr="00AB3852" w:rsidRDefault="002A069A" w:rsidP="00AB3852">
            <w:pPr>
              <w:spacing w:line="252" w:lineRule="auto"/>
              <w:rPr>
                <w:rFonts w:ascii="Arial" w:hAnsi="Arial" w:cs="Arial"/>
                <w:sz w:val="20"/>
                <w:szCs w:val="20"/>
              </w:rPr>
            </w:pP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C468E06" w14:textId="77777777" w:rsidR="002A069A" w:rsidRPr="00AB3852" w:rsidRDefault="002A069A" w:rsidP="00AB3852">
            <w:pPr>
              <w:spacing w:line="252" w:lineRule="auto"/>
              <w:rPr>
                <w:rFonts w:ascii="Arial" w:hAnsi="Arial" w:cs="Arial"/>
                <w:sz w:val="20"/>
                <w:szCs w:val="20"/>
              </w:rPr>
            </w:pPr>
          </w:p>
        </w:tc>
        <w:tc>
          <w:tcPr>
            <w:tcW w:w="34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9C357BE" w14:textId="77777777" w:rsidR="002A069A" w:rsidRPr="00AB3852" w:rsidRDefault="002A069A" w:rsidP="00AB3852">
            <w:pPr>
              <w:spacing w:line="252" w:lineRule="auto"/>
              <w:rPr>
                <w:rFonts w:ascii="Arial" w:hAnsi="Arial" w:cs="Arial"/>
                <w:sz w:val="20"/>
                <w:szCs w:val="20"/>
              </w:rPr>
            </w:pPr>
          </w:p>
        </w:tc>
      </w:tr>
      <w:tr w:rsidR="002A069A" w:rsidRPr="00AB3852" w14:paraId="71B0D083" w14:textId="77777777" w:rsidTr="002A069A">
        <w:trPr>
          <w:cantSplit/>
          <w:trHeight w:val="340"/>
          <w:jc w:val="center"/>
        </w:trPr>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16AA7F" w14:textId="77777777" w:rsidR="002A069A" w:rsidRPr="00AB3852" w:rsidRDefault="002A069A" w:rsidP="00AB3852">
            <w:pPr>
              <w:spacing w:line="252" w:lineRule="auto"/>
              <w:rPr>
                <w:rFonts w:ascii="Arial" w:hAnsi="Arial" w:cs="Arial"/>
                <w:sz w:val="20"/>
                <w:szCs w:val="20"/>
              </w:rPr>
            </w:pP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978AF4" w14:textId="77777777" w:rsidR="002A069A" w:rsidRPr="00AB3852" w:rsidRDefault="002A069A" w:rsidP="00AB3852">
            <w:pPr>
              <w:spacing w:line="252" w:lineRule="auto"/>
              <w:rPr>
                <w:rFonts w:ascii="Arial" w:hAnsi="Arial" w:cs="Arial"/>
                <w:sz w:val="20"/>
                <w:szCs w:val="20"/>
              </w:rPr>
            </w:pP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BA6AB1" w14:textId="77777777" w:rsidR="002A069A" w:rsidRPr="00AB3852" w:rsidRDefault="002A069A" w:rsidP="00AB3852">
            <w:pPr>
              <w:spacing w:line="252" w:lineRule="auto"/>
              <w:rPr>
                <w:rFonts w:ascii="Arial" w:hAnsi="Arial" w:cs="Arial"/>
                <w:sz w:val="20"/>
                <w:szCs w:val="20"/>
              </w:rPr>
            </w:pPr>
          </w:p>
        </w:tc>
        <w:tc>
          <w:tcPr>
            <w:tcW w:w="381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19BB6AE" w14:textId="77777777" w:rsidR="002A069A" w:rsidRPr="00AB3852" w:rsidRDefault="002A069A" w:rsidP="00AB3852">
            <w:pPr>
              <w:spacing w:line="252" w:lineRule="auto"/>
              <w:rPr>
                <w:rFonts w:ascii="Arial" w:hAnsi="Arial" w:cs="Arial"/>
                <w:sz w:val="20"/>
                <w:szCs w:val="20"/>
              </w:rPr>
            </w:pP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DBC1BC1" w14:textId="77777777" w:rsidR="002A069A" w:rsidRPr="00AB3852" w:rsidRDefault="002A069A" w:rsidP="00AB3852">
            <w:pPr>
              <w:spacing w:line="252" w:lineRule="auto"/>
              <w:rPr>
                <w:rFonts w:ascii="Arial" w:hAnsi="Arial" w:cs="Arial"/>
                <w:sz w:val="20"/>
                <w:szCs w:val="20"/>
              </w:rPr>
            </w:pPr>
          </w:p>
        </w:tc>
        <w:tc>
          <w:tcPr>
            <w:tcW w:w="34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481C6B5" w14:textId="77777777" w:rsidR="002A069A" w:rsidRPr="00AB3852" w:rsidRDefault="002A069A" w:rsidP="00AB3852">
            <w:pPr>
              <w:spacing w:line="252" w:lineRule="auto"/>
              <w:rPr>
                <w:rFonts w:ascii="Arial" w:hAnsi="Arial" w:cs="Arial"/>
                <w:sz w:val="20"/>
                <w:szCs w:val="20"/>
              </w:rPr>
            </w:pPr>
          </w:p>
        </w:tc>
      </w:tr>
    </w:tbl>
    <w:p w14:paraId="47AD80F2" w14:textId="210EAAC0" w:rsidR="00370396" w:rsidRDefault="00370396" w:rsidP="00AB3852">
      <w:pPr>
        <w:spacing w:after="80" w:line="252" w:lineRule="auto"/>
        <w:rPr>
          <w:rFonts w:ascii="Arial" w:eastAsia="MS Mincho" w:hAnsi="Arial" w:cs="Arial"/>
          <w:kern w:val="0"/>
          <w:sz w:val="20"/>
          <w:szCs w:val="20"/>
          <w:lang w:val="en-US"/>
          <w14:ligatures w14:val="none"/>
        </w:rPr>
      </w:pPr>
    </w:p>
    <w:p w14:paraId="4AB9524E" w14:textId="77777777" w:rsidR="00370396" w:rsidRDefault="00370396">
      <w:pPr>
        <w:rPr>
          <w:rFonts w:ascii="Arial" w:eastAsia="MS Mincho" w:hAnsi="Arial" w:cs="Arial"/>
          <w:kern w:val="0"/>
          <w:sz w:val="20"/>
          <w:szCs w:val="20"/>
          <w:lang w:val="en-US"/>
          <w14:ligatures w14:val="none"/>
        </w:rPr>
      </w:pPr>
      <w:r>
        <w:rPr>
          <w:rFonts w:ascii="Arial" w:eastAsia="MS Mincho" w:hAnsi="Arial" w:cs="Arial"/>
          <w:kern w:val="0"/>
          <w:sz w:val="20"/>
          <w:szCs w:val="20"/>
          <w:lang w:val="en-US"/>
          <w14:ligatures w14:val="none"/>
        </w:rPr>
        <w:br w:type="page"/>
      </w:r>
    </w:p>
    <w:p w14:paraId="6638B069" w14:textId="77777777" w:rsidR="00AB3852" w:rsidRPr="00AB3852" w:rsidRDefault="00AB3852" w:rsidP="00AB3852">
      <w:pPr>
        <w:spacing w:before="120" w:after="80" w:line="252" w:lineRule="auto"/>
        <w:rPr>
          <w:rFonts w:ascii="Arial" w:eastAsia="MS Mincho" w:hAnsi="Arial" w:cs="Arial"/>
          <w:kern w:val="0"/>
          <w:sz w:val="20"/>
          <w:szCs w:val="20"/>
          <w:lang w:val="en-US"/>
          <w14:ligatures w14:val="none"/>
        </w:rPr>
      </w:pPr>
      <w:r w:rsidRPr="00AB3852">
        <w:rPr>
          <w:rFonts w:ascii="Arial" w:eastAsia="MS Mincho" w:hAnsi="Arial" w:cs="Arial"/>
          <w:b/>
          <w:kern w:val="0"/>
          <w:sz w:val="20"/>
          <w:szCs w:val="20"/>
          <w:lang w:val="en-US"/>
          <w14:ligatures w14:val="none"/>
        </w:rPr>
        <w:lastRenderedPageBreak/>
        <w:t>1.1B Critical process and function impact matrix</w:t>
      </w:r>
    </w:p>
    <w:tbl>
      <w:tblPr>
        <w:tblStyle w:val="TableGrid"/>
        <w:tblW w:w="15538" w:type="dxa"/>
        <w:jc w:val="center"/>
        <w:tblLayout w:type="fixed"/>
        <w:tblLook w:val="04A0" w:firstRow="1" w:lastRow="0" w:firstColumn="1" w:lastColumn="0" w:noHBand="0" w:noVBand="1"/>
      </w:tblPr>
      <w:tblGrid>
        <w:gridCol w:w="792"/>
        <w:gridCol w:w="1800"/>
        <w:gridCol w:w="1440"/>
        <w:gridCol w:w="1944"/>
        <w:gridCol w:w="1440"/>
        <w:gridCol w:w="1728"/>
        <w:gridCol w:w="1728"/>
        <w:gridCol w:w="2028"/>
        <w:gridCol w:w="2638"/>
      </w:tblGrid>
      <w:tr w:rsidR="00AB3852" w:rsidRPr="00AB3852" w14:paraId="50C4A75C" w14:textId="77777777" w:rsidTr="00AB3852">
        <w:trPr>
          <w:cantSplit/>
          <w:tblHeader/>
          <w:jc w:val="center"/>
        </w:trPr>
        <w:tc>
          <w:tcPr>
            <w:tcW w:w="79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7D48696"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CP ID</w:t>
            </w:r>
          </w:p>
        </w:tc>
        <w:tc>
          <w:tcPr>
            <w:tcW w:w="180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F3BE530"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Critical process</w:t>
            </w:r>
          </w:p>
        </w:tc>
        <w:tc>
          <w:tcPr>
            <w:tcW w:w="144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7D41ADB"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Lead function</w:t>
            </w:r>
          </w:p>
        </w:tc>
        <w:tc>
          <w:tcPr>
            <w:tcW w:w="194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F173B24"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Supporting functions</w:t>
            </w:r>
          </w:p>
        </w:tc>
        <w:tc>
          <w:tcPr>
            <w:tcW w:w="144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944D063"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Key people dependencies</w:t>
            </w:r>
          </w:p>
        </w:tc>
        <w:tc>
          <w:tcPr>
            <w:tcW w:w="172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FFB26A1"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Key system/data dependencies</w:t>
            </w:r>
          </w:p>
        </w:tc>
        <w:tc>
          <w:tcPr>
            <w:tcW w:w="1728" w:type="dxa"/>
            <w:tcBorders>
              <w:top w:val="single" w:sz="4" w:space="0" w:color="B7B7B7"/>
              <w:left w:val="single" w:sz="4" w:space="0" w:color="B7B7B7"/>
              <w:bottom w:val="single" w:sz="4" w:space="0" w:color="B7B7B7"/>
              <w:right w:val="single" w:sz="4" w:space="0" w:color="BFBFBF"/>
            </w:tcBorders>
            <w:shd w:val="clear" w:color="auto" w:fill="008CFF"/>
            <w:tcMar>
              <w:top w:w="60" w:type="dxa"/>
              <w:left w:w="60" w:type="dxa"/>
              <w:bottom w:w="60" w:type="dxa"/>
              <w:right w:w="60" w:type="dxa"/>
            </w:tcMar>
          </w:tcPr>
          <w:p w14:paraId="0105BEF7"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Key supplier/logistics dependencies</w:t>
            </w:r>
          </w:p>
        </w:tc>
        <w:tc>
          <w:tcPr>
            <w:tcW w:w="2028" w:type="dxa"/>
            <w:tcBorders>
              <w:top w:val="single" w:sz="4" w:space="0" w:color="BFBFBF"/>
              <w:left w:val="single" w:sz="4" w:space="0" w:color="BFBFBF"/>
              <w:bottom w:val="single" w:sz="4" w:space="0" w:color="BFBFBF"/>
              <w:right w:val="single" w:sz="4" w:space="0" w:color="BFBFBF"/>
            </w:tcBorders>
            <w:shd w:val="clear" w:color="auto" w:fill="008CFF"/>
          </w:tcPr>
          <w:p w14:paraId="547BC05A"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Key premises/equipment dependencies</w:t>
            </w:r>
          </w:p>
        </w:tc>
        <w:tc>
          <w:tcPr>
            <w:tcW w:w="2638" w:type="dxa"/>
            <w:tcBorders>
              <w:top w:val="single" w:sz="4" w:space="0" w:color="BFBFBF"/>
              <w:left w:val="single" w:sz="4" w:space="0" w:color="BFBFBF"/>
              <w:bottom w:val="single" w:sz="4" w:space="0" w:color="BFBFBF"/>
              <w:right w:val="single" w:sz="4" w:space="0" w:color="BFBFBF"/>
            </w:tcBorders>
            <w:shd w:val="clear" w:color="auto" w:fill="008CFF"/>
          </w:tcPr>
          <w:p w14:paraId="2A8F267F"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Impact if unavailable</w:t>
            </w:r>
          </w:p>
        </w:tc>
      </w:tr>
      <w:tr w:rsidR="00AB3852" w:rsidRPr="00AB3852" w14:paraId="46B8CAAB" w14:textId="77777777" w:rsidTr="00AB3852">
        <w:trPr>
          <w:cantSplit/>
          <w:jc w:val="center"/>
        </w:trPr>
        <w:tc>
          <w:tcPr>
            <w:tcW w:w="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3554A5E"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CP1</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A12B8BD"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Customer order fulfilment</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45F42A"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Operations</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5B4D05E"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Sales/customer service; finance; technology; logistics</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4AA6936"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Staff; delegated approvers</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89305E6"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Job system; customer records; email/order records</w:t>
            </w:r>
          </w:p>
        </w:tc>
        <w:tc>
          <w:tcPr>
            <w:tcW w:w="1728" w:type="dxa"/>
            <w:tcBorders>
              <w:top w:val="single" w:sz="4" w:space="0" w:color="B7B7B7"/>
              <w:left w:val="single" w:sz="4" w:space="0" w:color="B7B7B7"/>
              <w:bottom w:val="single" w:sz="4" w:space="0" w:color="B7B7B7"/>
              <w:right w:val="single" w:sz="4" w:space="0" w:color="BFBFBF"/>
            </w:tcBorders>
            <w:tcMar>
              <w:top w:w="60" w:type="dxa"/>
              <w:left w:w="60" w:type="dxa"/>
              <w:bottom w:w="60" w:type="dxa"/>
              <w:right w:w="60" w:type="dxa"/>
            </w:tcMar>
          </w:tcPr>
          <w:p w14:paraId="7B5614C1"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Stock; courier; alternate delivery route</w:t>
            </w:r>
          </w:p>
        </w:tc>
        <w:tc>
          <w:tcPr>
            <w:tcW w:w="2028" w:type="dxa"/>
            <w:tcBorders>
              <w:top w:val="single" w:sz="4" w:space="0" w:color="BFBFBF"/>
              <w:left w:val="single" w:sz="4" w:space="0" w:color="BFBFBF"/>
              <w:bottom w:val="single" w:sz="4" w:space="0" w:color="BFBFBF"/>
              <w:right w:val="single" w:sz="4" w:space="0" w:color="BFBFBF"/>
            </w:tcBorders>
          </w:tcPr>
          <w:p w14:paraId="306725E7"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Site access; phones/devices; packing equipment</w:t>
            </w:r>
          </w:p>
        </w:tc>
        <w:tc>
          <w:tcPr>
            <w:tcW w:w="2638" w:type="dxa"/>
            <w:tcBorders>
              <w:top w:val="single" w:sz="4" w:space="0" w:color="BFBFBF"/>
              <w:left w:val="single" w:sz="4" w:space="0" w:color="BFBFBF"/>
              <w:bottom w:val="single" w:sz="4" w:space="0" w:color="BFBFBF"/>
              <w:right w:val="single" w:sz="4" w:space="0" w:color="BFBFBF"/>
            </w:tcBorders>
          </w:tcPr>
          <w:p w14:paraId="0025D714"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Orders delayed; customer promises, revenue and cash timing affected.</w:t>
            </w:r>
          </w:p>
        </w:tc>
      </w:tr>
      <w:tr w:rsidR="00AB3852" w:rsidRPr="00AB3852" w14:paraId="42FE1FB3" w14:textId="77777777" w:rsidTr="00AB3852">
        <w:trPr>
          <w:cantSplit/>
          <w:jc w:val="center"/>
        </w:trPr>
        <w:tc>
          <w:tcPr>
            <w:tcW w:w="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A43E900"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CP2</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A4E75EC"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[Critical process]</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F0EBF2C"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[Lead function]</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3C8A5B2"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[Supporting functions]</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38965AD"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[People dependencies]</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0E4050"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[System/data dependencies]</w:t>
            </w:r>
          </w:p>
        </w:tc>
        <w:tc>
          <w:tcPr>
            <w:tcW w:w="1728" w:type="dxa"/>
            <w:tcBorders>
              <w:top w:val="single" w:sz="4" w:space="0" w:color="B7B7B7"/>
              <w:left w:val="single" w:sz="4" w:space="0" w:color="B7B7B7"/>
              <w:bottom w:val="single" w:sz="4" w:space="0" w:color="B7B7B7"/>
              <w:right w:val="single" w:sz="4" w:space="0" w:color="BFBFBF"/>
            </w:tcBorders>
            <w:tcMar>
              <w:top w:w="60" w:type="dxa"/>
              <w:left w:w="60" w:type="dxa"/>
              <w:bottom w:w="60" w:type="dxa"/>
              <w:right w:w="60" w:type="dxa"/>
            </w:tcMar>
          </w:tcPr>
          <w:p w14:paraId="42C62C2E"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[Supplier/logistics dependencies]</w:t>
            </w:r>
          </w:p>
        </w:tc>
        <w:tc>
          <w:tcPr>
            <w:tcW w:w="2028" w:type="dxa"/>
            <w:tcBorders>
              <w:top w:val="single" w:sz="4" w:space="0" w:color="BFBFBF"/>
              <w:left w:val="single" w:sz="4" w:space="0" w:color="BFBFBF"/>
              <w:bottom w:val="single" w:sz="4" w:space="0" w:color="BFBFBF"/>
              <w:right w:val="single" w:sz="4" w:space="0" w:color="BFBFBF"/>
            </w:tcBorders>
          </w:tcPr>
          <w:p w14:paraId="4799C8DC"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[Premises/equipment dependencies]</w:t>
            </w:r>
          </w:p>
        </w:tc>
        <w:tc>
          <w:tcPr>
            <w:tcW w:w="2638" w:type="dxa"/>
            <w:tcBorders>
              <w:top w:val="single" w:sz="4" w:space="0" w:color="BFBFBF"/>
              <w:left w:val="single" w:sz="4" w:space="0" w:color="BFBFBF"/>
              <w:bottom w:val="single" w:sz="4" w:space="0" w:color="BFBFBF"/>
              <w:right w:val="single" w:sz="4" w:space="0" w:color="BFBFBF"/>
            </w:tcBorders>
          </w:tcPr>
          <w:p w14:paraId="71BB8C31"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[Impact if unavailable]</w:t>
            </w:r>
          </w:p>
        </w:tc>
      </w:tr>
      <w:tr w:rsidR="00AB3852" w:rsidRPr="00AB3852" w14:paraId="3A8059A8" w14:textId="77777777" w:rsidTr="00AB3852">
        <w:trPr>
          <w:cantSplit/>
          <w:jc w:val="center"/>
        </w:trPr>
        <w:tc>
          <w:tcPr>
            <w:tcW w:w="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12DF16"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CP3</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105064A"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[Critical process]</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8CF20AC"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[Lead function]</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D252D85"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[Supporting functions]</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50024A"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[People dependencies]</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74827C"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[System/data dependencies]</w:t>
            </w:r>
          </w:p>
        </w:tc>
        <w:tc>
          <w:tcPr>
            <w:tcW w:w="1728" w:type="dxa"/>
            <w:tcBorders>
              <w:top w:val="single" w:sz="4" w:space="0" w:color="B7B7B7"/>
              <w:left w:val="single" w:sz="4" w:space="0" w:color="B7B7B7"/>
              <w:bottom w:val="single" w:sz="4" w:space="0" w:color="B7B7B7"/>
              <w:right w:val="single" w:sz="4" w:space="0" w:color="BFBFBF"/>
            </w:tcBorders>
            <w:tcMar>
              <w:top w:w="60" w:type="dxa"/>
              <w:left w:w="60" w:type="dxa"/>
              <w:bottom w:w="60" w:type="dxa"/>
              <w:right w:w="60" w:type="dxa"/>
            </w:tcMar>
          </w:tcPr>
          <w:p w14:paraId="7EBEB253"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[Supplier/logistics dependencies]</w:t>
            </w:r>
          </w:p>
        </w:tc>
        <w:tc>
          <w:tcPr>
            <w:tcW w:w="2028" w:type="dxa"/>
            <w:tcBorders>
              <w:top w:val="single" w:sz="4" w:space="0" w:color="BFBFBF"/>
              <w:left w:val="single" w:sz="4" w:space="0" w:color="BFBFBF"/>
              <w:bottom w:val="single" w:sz="4" w:space="0" w:color="BFBFBF"/>
              <w:right w:val="single" w:sz="4" w:space="0" w:color="BFBFBF"/>
            </w:tcBorders>
          </w:tcPr>
          <w:p w14:paraId="74CC0DD7"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[Premises/equipment dependencies]</w:t>
            </w:r>
          </w:p>
        </w:tc>
        <w:tc>
          <w:tcPr>
            <w:tcW w:w="2638" w:type="dxa"/>
            <w:tcBorders>
              <w:top w:val="single" w:sz="4" w:space="0" w:color="BFBFBF"/>
              <w:left w:val="single" w:sz="4" w:space="0" w:color="BFBFBF"/>
              <w:bottom w:val="single" w:sz="4" w:space="0" w:color="BFBFBF"/>
              <w:right w:val="single" w:sz="4" w:space="0" w:color="BFBFBF"/>
            </w:tcBorders>
          </w:tcPr>
          <w:p w14:paraId="533BDC54"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[Impact if unavailable]</w:t>
            </w:r>
          </w:p>
        </w:tc>
      </w:tr>
      <w:tr w:rsidR="00AB3852" w:rsidRPr="00AB3852" w14:paraId="160F5925" w14:textId="77777777" w:rsidTr="00AB3852">
        <w:trPr>
          <w:cantSplit/>
          <w:jc w:val="center"/>
        </w:trPr>
        <w:tc>
          <w:tcPr>
            <w:tcW w:w="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8FC6562"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CP4</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5CA5B43"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[Critical process]</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F1BDA14"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[Lead function]</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A8A08B5"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[Supporting functions]</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7CE09E"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[People dependencies]</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C1F792"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[System/data dependencies]</w:t>
            </w:r>
          </w:p>
        </w:tc>
        <w:tc>
          <w:tcPr>
            <w:tcW w:w="1728" w:type="dxa"/>
            <w:tcBorders>
              <w:top w:val="single" w:sz="4" w:space="0" w:color="B7B7B7"/>
              <w:left w:val="single" w:sz="4" w:space="0" w:color="B7B7B7"/>
              <w:bottom w:val="single" w:sz="4" w:space="0" w:color="B7B7B7"/>
              <w:right w:val="single" w:sz="4" w:space="0" w:color="BFBFBF"/>
            </w:tcBorders>
            <w:tcMar>
              <w:top w:w="60" w:type="dxa"/>
              <w:left w:w="60" w:type="dxa"/>
              <w:bottom w:w="60" w:type="dxa"/>
              <w:right w:w="60" w:type="dxa"/>
            </w:tcMar>
          </w:tcPr>
          <w:p w14:paraId="754384B6"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[Supplier/logistics dependencies]</w:t>
            </w:r>
          </w:p>
        </w:tc>
        <w:tc>
          <w:tcPr>
            <w:tcW w:w="2028" w:type="dxa"/>
            <w:tcBorders>
              <w:top w:val="single" w:sz="4" w:space="0" w:color="BFBFBF"/>
              <w:left w:val="single" w:sz="4" w:space="0" w:color="BFBFBF"/>
              <w:bottom w:val="single" w:sz="4" w:space="0" w:color="BFBFBF"/>
              <w:right w:val="single" w:sz="4" w:space="0" w:color="BFBFBF"/>
            </w:tcBorders>
          </w:tcPr>
          <w:p w14:paraId="3A4730CE"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[Premises/equipment dependencies]</w:t>
            </w:r>
          </w:p>
        </w:tc>
        <w:tc>
          <w:tcPr>
            <w:tcW w:w="2638" w:type="dxa"/>
            <w:tcBorders>
              <w:top w:val="single" w:sz="4" w:space="0" w:color="BFBFBF"/>
              <w:left w:val="single" w:sz="4" w:space="0" w:color="BFBFBF"/>
              <w:bottom w:val="single" w:sz="4" w:space="0" w:color="BFBFBF"/>
              <w:right w:val="single" w:sz="4" w:space="0" w:color="BFBFBF"/>
            </w:tcBorders>
          </w:tcPr>
          <w:p w14:paraId="58281DE2"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[Impact if unavailable]</w:t>
            </w:r>
          </w:p>
        </w:tc>
      </w:tr>
      <w:tr w:rsidR="00AB3852" w:rsidRPr="00AB3852" w14:paraId="2F6AFDAB" w14:textId="77777777" w:rsidTr="00AB3852">
        <w:trPr>
          <w:cantSplit/>
          <w:jc w:val="center"/>
        </w:trPr>
        <w:tc>
          <w:tcPr>
            <w:tcW w:w="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DBA573" w14:textId="77777777" w:rsidR="00AB3852" w:rsidRPr="00AB3852" w:rsidRDefault="00AB3852" w:rsidP="00AB3852">
            <w:pPr>
              <w:spacing w:line="252" w:lineRule="auto"/>
              <w:rPr>
                <w:rFonts w:ascii="Arial" w:hAnsi="Arial" w:cs="Arial"/>
                <w:sz w:val="20"/>
                <w:szCs w:val="20"/>
              </w:rPr>
            </w:pP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66711C8" w14:textId="77777777" w:rsidR="00AB3852" w:rsidRPr="00AB3852" w:rsidRDefault="00AB3852" w:rsidP="00AB3852">
            <w:pPr>
              <w:spacing w:line="252" w:lineRule="auto"/>
              <w:rPr>
                <w:rFonts w:ascii="Arial" w:hAnsi="Arial" w:cs="Arial"/>
                <w:sz w:val="20"/>
                <w:szCs w:val="20"/>
              </w:rPr>
            </w:pP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21F9CD" w14:textId="77777777" w:rsidR="00AB3852" w:rsidRPr="00AB3852" w:rsidRDefault="00AB3852" w:rsidP="00AB3852">
            <w:pPr>
              <w:spacing w:line="252" w:lineRule="auto"/>
              <w:rPr>
                <w:rFonts w:ascii="Arial" w:hAnsi="Arial" w:cs="Arial"/>
                <w:sz w:val="20"/>
                <w:szCs w:val="20"/>
              </w:rPr>
            </w:pP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17906A3" w14:textId="77777777" w:rsidR="00AB3852" w:rsidRPr="00AB3852" w:rsidRDefault="00AB3852" w:rsidP="00AB3852">
            <w:pPr>
              <w:spacing w:line="252" w:lineRule="auto"/>
              <w:rPr>
                <w:rFonts w:ascii="Arial" w:hAnsi="Arial" w:cs="Arial"/>
                <w:sz w:val="20"/>
                <w:szCs w:val="20"/>
              </w:rPr>
            </w:pP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007AE6" w14:textId="77777777" w:rsidR="00AB3852" w:rsidRPr="00AB3852" w:rsidRDefault="00AB3852" w:rsidP="00AB3852">
            <w:pPr>
              <w:spacing w:line="252" w:lineRule="auto"/>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C77A1AC" w14:textId="77777777" w:rsidR="00AB3852" w:rsidRPr="00AB3852" w:rsidRDefault="00AB3852" w:rsidP="00AB3852">
            <w:pPr>
              <w:spacing w:line="252" w:lineRule="auto"/>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FBFBF"/>
            </w:tcBorders>
            <w:tcMar>
              <w:top w:w="60" w:type="dxa"/>
              <w:left w:w="60" w:type="dxa"/>
              <w:bottom w:w="60" w:type="dxa"/>
              <w:right w:w="60" w:type="dxa"/>
            </w:tcMar>
          </w:tcPr>
          <w:p w14:paraId="24820E57" w14:textId="77777777" w:rsidR="00AB3852" w:rsidRPr="00AB3852" w:rsidRDefault="00AB3852" w:rsidP="00AB3852">
            <w:pPr>
              <w:spacing w:line="252" w:lineRule="auto"/>
              <w:rPr>
                <w:rFonts w:ascii="Arial" w:hAnsi="Arial" w:cs="Arial"/>
                <w:sz w:val="20"/>
                <w:szCs w:val="20"/>
              </w:rPr>
            </w:pPr>
          </w:p>
        </w:tc>
        <w:tc>
          <w:tcPr>
            <w:tcW w:w="2028" w:type="dxa"/>
            <w:tcBorders>
              <w:top w:val="single" w:sz="4" w:space="0" w:color="BFBFBF"/>
              <w:left w:val="single" w:sz="4" w:space="0" w:color="BFBFBF"/>
              <w:bottom w:val="single" w:sz="4" w:space="0" w:color="BFBFBF"/>
              <w:right w:val="single" w:sz="4" w:space="0" w:color="BFBFBF"/>
            </w:tcBorders>
          </w:tcPr>
          <w:p w14:paraId="2C6CE4B1" w14:textId="77777777" w:rsidR="00AB3852" w:rsidRPr="00AB3852" w:rsidRDefault="00AB3852" w:rsidP="00AB3852">
            <w:pPr>
              <w:spacing w:line="252" w:lineRule="auto"/>
              <w:rPr>
                <w:rFonts w:ascii="Arial" w:hAnsi="Arial" w:cs="Arial"/>
                <w:sz w:val="20"/>
                <w:szCs w:val="20"/>
              </w:rPr>
            </w:pPr>
          </w:p>
        </w:tc>
        <w:tc>
          <w:tcPr>
            <w:tcW w:w="2638" w:type="dxa"/>
            <w:tcBorders>
              <w:top w:val="single" w:sz="4" w:space="0" w:color="BFBFBF"/>
              <w:left w:val="single" w:sz="4" w:space="0" w:color="BFBFBF"/>
              <w:bottom w:val="single" w:sz="4" w:space="0" w:color="BFBFBF"/>
              <w:right w:val="single" w:sz="4" w:space="0" w:color="BFBFBF"/>
            </w:tcBorders>
          </w:tcPr>
          <w:p w14:paraId="688E1FE8" w14:textId="77777777" w:rsidR="00AB3852" w:rsidRPr="00AB3852" w:rsidRDefault="00AB3852" w:rsidP="00AB3852">
            <w:pPr>
              <w:spacing w:line="252" w:lineRule="auto"/>
              <w:rPr>
                <w:rFonts w:ascii="Arial" w:hAnsi="Arial" w:cs="Arial"/>
                <w:sz w:val="20"/>
                <w:szCs w:val="20"/>
              </w:rPr>
            </w:pPr>
          </w:p>
        </w:tc>
      </w:tr>
      <w:tr w:rsidR="00AB3852" w:rsidRPr="00AB3852" w14:paraId="5C46CEA7" w14:textId="77777777" w:rsidTr="00AB3852">
        <w:trPr>
          <w:cantSplit/>
          <w:jc w:val="center"/>
        </w:trPr>
        <w:tc>
          <w:tcPr>
            <w:tcW w:w="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69262A9" w14:textId="77777777" w:rsidR="00AB3852" w:rsidRPr="00AB3852" w:rsidRDefault="00AB3852" w:rsidP="00AB3852">
            <w:pPr>
              <w:spacing w:line="252" w:lineRule="auto"/>
              <w:rPr>
                <w:rFonts w:ascii="Arial" w:hAnsi="Arial" w:cs="Arial"/>
                <w:sz w:val="20"/>
                <w:szCs w:val="20"/>
              </w:rPr>
            </w:pP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8DFC98F" w14:textId="77777777" w:rsidR="00AB3852" w:rsidRPr="00AB3852" w:rsidRDefault="00AB3852" w:rsidP="00AB3852">
            <w:pPr>
              <w:spacing w:line="252" w:lineRule="auto"/>
              <w:rPr>
                <w:rFonts w:ascii="Arial" w:hAnsi="Arial" w:cs="Arial"/>
                <w:sz w:val="20"/>
                <w:szCs w:val="20"/>
              </w:rPr>
            </w:pP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C443676" w14:textId="77777777" w:rsidR="00AB3852" w:rsidRPr="00AB3852" w:rsidRDefault="00AB3852" w:rsidP="00AB3852">
            <w:pPr>
              <w:spacing w:line="252" w:lineRule="auto"/>
              <w:rPr>
                <w:rFonts w:ascii="Arial" w:hAnsi="Arial" w:cs="Arial"/>
                <w:sz w:val="20"/>
                <w:szCs w:val="20"/>
              </w:rPr>
            </w:pP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FEA1998" w14:textId="77777777" w:rsidR="00AB3852" w:rsidRPr="00AB3852" w:rsidRDefault="00AB3852" w:rsidP="00AB3852">
            <w:pPr>
              <w:spacing w:line="252" w:lineRule="auto"/>
              <w:rPr>
                <w:rFonts w:ascii="Arial" w:hAnsi="Arial" w:cs="Arial"/>
                <w:sz w:val="20"/>
                <w:szCs w:val="20"/>
              </w:rPr>
            </w:pP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2E4B60E" w14:textId="77777777" w:rsidR="00AB3852" w:rsidRPr="00AB3852" w:rsidRDefault="00AB3852" w:rsidP="00AB3852">
            <w:pPr>
              <w:spacing w:line="252" w:lineRule="auto"/>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B292F1E" w14:textId="77777777" w:rsidR="00AB3852" w:rsidRPr="00AB3852" w:rsidRDefault="00AB3852" w:rsidP="00AB3852">
            <w:pPr>
              <w:spacing w:line="252" w:lineRule="auto"/>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FBFBF"/>
            </w:tcBorders>
            <w:tcMar>
              <w:top w:w="60" w:type="dxa"/>
              <w:left w:w="60" w:type="dxa"/>
              <w:bottom w:w="60" w:type="dxa"/>
              <w:right w:w="60" w:type="dxa"/>
            </w:tcMar>
          </w:tcPr>
          <w:p w14:paraId="760191A6" w14:textId="77777777" w:rsidR="00AB3852" w:rsidRPr="00AB3852" w:rsidRDefault="00AB3852" w:rsidP="00AB3852">
            <w:pPr>
              <w:spacing w:line="252" w:lineRule="auto"/>
              <w:rPr>
                <w:rFonts w:ascii="Arial" w:hAnsi="Arial" w:cs="Arial"/>
                <w:sz w:val="20"/>
                <w:szCs w:val="20"/>
              </w:rPr>
            </w:pPr>
          </w:p>
        </w:tc>
        <w:tc>
          <w:tcPr>
            <w:tcW w:w="2028" w:type="dxa"/>
            <w:tcBorders>
              <w:top w:val="single" w:sz="4" w:space="0" w:color="BFBFBF"/>
              <w:left w:val="single" w:sz="4" w:space="0" w:color="BFBFBF"/>
              <w:bottom w:val="single" w:sz="4" w:space="0" w:color="BFBFBF"/>
              <w:right w:val="single" w:sz="4" w:space="0" w:color="BFBFBF"/>
            </w:tcBorders>
          </w:tcPr>
          <w:p w14:paraId="353D81F8" w14:textId="77777777" w:rsidR="00AB3852" w:rsidRPr="00AB3852" w:rsidRDefault="00AB3852" w:rsidP="00AB3852">
            <w:pPr>
              <w:spacing w:line="252" w:lineRule="auto"/>
              <w:rPr>
                <w:rFonts w:ascii="Arial" w:hAnsi="Arial" w:cs="Arial"/>
                <w:sz w:val="20"/>
                <w:szCs w:val="20"/>
              </w:rPr>
            </w:pPr>
          </w:p>
        </w:tc>
        <w:tc>
          <w:tcPr>
            <w:tcW w:w="2638" w:type="dxa"/>
            <w:tcBorders>
              <w:top w:val="single" w:sz="4" w:space="0" w:color="BFBFBF"/>
              <w:left w:val="single" w:sz="4" w:space="0" w:color="BFBFBF"/>
              <w:bottom w:val="single" w:sz="4" w:space="0" w:color="BFBFBF"/>
              <w:right w:val="single" w:sz="4" w:space="0" w:color="BFBFBF"/>
            </w:tcBorders>
          </w:tcPr>
          <w:p w14:paraId="13AFD9E4" w14:textId="77777777" w:rsidR="00AB3852" w:rsidRPr="00AB3852" w:rsidRDefault="00AB3852" w:rsidP="00AB3852">
            <w:pPr>
              <w:spacing w:line="252" w:lineRule="auto"/>
              <w:rPr>
                <w:rFonts w:ascii="Arial" w:hAnsi="Arial" w:cs="Arial"/>
                <w:sz w:val="20"/>
                <w:szCs w:val="20"/>
              </w:rPr>
            </w:pPr>
          </w:p>
        </w:tc>
      </w:tr>
    </w:tbl>
    <w:p w14:paraId="2372B9CE" w14:textId="77777777" w:rsidR="00AB3852" w:rsidRPr="00AB3852" w:rsidRDefault="00AB3852" w:rsidP="00AB3852">
      <w:pPr>
        <w:spacing w:before="120" w:after="80" w:line="252" w:lineRule="auto"/>
        <w:rPr>
          <w:rFonts w:ascii="Arial" w:eastAsia="MS Mincho" w:hAnsi="Arial" w:cs="Arial"/>
          <w:b/>
          <w:kern w:val="0"/>
          <w:sz w:val="20"/>
          <w:szCs w:val="20"/>
          <w:lang w:val="en-US"/>
          <w14:ligatures w14:val="none"/>
        </w:rPr>
      </w:pPr>
    </w:p>
    <w:p w14:paraId="034EE536" w14:textId="77777777" w:rsidR="00AB3852" w:rsidRPr="00AB3852" w:rsidRDefault="00AB3852" w:rsidP="00AB3852">
      <w:pPr>
        <w:spacing w:after="200" w:line="276" w:lineRule="auto"/>
        <w:rPr>
          <w:rFonts w:ascii="Arial" w:eastAsia="MS Mincho" w:hAnsi="Arial" w:cs="Arial"/>
          <w:b/>
          <w:kern w:val="0"/>
          <w:sz w:val="20"/>
          <w:szCs w:val="20"/>
          <w:lang w:val="en-US"/>
          <w14:ligatures w14:val="none"/>
        </w:rPr>
      </w:pPr>
      <w:r w:rsidRPr="00AB3852">
        <w:rPr>
          <w:rFonts w:ascii="Arial" w:eastAsia="MS Mincho" w:hAnsi="Arial" w:cs="Arial"/>
          <w:b/>
          <w:kern w:val="0"/>
          <w:sz w:val="20"/>
          <w:szCs w:val="20"/>
          <w:lang w:val="en-US"/>
          <w14:ligatures w14:val="none"/>
        </w:rPr>
        <w:br w:type="page"/>
      </w:r>
    </w:p>
    <w:p w14:paraId="1D4EB810" w14:textId="77777777" w:rsidR="00AB3852" w:rsidRPr="00AB3852" w:rsidRDefault="00AB3852" w:rsidP="00AB3852">
      <w:pPr>
        <w:spacing w:before="120" w:after="80" w:line="252" w:lineRule="auto"/>
        <w:rPr>
          <w:rFonts w:ascii="Arial" w:eastAsia="MS Mincho" w:hAnsi="Arial" w:cs="Arial"/>
          <w:kern w:val="0"/>
          <w:sz w:val="20"/>
          <w:szCs w:val="20"/>
          <w:lang w:val="en-US"/>
          <w14:ligatures w14:val="none"/>
        </w:rPr>
      </w:pPr>
      <w:r w:rsidRPr="00AB3852">
        <w:rPr>
          <w:rFonts w:ascii="Arial" w:eastAsia="MS Mincho" w:hAnsi="Arial" w:cs="Arial"/>
          <w:b/>
          <w:kern w:val="0"/>
          <w:sz w:val="20"/>
          <w:szCs w:val="20"/>
          <w:lang w:val="en-US"/>
          <w14:ligatures w14:val="none"/>
        </w:rPr>
        <w:lastRenderedPageBreak/>
        <w:t>1.1C Recovery requirements and actions by critical process</w:t>
      </w:r>
    </w:p>
    <w:tbl>
      <w:tblPr>
        <w:tblStyle w:val="TableGrid"/>
        <w:tblW w:w="15538" w:type="dxa"/>
        <w:jc w:val="center"/>
        <w:tblLayout w:type="fixed"/>
        <w:tblLook w:val="04A0" w:firstRow="1" w:lastRow="0" w:firstColumn="1" w:lastColumn="0" w:noHBand="0" w:noVBand="1"/>
      </w:tblPr>
      <w:tblGrid>
        <w:gridCol w:w="792"/>
        <w:gridCol w:w="1080"/>
        <w:gridCol w:w="1512"/>
        <w:gridCol w:w="1944"/>
        <w:gridCol w:w="1224"/>
        <w:gridCol w:w="1800"/>
        <w:gridCol w:w="3096"/>
        <w:gridCol w:w="2160"/>
        <w:gridCol w:w="1930"/>
      </w:tblGrid>
      <w:tr w:rsidR="00AB3852" w:rsidRPr="00AB3852" w14:paraId="7E42D822" w14:textId="77777777" w:rsidTr="00AB3852">
        <w:trPr>
          <w:cantSplit/>
          <w:tblHeader/>
          <w:jc w:val="center"/>
        </w:trPr>
        <w:tc>
          <w:tcPr>
            <w:tcW w:w="79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FF7FF86"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CP ID</w:t>
            </w:r>
          </w:p>
        </w:tc>
        <w:tc>
          <w:tcPr>
            <w:tcW w:w="108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8129CFC"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Action ID</w:t>
            </w:r>
          </w:p>
        </w:tc>
        <w:tc>
          <w:tcPr>
            <w:tcW w:w="151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D1D3934"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Minimum service level</w:t>
            </w:r>
          </w:p>
        </w:tc>
        <w:tc>
          <w:tcPr>
            <w:tcW w:w="194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5284893"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Recovery timeframe / acceptable data loss</w:t>
            </w:r>
          </w:p>
        </w:tc>
        <w:tc>
          <w:tcPr>
            <w:tcW w:w="122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574EA38"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Action timeframe</w:t>
            </w:r>
          </w:p>
        </w:tc>
        <w:tc>
          <w:tcPr>
            <w:tcW w:w="180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14A56BD"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Applies to / trigger</w:t>
            </w:r>
          </w:p>
        </w:tc>
        <w:tc>
          <w:tcPr>
            <w:tcW w:w="3096" w:type="dxa"/>
            <w:tcBorders>
              <w:top w:val="single" w:sz="4" w:space="0" w:color="B7B7B7"/>
              <w:left w:val="single" w:sz="4" w:space="0" w:color="B7B7B7"/>
              <w:bottom w:val="single" w:sz="4" w:space="0" w:color="B7B7B7"/>
              <w:right w:val="single" w:sz="4" w:space="0" w:color="BFBFBF"/>
            </w:tcBorders>
            <w:shd w:val="clear" w:color="auto" w:fill="008CFF"/>
            <w:tcMar>
              <w:top w:w="60" w:type="dxa"/>
              <w:left w:w="60" w:type="dxa"/>
              <w:bottom w:w="60" w:type="dxa"/>
              <w:right w:w="60" w:type="dxa"/>
            </w:tcMar>
          </w:tcPr>
          <w:p w14:paraId="3BEE55D2"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Practical recovery action</w:t>
            </w:r>
          </w:p>
        </w:tc>
        <w:tc>
          <w:tcPr>
            <w:tcW w:w="2160" w:type="dxa"/>
            <w:tcBorders>
              <w:top w:val="single" w:sz="4" w:space="0" w:color="BFBFBF"/>
              <w:left w:val="single" w:sz="4" w:space="0" w:color="BFBFBF"/>
              <w:bottom w:val="single" w:sz="4" w:space="0" w:color="BFBFBF"/>
              <w:right w:val="single" w:sz="4" w:space="0" w:color="BFBFBF"/>
            </w:tcBorders>
            <w:shd w:val="clear" w:color="auto" w:fill="008CFF"/>
          </w:tcPr>
          <w:p w14:paraId="415F25DE"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Manual control / reconciliation</w:t>
            </w:r>
          </w:p>
        </w:tc>
        <w:tc>
          <w:tcPr>
            <w:tcW w:w="1930" w:type="dxa"/>
            <w:tcBorders>
              <w:top w:val="single" w:sz="4" w:space="0" w:color="BFBFBF"/>
              <w:left w:val="single" w:sz="4" w:space="0" w:color="BFBFBF"/>
              <w:bottom w:val="single" w:sz="4" w:space="0" w:color="BFBFBF"/>
              <w:right w:val="single" w:sz="4" w:space="0" w:color="BFBFBF"/>
            </w:tcBorders>
            <w:shd w:val="clear" w:color="auto" w:fill="008CFF"/>
          </w:tcPr>
          <w:p w14:paraId="7A3C818C" w14:textId="77777777" w:rsidR="00AB3852" w:rsidRPr="00AB3852" w:rsidRDefault="00AB3852" w:rsidP="00AB3852">
            <w:pPr>
              <w:spacing w:line="252" w:lineRule="auto"/>
              <w:jc w:val="center"/>
              <w:rPr>
                <w:rFonts w:ascii="Arial" w:hAnsi="Arial" w:cs="Arial"/>
                <w:color w:val="FFFFFF"/>
                <w:sz w:val="20"/>
                <w:szCs w:val="20"/>
              </w:rPr>
            </w:pPr>
            <w:r w:rsidRPr="00AB3852">
              <w:rPr>
                <w:rFonts w:ascii="Arial" w:hAnsi="Arial" w:cs="Arial"/>
                <w:b/>
                <w:color w:val="FFFFFF"/>
                <w:sz w:val="20"/>
                <w:szCs w:val="20"/>
              </w:rPr>
              <w:t>Owner / test status</w:t>
            </w:r>
          </w:p>
        </w:tc>
      </w:tr>
      <w:tr w:rsidR="00AB3852" w:rsidRPr="00AB3852" w14:paraId="123563AC" w14:textId="77777777" w:rsidTr="00AB3852">
        <w:trPr>
          <w:cantSplit/>
          <w:jc w:val="center"/>
        </w:trPr>
        <w:tc>
          <w:tcPr>
            <w:tcW w:w="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6A8F5A"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CP1</w:t>
            </w:r>
          </w:p>
        </w:tc>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0A6B67"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CP1-A1</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EC723FC"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Urgent orders only</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8BC6506"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 xml:space="preserve">Same day; </w:t>
            </w:r>
            <w:proofErr w:type="gramStart"/>
            <w:r w:rsidRPr="00AB3852">
              <w:rPr>
                <w:rFonts w:ascii="Arial" w:hAnsi="Arial" w:cs="Arial"/>
                <w:sz w:val="20"/>
                <w:szCs w:val="20"/>
              </w:rPr>
              <w:t>recreate</w:t>
            </w:r>
            <w:proofErr w:type="gramEnd"/>
            <w:r w:rsidRPr="00AB3852">
              <w:rPr>
                <w:rFonts w:ascii="Arial" w:hAnsi="Arial" w:cs="Arial"/>
                <w:sz w:val="20"/>
                <w:szCs w:val="20"/>
              </w:rPr>
              <w:t xml:space="preserve"> from emails/orders</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7C4EEE"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Immediate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1ECB955"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All disruptions</w:t>
            </w:r>
          </w:p>
        </w:tc>
        <w:tc>
          <w:tcPr>
            <w:tcW w:w="3096" w:type="dxa"/>
            <w:tcBorders>
              <w:top w:val="single" w:sz="4" w:space="0" w:color="B7B7B7"/>
              <w:left w:val="single" w:sz="4" w:space="0" w:color="B7B7B7"/>
              <w:bottom w:val="single" w:sz="4" w:space="0" w:color="B7B7B7"/>
              <w:right w:val="single" w:sz="4" w:space="0" w:color="BFBFBF"/>
            </w:tcBorders>
            <w:tcMar>
              <w:top w:w="60" w:type="dxa"/>
              <w:left w:w="60" w:type="dxa"/>
              <w:bottom w:w="60" w:type="dxa"/>
              <w:right w:w="60" w:type="dxa"/>
            </w:tcMar>
          </w:tcPr>
          <w:p w14:paraId="018EC68D"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Confirm affected orders; open manual order log; contact priority customers.</w:t>
            </w:r>
          </w:p>
        </w:tc>
        <w:tc>
          <w:tcPr>
            <w:tcW w:w="2160" w:type="dxa"/>
            <w:tcBorders>
              <w:top w:val="single" w:sz="4" w:space="0" w:color="BFBFBF"/>
              <w:left w:val="single" w:sz="4" w:space="0" w:color="BFBFBF"/>
              <w:bottom w:val="single" w:sz="4" w:space="0" w:color="BFBFBF"/>
              <w:right w:val="single" w:sz="4" w:space="0" w:color="BFBFBF"/>
            </w:tcBorders>
          </w:tcPr>
          <w:p w14:paraId="5D63CC70"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Number manual orders; record decisions; reconcile when restored.</w:t>
            </w:r>
          </w:p>
        </w:tc>
        <w:tc>
          <w:tcPr>
            <w:tcW w:w="1930" w:type="dxa"/>
            <w:tcBorders>
              <w:top w:val="single" w:sz="4" w:space="0" w:color="BFBFBF"/>
              <w:left w:val="single" w:sz="4" w:space="0" w:color="BFBFBF"/>
              <w:bottom w:val="single" w:sz="4" w:space="0" w:color="BFBFBF"/>
              <w:right w:val="single" w:sz="4" w:space="0" w:color="BFBFBF"/>
            </w:tcBorders>
          </w:tcPr>
          <w:p w14:paraId="58A6CDE3"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Operations / manual order drill not tested</w:t>
            </w:r>
          </w:p>
        </w:tc>
      </w:tr>
      <w:tr w:rsidR="00AB3852" w:rsidRPr="00AB3852" w14:paraId="52CB81D7" w14:textId="77777777" w:rsidTr="00AB3852">
        <w:trPr>
          <w:cantSplit/>
          <w:jc w:val="center"/>
        </w:trPr>
        <w:tc>
          <w:tcPr>
            <w:tcW w:w="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53D67AC"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CP1</w:t>
            </w:r>
          </w:p>
        </w:tc>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FBEEF13"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CP1-A2</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AE69195"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Urgent orders only</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A6BC744"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 xml:space="preserve">Same day; </w:t>
            </w:r>
            <w:proofErr w:type="gramStart"/>
            <w:r w:rsidRPr="00AB3852">
              <w:rPr>
                <w:rFonts w:ascii="Arial" w:hAnsi="Arial" w:cs="Arial"/>
                <w:sz w:val="20"/>
                <w:szCs w:val="20"/>
              </w:rPr>
              <w:t>recreate</w:t>
            </w:r>
            <w:proofErr w:type="gramEnd"/>
            <w:r w:rsidRPr="00AB3852">
              <w:rPr>
                <w:rFonts w:ascii="Arial" w:hAnsi="Arial" w:cs="Arial"/>
                <w:sz w:val="20"/>
                <w:szCs w:val="20"/>
              </w:rPr>
              <w:t xml:space="preserve"> from emails/orders</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C82FC8"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Same day</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1DDC85A"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Cyber or system outage</w:t>
            </w:r>
          </w:p>
        </w:tc>
        <w:tc>
          <w:tcPr>
            <w:tcW w:w="3096" w:type="dxa"/>
            <w:tcBorders>
              <w:top w:val="single" w:sz="4" w:space="0" w:color="B7B7B7"/>
              <w:left w:val="single" w:sz="4" w:space="0" w:color="B7B7B7"/>
              <w:bottom w:val="single" w:sz="4" w:space="0" w:color="B7B7B7"/>
              <w:right w:val="single" w:sz="4" w:space="0" w:color="BFBFBF"/>
            </w:tcBorders>
            <w:tcMar>
              <w:top w:w="60" w:type="dxa"/>
              <w:left w:w="60" w:type="dxa"/>
              <w:bottom w:w="60" w:type="dxa"/>
              <w:right w:w="60" w:type="dxa"/>
            </w:tcMar>
          </w:tcPr>
          <w:p w14:paraId="545BDD1E"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Use offline/customer records; pause risky changes; obtain provider restore estimate.</w:t>
            </w:r>
          </w:p>
        </w:tc>
        <w:tc>
          <w:tcPr>
            <w:tcW w:w="2160" w:type="dxa"/>
            <w:tcBorders>
              <w:top w:val="single" w:sz="4" w:space="0" w:color="BFBFBF"/>
              <w:left w:val="single" w:sz="4" w:space="0" w:color="BFBFBF"/>
              <w:bottom w:val="single" w:sz="4" w:space="0" w:color="BFBFBF"/>
              <w:right w:val="single" w:sz="4" w:space="0" w:color="BFBFBF"/>
            </w:tcBorders>
          </w:tcPr>
          <w:p w14:paraId="633E991E"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Preserve logs/screenshots; reconcile orders, stock and invoices.</w:t>
            </w:r>
          </w:p>
        </w:tc>
        <w:tc>
          <w:tcPr>
            <w:tcW w:w="1930" w:type="dxa"/>
            <w:tcBorders>
              <w:top w:val="single" w:sz="4" w:space="0" w:color="BFBFBF"/>
              <w:left w:val="single" w:sz="4" w:space="0" w:color="BFBFBF"/>
              <w:bottom w:val="single" w:sz="4" w:space="0" w:color="BFBFBF"/>
              <w:right w:val="single" w:sz="4" w:space="0" w:color="BFBFBF"/>
            </w:tcBorders>
          </w:tcPr>
          <w:p w14:paraId="73851034"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Technology / operations</w:t>
            </w:r>
          </w:p>
        </w:tc>
      </w:tr>
      <w:tr w:rsidR="00AB3852" w:rsidRPr="00AB3852" w14:paraId="70038773" w14:textId="77777777" w:rsidTr="00AB3852">
        <w:trPr>
          <w:cantSplit/>
          <w:jc w:val="center"/>
        </w:trPr>
        <w:tc>
          <w:tcPr>
            <w:tcW w:w="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41051F"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CP1</w:t>
            </w:r>
          </w:p>
        </w:tc>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D6E654F"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CP1-A3</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F314284"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Urgent orders only</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D1B259"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 xml:space="preserve">Same day; </w:t>
            </w:r>
            <w:proofErr w:type="gramStart"/>
            <w:r w:rsidRPr="00AB3852">
              <w:rPr>
                <w:rFonts w:ascii="Arial" w:hAnsi="Arial" w:cs="Arial"/>
                <w:sz w:val="20"/>
                <w:szCs w:val="20"/>
              </w:rPr>
              <w:t>recreate</w:t>
            </w:r>
            <w:proofErr w:type="gramEnd"/>
            <w:r w:rsidRPr="00AB3852">
              <w:rPr>
                <w:rFonts w:ascii="Arial" w:hAnsi="Arial" w:cs="Arial"/>
                <w:sz w:val="20"/>
                <w:szCs w:val="20"/>
              </w:rPr>
              <w:t xml:space="preserve"> from emails/orders</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AB3C57E"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1-2 days</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AC3F59"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Supplier or logistics disruption</w:t>
            </w:r>
          </w:p>
        </w:tc>
        <w:tc>
          <w:tcPr>
            <w:tcW w:w="3096" w:type="dxa"/>
            <w:tcBorders>
              <w:top w:val="single" w:sz="4" w:space="0" w:color="B7B7B7"/>
              <w:left w:val="single" w:sz="4" w:space="0" w:color="B7B7B7"/>
              <w:bottom w:val="single" w:sz="4" w:space="0" w:color="B7B7B7"/>
              <w:right w:val="single" w:sz="4" w:space="0" w:color="BFBFBF"/>
            </w:tcBorders>
            <w:tcMar>
              <w:top w:w="60" w:type="dxa"/>
              <w:left w:w="60" w:type="dxa"/>
              <w:bottom w:w="60" w:type="dxa"/>
              <w:right w:w="60" w:type="dxa"/>
            </w:tcMar>
          </w:tcPr>
          <w:p w14:paraId="04072B9A"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 xml:space="preserve">Use alternate courier/route; </w:t>
            </w:r>
            <w:proofErr w:type="spellStart"/>
            <w:r w:rsidRPr="00AB3852">
              <w:rPr>
                <w:rFonts w:ascii="Arial" w:hAnsi="Arial" w:cs="Arial"/>
                <w:sz w:val="20"/>
                <w:szCs w:val="20"/>
              </w:rPr>
              <w:t>prioritise</w:t>
            </w:r>
            <w:proofErr w:type="spellEnd"/>
            <w:r w:rsidRPr="00AB3852">
              <w:rPr>
                <w:rFonts w:ascii="Arial" w:hAnsi="Arial" w:cs="Arial"/>
                <w:sz w:val="20"/>
                <w:szCs w:val="20"/>
              </w:rPr>
              <w:t xml:space="preserve"> urgent or contractual deliveries.</w:t>
            </w:r>
          </w:p>
        </w:tc>
        <w:tc>
          <w:tcPr>
            <w:tcW w:w="2160" w:type="dxa"/>
            <w:tcBorders>
              <w:top w:val="single" w:sz="4" w:space="0" w:color="BFBFBF"/>
              <w:left w:val="single" w:sz="4" w:space="0" w:color="BFBFBF"/>
              <w:bottom w:val="single" w:sz="4" w:space="0" w:color="BFBFBF"/>
              <w:right w:val="single" w:sz="4" w:space="0" w:color="BFBFBF"/>
            </w:tcBorders>
          </w:tcPr>
          <w:p w14:paraId="22206693"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Record extra costs, customer messages and delivery exceptions.</w:t>
            </w:r>
          </w:p>
        </w:tc>
        <w:tc>
          <w:tcPr>
            <w:tcW w:w="1930" w:type="dxa"/>
            <w:tcBorders>
              <w:top w:val="single" w:sz="4" w:space="0" w:color="BFBFBF"/>
              <w:left w:val="single" w:sz="4" w:space="0" w:color="BFBFBF"/>
              <w:bottom w:val="single" w:sz="4" w:space="0" w:color="BFBFBF"/>
              <w:right w:val="single" w:sz="4" w:space="0" w:color="BFBFBF"/>
            </w:tcBorders>
          </w:tcPr>
          <w:p w14:paraId="500BCEA6"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Operations / finance</w:t>
            </w:r>
          </w:p>
        </w:tc>
      </w:tr>
      <w:tr w:rsidR="00AB3852" w:rsidRPr="00AB3852" w14:paraId="2659FFE6" w14:textId="77777777" w:rsidTr="00AB3852">
        <w:trPr>
          <w:cantSplit/>
          <w:jc w:val="center"/>
        </w:trPr>
        <w:tc>
          <w:tcPr>
            <w:tcW w:w="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2703C1D"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CP2</w:t>
            </w:r>
          </w:p>
        </w:tc>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6BF0FC2"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CP2-A1</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ACC5C8B"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[Minimum service level]</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071CE1"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[Recovery timeframe / data loss limit]</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EBE284"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[Immediate / short term / long term]</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85DC8AE"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[All disruptions or scenario trigger]</w:t>
            </w:r>
          </w:p>
        </w:tc>
        <w:tc>
          <w:tcPr>
            <w:tcW w:w="3096" w:type="dxa"/>
            <w:tcBorders>
              <w:top w:val="single" w:sz="4" w:space="0" w:color="B7B7B7"/>
              <w:left w:val="single" w:sz="4" w:space="0" w:color="B7B7B7"/>
              <w:bottom w:val="single" w:sz="4" w:space="0" w:color="B7B7B7"/>
              <w:right w:val="single" w:sz="4" w:space="0" w:color="BFBFBF"/>
            </w:tcBorders>
            <w:tcMar>
              <w:top w:w="60" w:type="dxa"/>
              <w:left w:w="60" w:type="dxa"/>
              <w:bottom w:w="60" w:type="dxa"/>
              <w:right w:w="60" w:type="dxa"/>
            </w:tcMar>
          </w:tcPr>
          <w:p w14:paraId="30E8962D"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[Practical recovery action]</w:t>
            </w:r>
          </w:p>
        </w:tc>
        <w:tc>
          <w:tcPr>
            <w:tcW w:w="2160" w:type="dxa"/>
            <w:tcBorders>
              <w:top w:val="single" w:sz="4" w:space="0" w:color="BFBFBF"/>
              <w:left w:val="single" w:sz="4" w:space="0" w:color="BFBFBF"/>
              <w:bottom w:val="single" w:sz="4" w:space="0" w:color="BFBFBF"/>
              <w:right w:val="single" w:sz="4" w:space="0" w:color="BFBFBF"/>
            </w:tcBorders>
          </w:tcPr>
          <w:p w14:paraId="65D60374"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[Manual control / reconciliation]</w:t>
            </w:r>
          </w:p>
        </w:tc>
        <w:tc>
          <w:tcPr>
            <w:tcW w:w="1930" w:type="dxa"/>
            <w:tcBorders>
              <w:top w:val="single" w:sz="4" w:space="0" w:color="BFBFBF"/>
              <w:left w:val="single" w:sz="4" w:space="0" w:color="BFBFBF"/>
              <w:bottom w:val="single" w:sz="4" w:space="0" w:color="BFBFBF"/>
              <w:right w:val="single" w:sz="4" w:space="0" w:color="BFBFBF"/>
            </w:tcBorders>
          </w:tcPr>
          <w:p w14:paraId="5E4F6170"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[Owner / test status]</w:t>
            </w:r>
          </w:p>
        </w:tc>
      </w:tr>
      <w:tr w:rsidR="00AB3852" w:rsidRPr="00AB3852" w14:paraId="0EE193C5" w14:textId="77777777" w:rsidTr="00AB3852">
        <w:trPr>
          <w:cantSplit/>
          <w:jc w:val="center"/>
        </w:trPr>
        <w:tc>
          <w:tcPr>
            <w:tcW w:w="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BAD7D8"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CP3</w:t>
            </w:r>
          </w:p>
        </w:tc>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F769A3"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CP3-A1</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9C68D4"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[Minimum service level]</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46E8C52"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[Recovery timeframe / data loss limit]</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009F0A5"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[Immediate / short term / long term]</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61AF06"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[All disruptions or scenario trigger]</w:t>
            </w:r>
          </w:p>
        </w:tc>
        <w:tc>
          <w:tcPr>
            <w:tcW w:w="3096" w:type="dxa"/>
            <w:tcBorders>
              <w:top w:val="single" w:sz="4" w:space="0" w:color="B7B7B7"/>
              <w:left w:val="single" w:sz="4" w:space="0" w:color="B7B7B7"/>
              <w:bottom w:val="single" w:sz="4" w:space="0" w:color="B7B7B7"/>
              <w:right w:val="single" w:sz="4" w:space="0" w:color="BFBFBF"/>
            </w:tcBorders>
            <w:tcMar>
              <w:top w:w="60" w:type="dxa"/>
              <w:left w:w="60" w:type="dxa"/>
              <w:bottom w:w="60" w:type="dxa"/>
              <w:right w:w="60" w:type="dxa"/>
            </w:tcMar>
          </w:tcPr>
          <w:p w14:paraId="36846527"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[Practical recovery action]</w:t>
            </w:r>
          </w:p>
        </w:tc>
        <w:tc>
          <w:tcPr>
            <w:tcW w:w="2160" w:type="dxa"/>
            <w:tcBorders>
              <w:top w:val="single" w:sz="4" w:space="0" w:color="BFBFBF"/>
              <w:left w:val="single" w:sz="4" w:space="0" w:color="BFBFBF"/>
              <w:bottom w:val="single" w:sz="4" w:space="0" w:color="BFBFBF"/>
              <w:right w:val="single" w:sz="4" w:space="0" w:color="BFBFBF"/>
            </w:tcBorders>
          </w:tcPr>
          <w:p w14:paraId="10295932"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[Manual control / reconciliation]</w:t>
            </w:r>
          </w:p>
        </w:tc>
        <w:tc>
          <w:tcPr>
            <w:tcW w:w="1930" w:type="dxa"/>
            <w:tcBorders>
              <w:top w:val="single" w:sz="4" w:space="0" w:color="BFBFBF"/>
              <w:left w:val="single" w:sz="4" w:space="0" w:color="BFBFBF"/>
              <w:bottom w:val="single" w:sz="4" w:space="0" w:color="BFBFBF"/>
              <w:right w:val="single" w:sz="4" w:space="0" w:color="BFBFBF"/>
            </w:tcBorders>
          </w:tcPr>
          <w:p w14:paraId="1D4F8658"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[Owner / test status]</w:t>
            </w:r>
          </w:p>
        </w:tc>
      </w:tr>
      <w:tr w:rsidR="00AB3852" w:rsidRPr="00AB3852" w14:paraId="448C4CF7" w14:textId="77777777" w:rsidTr="00AB3852">
        <w:trPr>
          <w:cantSplit/>
          <w:jc w:val="center"/>
        </w:trPr>
        <w:tc>
          <w:tcPr>
            <w:tcW w:w="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EEB013"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CP4</w:t>
            </w:r>
          </w:p>
        </w:tc>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5E5BBFE"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CP4-A1</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969D91C"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[Minimum service level]</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CBAFF34"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[Recovery timeframe / data loss limit]</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CDD6DCB"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[Immediate / short term / long term]</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5C9E0FC"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[All disruptions or scenario trigger]</w:t>
            </w:r>
          </w:p>
        </w:tc>
        <w:tc>
          <w:tcPr>
            <w:tcW w:w="3096" w:type="dxa"/>
            <w:tcBorders>
              <w:top w:val="single" w:sz="4" w:space="0" w:color="B7B7B7"/>
              <w:left w:val="single" w:sz="4" w:space="0" w:color="B7B7B7"/>
              <w:bottom w:val="single" w:sz="4" w:space="0" w:color="B7B7B7"/>
              <w:right w:val="single" w:sz="4" w:space="0" w:color="BFBFBF"/>
            </w:tcBorders>
            <w:tcMar>
              <w:top w:w="60" w:type="dxa"/>
              <w:left w:w="60" w:type="dxa"/>
              <w:bottom w:w="60" w:type="dxa"/>
              <w:right w:w="60" w:type="dxa"/>
            </w:tcMar>
          </w:tcPr>
          <w:p w14:paraId="1CC8EE07"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[Practical recovery action]</w:t>
            </w:r>
          </w:p>
        </w:tc>
        <w:tc>
          <w:tcPr>
            <w:tcW w:w="2160" w:type="dxa"/>
            <w:tcBorders>
              <w:top w:val="single" w:sz="4" w:space="0" w:color="BFBFBF"/>
              <w:left w:val="single" w:sz="4" w:space="0" w:color="BFBFBF"/>
              <w:bottom w:val="single" w:sz="4" w:space="0" w:color="BFBFBF"/>
              <w:right w:val="single" w:sz="4" w:space="0" w:color="BFBFBF"/>
            </w:tcBorders>
          </w:tcPr>
          <w:p w14:paraId="63604B26"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[Manual control / reconciliation]</w:t>
            </w:r>
          </w:p>
        </w:tc>
        <w:tc>
          <w:tcPr>
            <w:tcW w:w="1930" w:type="dxa"/>
            <w:tcBorders>
              <w:top w:val="single" w:sz="4" w:space="0" w:color="BFBFBF"/>
              <w:left w:val="single" w:sz="4" w:space="0" w:color="BFBFBF"/>
              <w:bottom w:val="single" w:sz="4" w:space="0" w:color="BFBFBF"/>
              <w:right w:val="single" w:sz="4" w:space="0" w:color="BFBFBF"/>
            </w:tcBorders>
          </w:tcPr>
          <w:p w14:paraId="002FCB06" w14:textId="77777777" w:rsidR="00AB3852" w:rsidRPr="00AB3852" w:rsidRDefault="00AB3852" w:rsidP="00AB3852">
            <w:pPr>
              <w:spacing w:line="252" w:lineRule="auto"/>
              <w:rPr>
                <w:rFonts w:ascii="Arial" w:hAnsi="Arial" w:cs="Arial"/>
                <w:sz w:val="20"/>
                <w:szCs w:val="20"/>
              </w:rPr>
            </w:pPr>
            <w:r w:rsidRPr="00AB3852">
              <w:rPr>
                <w:rFonts w:ascii="Arial" w:hAnsi="Arial" w:cs="Arial"/>
                <w:sz w:val="20"/>
                <w:szCs w:val="20"/>
              </w:rPr>
              <w:t>[Owner / test status]</w:t>
            </w:r>
          </w:p>
        </w:tc>
      </w:tr>
      <w:tr w:rsidR="002A069A" w:rsidRPr="00AB3852" w14:paraId="3B0BBFD4" w14:textId="77777777" w:rsidTr="002A069A">
        <w:trPr>
          <w:cantSplit/>
          <w:trHeight w:val="340"/>
          <w:jc w:val="center"/>
        </w:trPr>
        <w:tc>
          <w:tcPr>
            <w:tcW w:w="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182B36" w14:textId="77777777" w:rsidR="002A069A" w:rsidRPr="00AB3852" w:rsidRDefault="002A069A" w:rsidP="00AB3852">
            <w:pPr>
              <w:spacing w:line="252" w:lineRule="auto"/>
              <w:rPr>
                <w:rFonts w:ascii="Arial" w:hAnsi="Arial" w:cs="Arial"/>
                <w:sz w:val="20"/>
                <w:szCs w:val="20"/>
              </w:rPr>
            </w:pPr>
          </w:p>
        </w:tc>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F3E9721" w14:textId="77777777" w:rsidR="002A069A" w:rsidRPr="00AB3852" w:rsidRDefault="002A069A" w:rsidP="00AB3852">
            <w:pPr>
              <w:spacing w:line="252" w:lineRule="auto"/>
              <w:rPr>
                <w:rFonts w:ascii="Arial" w:hAnsi="Arial" w:cs="Arial"/>
                <w:sz w:val="20"/>
                <w:szCs w:val="20"/>
              </w:rPr>
            </w:pP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F387EAA" w14:textId="77777777" w:rsidR="002A069A" w:rsidRPr="00AB3852" w:rsidRDefault="002A069A" w:rsidP="00AB3852">
            <w:pPr>
              <w:spacing w:line="252" w:lineRule="auto"/>
              <w:rPr>
                <w:rFonts w:ascii="Arial" w:hAnsi="Arial" w:cs="Arial"/>
                <w:sz w:val="20"/>
                <w:szCs w:val="20"/>
              </w:rPr>
            </w:pP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602A01" w14:textId="77777777" w:rsidR="002A069A" w:rsidRPr="00AB3852" w:rsidRDefault="002A069A" w:rsidP="00AB3852">
            <w:pPr>
              <w:spacing w:line="252" w:lineRule="auto"/>
              <w:rPr>
                <w:rFonts w:ascii="Arial" w:hAnsi="Arial" w:cs="Arial"/>
                <w:sz w:val="20"/>
                <w:szCs w:val="20"/>
              </w:rPr>
            </w:pP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5385815" w14:textId="77777777" w:rsidR="002A069A" w:rsidRPr="00AB3852" w:rsidRDefault="002A069A" w:rsidP="00AB3852">
            <w:pPr>
              <w:spacing w:line="252" w:lineRule="auto"/>
              <w:rPr>
                <w:rFonts w:ascii="Arial" w:hAnsi="Arial" w:cs="Arial"/>
                <w:sz w:val="20"/>
                <w:szCs w:val="20"/>
              </w:rPr>
            </w:pP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D97F0CC" w14:textId="77777777" w:rsidR="002A069A" w:rsidRPr="00AB3852" w:rsidRDefault="002A069A" w:rsidP="00AB3852">
            <w:pPr>
              <w:spacing w:line="252" w:lineRule="auto"/>
              <w:rPr>
                <w:rFonts w:ascii="Arial" w:hAnsi="Arial" w:cs="Arial"/>
                <w:sz w:val="20"/>
                <w:szCs w:val="20"/>
              </w:rPr>
            </w:pPr>
          </w:p>
        </w:tc>
        <w:tc>
          <w:tcPr>
            <w:tcW w:w="3096" w:type="dxa"/>
            <w:tcBorders>
              <w:top w:val="single" w:sz="4" w:space="0" w:color="B7B7B7"/>
              <w:left w:val="single" w:sz="4" w:space="0" w:color="B7B7B7"/>
              <w:bottom w:val="single" w:sz="4" w:space="0" w:color="B7B7B7"/>
              <w:right w:val="single" w:sz="4" w:space="0" w:color="BFBFBF"/>
            </w:tcBorders>
            <w:tcMar>
              <w:top w:w="60" w:type="dxa"/>
              <w:left w:w="60" w:type="dxa"/>
              <w:bottom w:w="60" w:type="dxa"/>
              <w:right w:w="60" w:type="dxa"/>
            </w:tcMar>
          </w:tcPr>
          <w:p w14:paraId="58FDB3C6" w14:textId="77777777" w:rsidR="002A069A" w:rsidRPr="00AB3852" w:rsidRDefault="002A069A" w:rsidP="00AB3852">
            <w:pPr>
              <w:spacing w:line="252" w:lineRule="auto"/>
              <w:rPr>
                <w:rFonts w:ascii="Arial" w:hAnsi="Arial" w:cs="Arial"/>
                <w:sz w:val="20"/>
                <w:szCs w:val="20"/>
              </w:rPr>
            </w:pPr>
          </w:p>
        </w:tc>
        <w:tc>
          <w:tcPr>
            <w:tcW w:w="2160" w:type="dxa"/>
            <w:tcBorders>
              <w:top w:val="single" w:sz="4" w:space="0" w:color="BFBFBF"/>
              <w:left w:val="single" w:sz="4" w:space="0" w:color="BFBFBF"/>
              <w:bottom w:val="single" w:sz="4" w:space="0" w:color="BFBFBF"/>
              <w:right w:val="single" w:sz="4" w:space="0" w:color="BFBFBF"/>
            </w:tcBorders>
          </w:tcPr>
          <w:p w14:paraId="17E6A1D4" w14:textId="77777777" w:rsidR="002A069A" w:rsidRPr="00AB3852" w:rsidRDefault="002A069A" w:rsidP="00AB3852">
            <w:pPr>
              <w:spacing w:line="252" w:lineRule="auto"/>
              <w:rPr>
                <w:rFonts w:ascii="Arial" w:hAnsi="Arial" w:cs="Arial"/>
                <w:sz w:val="20"/>
                <w:szCs w:val="20"/>
              </w:rPr>
            </w:pPr>
          </w:p>
        </w:tc>
        <w:tc>
          <w:tcPr>
            <w:tcW w:w="1930" w:type="dxa"/>
            <w:tcBorders>
              <w:top w:val="single" w:sz="4" w:space="0" w:color="BFBFBF"/>
              <w:left w:val="single" w:sz="4" w:space="0" w:color="BFBFBF"/>
              <w:bottom w:val="single" w:sz="4" w:space="0" w:color="BFBFBF"/>
              <w:right w:val="single" w:sz="4" w:space="0" w:color="BFBFBF"/>
            </w:tcBorders>
          </w:tcPr>
          <w:p w14:paraId="05DAEEE7" w14:textId="77777777" w:rsidR="002A069A" w:rsidRPr="00AB3852" w:rsidRDefault="002A069A" w:rsidP="00AB3852">
            <w:pPr>
              <w:spacing w:line="252" w:lineRule="auto"/>
              <w:rPr>
                <w:rFonts w:ascii="Arial" w:hAnsi="Arial" w:cs="Arial"/>
                <w:sz w:val="20"/>
                <w:szCs w:val="20"/>
              </w:rPr>
            </w:pPr>
          </w:p>
        </w:tc>
      </w:tr>
      <w:tr w:rsidR="00F81D49" w:rsidRPr="00AB3852" w14:paraId="20DFA7E3" w14:textId="77777777" w:rsidTr="002A069A">
        <w:trPr>
          <w:cantSplit/>
          <w:trHeight w:val="340"/>
          <w:jc w:val="center"/>
        </w:trPr>
        <w:tc>
          <w:tcPr>
            <w:tcW w:w="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CEE4B8" w14:textId="77777777" w:rsidR="00F81D49" w:rsidRPr="00AB3852" w:rsidRDefault="00F81D49" w:rsidP="00AB3852">
            <w:pPr>
              <w:spacing w:line="252" w:lineRule="auto"/>
              <w:rPr>
                <w:rFonts w:ascii="Arial" w:hAnsi="Arial" w:cs="Arial"/>
                <w:sz w:val="20"/>
                <w:szCs w:val="20"/>
              </w:rPr>
            </w:pPr>
          </w:p>
        </w:tc>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295F68" w14:textId="77777777" w:rsidR="00F81D49" w:rsidRPr="00AB3852" w:rsidRDefault="00F81D49" w:rsidP="00AB3852">
            <w:pPr>
              <w:spacing w:line="252" w:lineRule="auto"/>
              <w:rPr>
                <w:rFonts w:ascii="Arial" w:hAnsi="Arial" w:cs="Arial"/>
                <w:sz w:val="20"/>
                <w:szCs w:val="20"/>
              </w:rPr>
            </w:pP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3DD64B" w14:textId="77777777" w:rsidR="00F81D49" w:rsidRPr="00AB3852" w:rsidRDefault="00F81D49" w:rsidP="00AB3852">
            <w:pPr>
              <w:spacing w:line="252" w:lineRule="auto"/>
              <w:rPr>
                <w:rFonts w:ascii="Arial" w:hAnsi="Arial" w:cs="Arial"/>
                <w:sz w:val="20"/>
                <w:szCs w:val="20"/>
              </w:rPr>
            </w:pP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530051" w14:textId="77777777" w:rsidR="00F81D49" w:rsidRPr="00AB3852" w:rsidRDefault="00F81D49" w:rsidP="00AB3852">
            <w:pPr>
              <w:spacing w:line="252" w:lineRule="auto"/>
              <w:rPr>
                <w:rFonts w:ascii="Arial" w:hAnsi="Arial" w:cs="Arial"/>
                <w:sz w:val="20"/>
                <w:szCs w:val="20"/>
              </w:rPr>
            </w:pP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A40140A" w14:textId="77777777" w:rsidR="00F81D49" w:rsidRPr="00AB3852" w:rsidRDefault="00F81D49" w:rsidP="00AB3852">
            <w:pPr>
              <w:spacing w:line="252" w:lineRule="auto"/>
              <w:rPr>
                <w:rFonts w:ascii="Arial" w:hAnsi="Arial" w:cs="Arial"/>
                <w:sz w:val="20"/>
                <w:szCs w:val="20"/>
              </w:rPr>
            </w:pP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74DC423" w14:textId="77777777" w:rsidR="00F81D49" w:rsidRPr="00AB3852" w:rsidRDefault="00F81D49" w:rsidP="00AB3852">
            <w:pPr>
              <w:spacing w:line="252" w:lineRule="auto"/>
              <w:rPr>
                <w:rFonts w:ascii="Arial" w:hAnsi="Arial" w:cs="Arial"/>
                <w:sz w:val="20"/>
                <w:szCs w:val="20"/>
              </w:rPr>
            </w:pPr>
          </w:p>
        </w:tc>
        <w:tc>
          <w:tcPr>
            <w:tcW w:w="3096" w:type="dxa"/>
            <w:tcBorders>
              <w:top w:val="single" w:sz="4" w:space="0" w:color="B7B7B7"/>
              <w:left w:val="single" w:sz="4" w:space="0" w:color="B7B7B7"/>
              <w:bottom w:val="single" w:sz="4" w:space="0" w:color="B7B7B7"/>
              <w:right w:val="single" w:sz="4" w:space="0" w:color="BFBFBF"/>
            </w:tcBorders>
            <w:tcMar>
              <w:top w:w="60" w:type="dxa"/>
              <w:left w:w="60" w:type="dxa"/>
              <w:bottom w:w="60" w:type="dxa"/>
              <w:right w:w="60" w:type="dxa"/>
            </w:tcMar>
          </w:tcPr>
          <w:p w14:paraId="3D6A39E6" w14:textId="77777777" w:rsidR="00F81D49" w:rsidRPr="00AB3852" w:rsidRDefault="00F81D49" w:rsidP="00AB3852">
            <w:pPr>
              <w:spacing w:line="252" w:lineRule="auto"/>
              <w:rPr>
                <w:rFonts w:ascii="Arial" w:hAnsi="Arial" w:cs="Arial"/>
                <w:sz w:val="20"/>
                <w:szCs w:val="20"/>
              </w:rPr>
            </w:pPr>
          </w:p>
        </w:tc>
        <w:tc>
          <w:tcPr>
            <w:tcW w:w="2160" w:type="dxa"/>
            <w:tcBorders>
              <w:top w:val="single" w:sz="4" w:space="0" w:color="BFBFBF"/>
              <w:left w:val="single" w:sz="4" w:space="0" w:color="BFBFBF"/>
              <w:bottom w:val="single" w:sz="4" w:space="0" w:color="BFBFBF"/>
              <w:right w:val="single" w:sz="4" w:space="0" w:color="BFBFBF"/>
            </w:tcBorders>
          </w:tcPr>
          <w:p w14:paraId="2F3BF576" w14:textId="77777777" w:rsidR="00F81D49" w:rsidRPr="00AB3852" w:rsidRDefault="00F81D49" w:rsidP="00AB3852">
            <w:pPr>
              <w:spacing w:line="252" w:lineRule="auto"/>
              <w:rPr>
                <w:rFonts w:ascii="Arial" w:hAnsi="Arial" w:cs="Arial"/>
                <w:sz w:val="20"/>
                <w:szCs w:val="20"/>
              </w:rPr>
            </w:pPr>
          </w:p>
        </w:tc>
        <w:tc>
          <w:tcPr>
            <w:tcW w:w="1930" w:type="dxa"/>
            <w:tcBorders>
              <w:top w:val="single" w:sz="4" w:space="0" w:color="BFBFBF"/>
              <w:left w:val="single" w:sz="4" w:space="0" w:color="BFBFBF"/>
              <w:bottom w:val="single" w:sz="4" w:space="0" w:color="BFBFBF"/>
              <w:right w:val="single" w:sz="4" w:space="0" w:color="BFBFBF"/>
            </w:tcBorders>
          </w:tcPr>
          <w:p w14:paraId="2A447F98" w14:textId="77777777" w:rsidR="00F81D49" w:rsidRPr="00AB3852" w:rsidRDefault="00F81D49" w:rsidP="00AB3852">
            <w:pPr>
              <w:spacing w:line="252" w:lineRule="auto"/>
              <w:rPr>
                <w:rFonts w:ascii="Arial" w:hAnsi="Arial" w:cs="Arial"/>
                <w:sz w:val="20"/>
                <w:szCs w:val="20"/>
              </w:rPr>
            </w:pPr>
          </w:p>
        </w:tc>
      </w:tr>
    </w:tbl>
    <w:p w14:paraId="55718AE1" w14:textId="77777777" w:rsidR="00AB3852" w:rsidRDefault="00AB3852" w:rsidP="00AB3852">
      <w:pPr>
        <w:spacing w:after="200" w:line="276" w:lineRule="auto"/>
        <w:rPr>
          <w:rFonts w:ascii="Arial" w:eastAsia="MS Gothic" w:hAnsi="Arial" w:cs="Arial"/>
          <w:b/>
          <w:bCs/>
          <w:color w:val="3D3D3D"/>
          <w:kern w:val="0"/>
          <w:sz w:val="20"/>
          <w:szCs w:val="20"/>
          <w:lang w:val="en-US"/>
          <w14:ligatures w14:val="none"/>
        </w:rPr>
      </w:pPr>
    </w:p>
    <w:p w14:paraId="0BEE441C" w14:textId="77777777" w:rsidR="00370396" w:rsidRPr="00AB3852" w:rsidRDefault="00370396" w:rsidP="00AB3852">
      <w:pPr>
        <w:spacing w:after="200" w:line="276" w:lineRule="auto"/>
        <w:rPr>
          <w:rFonts w:ascii="Arial" w:eastAsia="MS Gothic" w:hAnsi="Arial" w:cs="Arial"/>
          <w:b/>
          <w:bCs/>
          <w:color w:val="3D3D3D"/>
          <w:kern w:val="0"/>
          <w:sz w:val="20"/>
          <w:szCs w:val="20"/>
          <w:lang w:val="en-US"/>
          <w14:ligatures w14:val="none"/>
        </w:rPr>
      </w:pPr>
    </w:p>
    <w:p w14:paraId="7FE9B838"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1.2 Impact and likelihood rating guide</w:t>
      </w:r>
    </w:p>
    <w:tbl>
      <w:tblPr>
        <w:tblStyle w:val="TableGrid"/>
        <w:tblW w:w="0" w:type="auto"/>
        <w:jc w:val="center"/>
        <w:tblLayout w:type="fixed"/>
        <w:tblLook w:val="04A0" w:firstRow="1" w:lastRow="0" w:firstColumn="1" w:lastColumn="0" w:noHBand="0" w:noVBand="1"/>
      </w:tblPr>
      <w:tblGrid>
        <w:gridCol w:w="1152"/>
        <w:gridCol w:w="5328"/>
        <w:gridCol w:w="3888"/>
        <w:gridCol w:w="4320"/>
      </w:tblGrid>
      <w:tr w:rsidR="00AB3852" w:rsidRPr="00AB3852" w14:paraId="13F41939" w14:textId="77777777" w:rsidTr="006A3252">
        <w:trPr>
          <w:cantSplit/>
          <w:tblHeader/>
          <w:jc w:val="center"/>
        </w:trPr>
        <w:tc>
          <w:tcPr>
            <w:tcW w:w="115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44D3E6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Rating</w:t>
            </w:r>
          </w:p>
        </w:tc>
        <w:tc>
          <w:tcPr>
            <w:tcW w:w="532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260754C"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Impact</w:t>
            </w:r>
          </w:p>
        </w:tc>
        <w:tc>
          <w:tcPr>
            <w:tcW w:w="388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980CA1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Likelihood</w:t>
            </w:r>
          </w:p>
        </w:tc>
        <w:tc>
          <w:tcPr>
            <w:tcW w:w="432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CD49F67"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Priority guidance</w:t>
            </w:r>
          </w:p>
        </w:tc>
      </w:tr>
      <w:tr w:rsidR="00AB3852" w:rsidRPr="00AB3852" w14:paraId="1342FCEC" w14:textId="77777777" w:rsidTr="006A3252">
        <w:trPr>
          <w:cantSplit/>
          <w:jc w:val="center"/>
        </w:trPr>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6785B47" w14:textId="77777777" w:rsidR="00AB3852" w:rsidRPr="00AB3852" w:rsidRDefault="00AB3852" w:rsidP="00AB3852">
            <w:pPr>
              <w:rPr>
                <w:rFonts w:ascii="Arial" w:hAnsi="Arial" w:cs="Arial"/>
                <w:sz w:val="20"/>
                <w:szCs w:val="20"/>
              </w:rPr>
            </w:pPr>
            <w:r w:rsidRPr="00AB3852">
              <w:rPr>
                <w:rFonts w:ascii="Arial" w:hAnsi="Arial" w:cs="Arial"/>
                <w:sz w:val="20"/>
                <w:szCs w:val="20"/>
              </w:rPr>
              <w:t>1</w:t>
            </w:r>
          </w:p>
        </w:tc>
        <w:tc>
          <w:tcPr>
            <w:tcW w:w="53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5275C8" w14:textId="77777777" w:rsidR="00AB3852" w:rsidRPr="00AB3852" w:rsidRDefault="00AB3852" w:rsidP="00AB3852">
            <w:pPr>
              <w:rPr>
                <w:rFonts w:ascii="Arial" w:hAnsi="Arial" w:cs="Arial"/>
                <w:sz w:val="20"/>
                <w:szCs w:val="20"/>
              </w:rPr>
            </w:pPr>
            <w:r w:rsidRPr="00AB3852">
              <w:rPr>
                <w:rFonts w:ascii="Arial" w:hAnsi="Arial" w:cs="Arial"/>
                <w:sz w:val="20"/>
                <w:szCs w:val="20"/>
              </w:rPr>
              <w:t>Low impact - manageable with normal workarounds.</w:t>
            </w:r>
          </w:p>
        </w:tc>
        <w:tc>
          <w:tcPr>
            <w:tcW w:w="38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07D3BF8" w14:textId="77777777" w:rsidR="00AB3852" w:rsidRPr="00AB3852" w:rsidRDefault="00AB3852" w:rsidP="00AB3852">
            <w:pPr>
              <w:rPr>
                <w:rFonts w:ascii="Arial" w:hAnsi="Arial" w:cs="Arial"/>
                <w:sz w:val="20"/>
                <w:szCs w:val="20"/>
              </w:rPr>
            </w:pPr>
            <w:r w:rsidRPr="00AB3852">
              <w:rPr>
                <w:rFonts w:ascii="Arial" w:hAnsi="Arial" w:cs="Arial"/>
                <w:sz w:val="20"/>
                <w:szCs w:val="20"/>
              </w:rPr>
              <w:t>Unlikely.</w:t>
            </w:r>
          </w:p>
        </w:tc>
        <w:tc>
          <w:tcPr>
            <w:tcW w:w="43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F72696A" w14:textId="77777777" w:rsidR="00AB3852" w:rsidRPr="00AB3852" w:rsidRDefault="00AB3852" w:rsidP="00AB3852">
            <w:pPr>
              <w:rPr>
                <w:rFonts w:ascii="Arial" w:hAnsi="Arial" w:cs="Arial"/>
                <w:sz w:val="20"/>
                <w:szCs w:val="20"/>
              </w:rPr>
            </w:pPr>
            <w:r w:rsidRPr="00AB3852">
              <w:rPr>
                <w:rFonts w:ascii="Arial" w:hAnsi="Arial" w:cs="Arial"/>
                <w:sz w:val="20"/>
                <w:szCs w:val="20"/>
              </w:rPr>
              <w:t>Monitor or accept.</w:t>
            </w:r>
          </w:p>
        </w:tc>
      </w:tr>
      <w:tr w:rsidR="00AB3852" w:rsidRPr="00AB3852" w14:paraId="2CE2F557" w14:textId="77777777" w:rsidTr="006A3252">
        <w:trPr>
          <w:cantSplit/>
          <w:jc w:val="center"/>
        </w:trPr>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BEDB57E" w14:textId="77777777" w:rsidR="00AB3852" w:rsidRPr="00AB3852" w:rsidRDefault="00AB3852" w:rsidP="00AB3852">
            <w:pPr>
              <w:rPr>
                <w:rFonts w:ascii="Arial" w:hAnsi="Arial" w:cs="Arial"/>
                <w:sz w:val="20"/>
                <w:szCs w:val="20"/>
              </w:rPr>
            </w:pPr>
            <w:r w:rsidRPr="00AB3852">
              <w:rPr>
                <w:rFonts w:ascii="Arial" w:hAnsi="Arial" w:cs="Arial"/>
                <w:sz w:val="20"/>
                <w:szCs w:val="20"/>
              </w:rPr>
              <w:t>2</w:t>
            </w:r>
          </w:p>
        </w:tc>
        <w:tc>
          <w:tcPr>
            <w:tcW w:w="53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9584863" w14:textId="77777777" w:rsidR="00AB3852" w:rsidRPr="00AB3852" w:rsidRDefault="00AB3852" w:rsidP="00AB3852">
            <w:pPr>
              <w:rPr>
                <w:rFonts w:ascii="Arial" w:hAnsi="Arial" w:cs="Arial"/>
                <w:sz w:val="20"/>
                <w:szCs w:val="20"/>
              </w:rPr>
            </w:pPr>
            <w:r w:rsidRPr="00AB3852">
              <w:rPr>
                <w:rFonts w:ascii="Arial" w:hAnsi="Arial" w:cs="Arial"/>
                <w:sz w:val="20"/>
                <w:szCs w:val="20"/>
              </w:rPr>
              <w:t>Medium impact - service, cost or workload pressure.</w:t>
            </w:r>
          </w:p>
        </w:tc>
        <w:tc>
          <w:tcPr>
            <w:tcW w:w="38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DDDEDA" w14:textId="77777777" w:rsidR="00AB3852" w:rsidRPr="00AB3852" w:rsidRDefault="00AB3852" w:rsidP="00AB3852">
            <w:pPr>
              <w:rPr>
                <w:rFonts w:ascii="Arial" w:hAnsi="Arial" w:cs="Arial"/>
                <w:sz w:val="20"/>
                <w:szCs w:val="20"/>
              </w:rPr>
            </w:pPr>
            <w:r w:rsidRPr="00AB3852">
              <w:rPr>
                <w:rFonts w:ascii="Arial" w:hAnsi="Arial" w:cs="Arial"/>
                <w:sz w:val="20"/>
                <w:szCs w:val="20"/>
              </w:rPr>
              <w:t>Possible.</w:t>
            </w:r>
          </w:p>
        </w:tc>
        <w:tc>
          <w:tcPr>
            <w:tcW w:w="43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BAFF59" w14:textId="77777777" w:rsidR="00AB3852" w:rsidRPr="00AB3852" w:rsidRDefault="00AB3852" w:rsidP="00AB3852">
            <w:pPr>
              <w:rPr>
                <w:rFonts w:ascii="Arial" w:hAnsi="Arial" w:cs="Arial"/>
                <w:sz w:val="20"/>
                <w:szCs w:val="20"/>
              </w:rPr>
            </w:pPr>
            <w:r w:rsidRPr="00AB3852">
              <w:rPr>
                <w:rFonts w:ascii="Arial" w:hAnsi="Arial" w:cs="Arial"/>
                <w:sz w:val="20"/>
                <w:szCs w:val="20"/>
              </w:rPr>
              <w:t>Owner to confirm backup option.</w:t>
            </w:r>
          </w:p>
        </w:tc>
      </w:tr>
      <w:tr w:rsidR="00AB3852" w:rsidRPr="00AB3852" w14:paraId="2F1DC972" w14:textId="77777777" w:rsidTr="006A3252">
        <w:trPr>
          <w:cantSplit/>
          <w:jc w:val="center"/>
        </w:trPr>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9EAD5C3" w14:textId="77777777" w:rsidR="00AB3852" w:rsidRPr="00AB3852" w:rsidRDefault="00AB3852" w:rsidP="00AB3852">
            <w:pPr>
              <w:rPr>
                <w:rFonts w:ascii="Arial" w:hAnsi="Arial" w:cs="Arial"/>
                <w:sz w:val="20"/>
                <w:szCs w:val="20"/>
              </w:rPr>
            </w:pPr>
            <w:r w:rsidRPr="00AB3852">
              <w:rPr>
                <w:rFonts w:ascii="Arial" w:hAnsi="Arial" w:cs="Arial"/>
                <w:sz w:val="20"/>
                <w:szCs w:val="20"/>
              </w:rPr>
              <w:t>3</w:t>
            </w:r>
          </w:p>
        </w:tc>
        <w:tc>
          <w:tcPr>
            <w:tcW w:w="53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117546F" w14:textId="77777777" w:rsidR="00AB3852" w:rsidRPr="00AB3852" w:rsidRDefault="00AB3852" w:rsidP="00AB3852">
            <w:pPr>
              <w:rPr>
                <w:rFonts w:ascii="Arial" w:hAnsi="Arial" w:cs="Arial"/>
                <w:sz w:val="20"/>
                <w:szCs w:val="20"/>
              </w:rPr>
            </w:pPr>
            <w:r w:rsidRPr="00AB3852">
              <w:rPr>
                <w:rFonts w:ascii="Arial" w:hAnsi="Arial" w:cs="Arial"/>
                <w:sz w:val="20"/>
                <w:szCs w:val="20"/>
              </w:rPr>
              <w:t>High impact - material customer, cash, operational or compliance effect.</w:t>
            </w:r>
          </w:p>
        </w:tc>
        <w:tc>
          <w:tcPr>
            <w:tcW w:w="38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0F01D0" w14:textId="77777777" w:rsidR="00AB3852" w:rsidRPr="00AB3852" w:rsidRDefault="00AB3852" w:rsidP="00AB3852">
            <w:pPr>
              <w:rPr>
                <w:rFonts w:ascii="Arial" w:hAnsi="Arial" w:cs="Arial"/>
                <w:sz w:val="20"/>
                <w:szCs w:val="20"/>
              </w:rPr>
            </w:pPr>
            <w:r w:rsidRPr="00AB3852">
              <w:rPr>
                <w:rFonts w:ascii="Arial" w:hAnsi="Arial" w:cs="Arial"/>
                <w:sz w:val="20"/>
                <w:szCs w:val="20"/>
              </w:rPr>
              <w:t>Likely.</w:t>
            </w:r>
          </w:p>
        </w:tc>
        <w:tc>
          <w:tcPr>
            <w:tcW w:w="43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5C55A15" w14:textId="77777777" w:rsidR="00AB3852" w:rsidRPr="00AB3852" w:rsidRDefault="00AB3852" w:rsidP="00AB3852">
            <w:pPr>
              <w:rPr>
                <w:rFonts w:ascii="Arial" w:hAnsi="Arial" w:cs="Arial"/>
                <w:sz w:val="20"/>
                <w:szCs w:val="20"/>
              </w:rPr>
            </w:pPr>
            <w:r w:rsidRPr="00AB3852">
              <w:rPr>
                <w:rFonts w:ascii="Arial" w:hAnsi="Arial" w:cs="Arial"/>
                <w:sz w:val="20"/>
                <w:szCs w:val="20"/>
              </w:rPr>
              <w:t>Action required and tracked.</w:t>
            </w:r>
          </w:p>
        </w:tc>
      </w:tr>
      <w:tr w:rsidR="00AB3852" w:rsidRPr="00AB3852" w14:paraId="6831DA87" w14:textId="77777777" w:rsidTr="006A3252">
        <w:trPr>
          <w:cantSplit/>
          <w:jc w:val="center"/>
        </w:trPr>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4C5F0F5" w14:textId="77777777" w:rsidR="00AB3852" w:rsidRPr="00AB3852" w:rsidRDefault="00AB3852" w:rsidP="00AB3852">
            <w:pPr>
              <w:rPr>
                <w:rFonts w:ascii="Arial" w:hAnsi="Arial" w:cs="Arial"/>
                <w:sz w:val="20"/>
                <w:szCs w:val="20"/>
              </w:rPr>
            </w:pPr>
            <w:r w:rsidRPr="00AB3852">
              <w:rPr>
                <w:rFonts w:ascii="Arial" w:hAnsi="Arial" w:cs="Arial"/>
                <w:sz w:val="20"/>
                <w:szCs w:val="20"/>
              </w:rPr>
              <w:t>4</w:t>
            </w:r>
          </w:p>
        </w:tc>
        <w:tc>
          <w:tcPr>
            <w:tcW w:w="53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B9B8F9" w14:textId="77777777" w:rsidR="00AB3852" w:rsidRPr="00AB3852" w:rsidRDefault="00AB3852" w:rsidP="00AB3852">
            <w:pPr>
              <w:rPr>
                <w:rFonts w:ascii="Arial" w:hAnsi="Arial" w:cs="Arial"/>
                <w:sz w:val="20"/>
                <w:szCs w:val="20"/>
              </w:rPr>
            </w:pPr>
            <w:r w:rsidRPr="00AB3852">
              <w:rPr>
                <w:rFonts w:ascii="Arial" w:hAnsi="Arial" w:cs="Arial"/>
                <w:sz w:val="20"/>
                <w:szCs w:val="20"/>
              </w:rPr>
              <w:t>Critical impact - safety, viability, legal/regulatory or major reputational effect.</w:t>
            </w:r>
          </w:p>
        </w:tc>
        <w:tc>
          <w:tcPr>
            <w:tcW w:w="38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7FA1DB8" w14:textId="77777777" w:rsidR="00AB3852" w:rsidRPr="00AB3852" w:rsidRDefault="00AB3852" w:rsidP="00AB3852">
            <w:pPr>
              <w:rPr>
                <w:rFonts w:ascii="Arial" w:hAnsi="Arial" w:cs="Arial"/>
                <w:sz w:val="20"/>
                <w:szCs w:val="20"/>
              </w:rPr>
            </w:pPr>
            <w:r w:rsidRPr="00AB3852">
              <w:rPr>
                <w:rFonts w:ascii="Arial" w:hAnsi="Arial" w:cs="Arial"/>
                <w:sz w:val="20"/>
                <w:szCs w:val="20"/>
              </w:rPr>
              <w:t>Almost certain.</w:t>
            </w:r>
          </w:p>
        </w:tc>
        <w:tc>
          <w:tcPr>
            <w:tcW w:w="43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152FFF4" w14:textId="77777777" w:rsidR="00AB3852" w:rsidRPr="00AB3852" w:rsidRDefault="00AB3852" w:rsidP="00AB3852">
            <w:pPr>
              <w:rPr>
                <w:rFonts w:ascii="Arial" w:hAnsi="Arial" w:cs="Arial"/>
                <w:sz w:val="20"/>
                <w:szCs w:val="20"/>
              </w:rPr>
            </w:pPr>
            <w:r w:rsidRPr="00AB3852">
              <w:rPr>
                <w:rFonts w:ascii="Arial" w:hAnsi="Arial" w:cs="Arial"/>
                <w:sz w:val="20"/>
                <w:szCs w:val="20"/>
              </w:rPr>
              <w:t>Urgent action and leadership oversight.</w:t>
            </w:r>
          </w:p>
        </w:tc>
      </w:tr>
    </w:tbl>
    <w:p w14:paraId="5B99514C"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23D0B743" w14:textId="35FB9EC2" w:rsidR="00AB3852" w:rsidRPr="00AB3852" w:rsidRDefault="00AB3852" w:rsidP="00AB3852">
      <w:pPr>
        <w:spacing w:after="200" w:line="276" w:lineRule="auto"/>
        <w:rPr>
          <w:rFonts w:ascii="Arial" w:eastAsia="MS Gothic" w:hAnsi="Arial" w:cs="Arial"/>
          <w:b/>
          <w:bCs/>
          <w:color w:val="3D3D3D"/>
          <w:kern w:val="0"/>
          <w:sz w:val="20"/>
          <w:szCs w:val="20"/>
          <w:lang w:val="en-US"/>
          <w14:ligatures w14:val="none"/>
        </w:rPr>
      </w:pPr>
      <w:r w:rsidRPr="00AB3852">
        <w:rPr>
          <w:rFonts w:ascii="Arial" w:eastAsia="MS Mincho" w:hAnsi="Arial" w:cs="Arial"/>
          <w:kern w:val="0"/>
          <w:sz w:val="20"/>
          <w:szCs w:val="20"/>
          <w:lang w:val="en-US"/>
          <w14:ligatures w14:val="none"/>
        </w:rPr>
        <w:br w:type="page"/>
      </w:r>
    </w:p>
    <w:p w14:paraId="19135956"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1.3 Scenario, impact and response matrix</w:t>
      </w:r>
    </w:p>
    <w:p w14:paraId="16570379"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Complete during plan preparation after section 1.1. Reference CP IDs and action IDs from 1.1C rather than retyping process details. Process priority stays in 1.1A; priority in this table is the response priority for the specific disruption event.</w:t>
      </w:r>
    </w:p>
    <w:tbl>
      <w:tblPr>
        <w:tblStyle w:val="TableGrid"/>
        <w:tblW w:w="15264" w:type="dxa"/>
        <w:jc w:val="center"/>
        <w:tblLayout w:type="fixed"/>
        <w:tblLook w:val="04A0" w:firstRow="1" w:lastRow="0" w:firstColumn="1" w:lastColumn="0" w:noHBand="0" w:noVBand="1"/>
      </w:tblPr>
      <w:tblGrid>
        <w:gridCol w:w="1980"/>
        <w:gridCol w:w="1134"/>
        <w:gridCol w:w="1417"/>
        <w:gridCol w:w="1560"/>
        <w:gridCol w:w="1842"/>
        <w:gridCol w:w="1276"/>
        <w:gridCol w:w="1144"/>
        <w:gridCol w:w="1134"/>
        <w:gridCol w:w="2542"/>
        <w:gridCol w:w="1235"/>
      </w:tblGrid>
      <w:tr w:rsidR="00AB3852" w:rsidRPr="00AB3852" w14:paraId="03A8FD77" w14:textId="77777777" w:rsidTr="00505CFB">
        <w:trPr>
          <w:cantSplit/>
          <w:tblHeader/>
          <w:jc w:val="center"/>
        </w:trPr>
        <w:tc>
          <w:tcPr>
            <w:tcW w:w="198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32CFA85"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Scenario / disruption</w:t>
            </w:r>
          </w:p>
        </w:tc>
        <w:tc>
          <w:tcPr>
            <w:tcW w:w="113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F9397B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CP IDs affected</w:t>
            </w:r>
          </w:p>
        </w:tc>
        <w:tc>
          <w:tcPr>
            <w:tcW w:w="1417"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C2EE679"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Functions most impacted</w:t>
            </w:r>
          </w:p>
        </w:tc>
        <w:tc>
          <w:tcPr>
            <w:tcW w:w="156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E4C77E4"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Immediate concern</w:t>
            </w:r>
          </w:p>
        </w:tc>
        <w:tc>
          <w:tcPr>
            <w:tcW w:w="184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6A027B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Impact variation / notes</w:t>
            </w:r>
          </w:p>
        </w:tc>
        <w:tc>
          <w:tcPr>
            <w:tcW w:w="127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91F7E2D"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Escalation point / when serious?</w:t>
            </w:r>
          </w:p>
        </w:tc>
        <w:tc>
          <w:tcPr>
            <w:tcW w:w="114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8386C46"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Impact / likelihood score</w:t>
            </w:r>
          </w:p>
        </w:tc>
        <w:tc>
          <w:tcPr>
            <w:tcW w:w="113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79E90DF"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Scenario response priority</w:t>
            </w:r>
          </w:p>
        </w:tc>
        <w:tc>
          <w:tcPr>
            <w:tcW w:w="254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92893E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Relevant response actions</w:t>
            </w:r>
          </w:p>
        </w:tc>
        <w:tc>
          <w:tcPr>
            <w:tcW w:w="123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4BDE28D"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 / status</w:t>
            </w:r>
          </w:p>
        </w:tc>
      </w:tr>
      <w:tr w:rsidR="00AB3852" w:rsidRPr="00AB3852" w14:paraId="42A83FBA" w14:textId="77777777" w:rsidTr="00505CFB">
        <w:trPr>
          <w:cantSplit/>
          <w:jc w:val="center"/>
        </w:trPr>
        <w:tc>
          <w:tcPr>
            <w:tcW w:w="19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510613A" w14:textId="77777777" w:rsidR="00AB3852" w:rsidRPr="00AB3852" w:rsidRDefault="00AB3852" w:rsidP="00AB3852">
            <w:pPr>
              <w:rPr>
                <w:rFonts w:ascii="Arial" w:hAnsi="Arial" w:cs="Arial"/>
                <w:sz w:val="20"/>
                <w:szCs w:val="20"/>
              </w:rPr>
            </w:pPr>
            <w:r w:rsidRPr="00AB3852">
              <w:rPr>
                <w:rFonts w:ascii="Arial" w:hAnsi="Arial" w:cs="Arial"/>
                <w:sz w:val="20"/>
                <w:szCs w:val="20"/>
              </w:rPr>
              <w:t>Severe weather / natural hazard</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06E9AE0" w14:textId="77777777" w:rsidR="00AB3852" w:rsidRPr="00AB3852" w:rsidRDefault="00AB3852" w:rsidP="00AB3852">
            <w:pPr>
              <w:rPr>
                <w:rFonts w:ascii="Arial" w:hAnsi="Arial" w:cs="Arial"/>
                <w:sz w:val="20"/>
                <w:szCs w:val="20"/>
              </w:rPr>
            </w:pPr>
            <w:r w:rsidRPr="00AB3852">
              <w:rPr>
                <w:rFonts w:ascii="Arial" w:hAnsi="Arial" w:cs="Arial"/>
                <w:sz w:val="20"/>
                <w:szCs w:val="20"/>
              </w:rPr>
              <w:t>[CP IDs / processes]</w:t>
            </w:r>
          </w:p>
        </w:tc>
        <w:tc>
          <w:tcPr>
            <w:tcW w:w="141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38750B" w14:textId="77777777" w:rsidR="00AB3852" w:rsidRPr="00AB3852" w:rsidRDefault="00AB3852" w:rsidP="00AB3852">
            <w:pPr>
              <w:rPr>
                <w:rFonts w:ascii="Arial" w:hAnsi="Arial" w:cs="Arial"/>
                <w:sz w:val="20"/>
                <w:szCs w:val="20"/>
              </w:rPr>
            </w:pPr>
            <w:r w:rsidRPr="00AB3852">
              <w:rPr>
                <w:rFonts w:ascii="Arial" w:hAnsi="Arial" w:cs="Arial"/>
                <w:sz w:val="20"/>
                <w:szCs w:val="20"/>
              </w:rPr>
              <w:t>People, operations, logistics, customer service</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EEEF87" w14:textId="77777777" w:rsidR="00AB3852" w:rsidRPr="00AB3852" w:rsidRDefault="00AB3852" w:rsidP="00AB3852">
            <w:pPr>
              <w:rPr>
                <w:rFonts w:ascii="Arial" w:hAnsi="Arial" w:cs="Arial"/>
                <w:sz w:val="20"/>
                <w:szCs w:val="20"/>
              </w:rPr>
            </w:pPr>
            <w:proofErr w:type="gramStart"/>
            <w:r w:rsidRPr="00AB3852">
              <w:rPr>
                <w:rFonts w:ascii="Arial" w:hAnsi="Arial" w:cs="Arial"/>
                <w:sz w:val="20"/>
                <w:szCs w:val="20"/>
              </w:rPr>
              <w:t>People</w:t>
            </w:r>
            <w:proofErr w:type="gramEnd"/>
            <w:r w:rsidRPr="00AB3852">
              <w:rPr>
                <w:rFonts w:ascii="Arial" w:hAnsi="Arial" w:cs="Arial"/>
                <w:sz w:val="20"/>
                <w:szCs w:val="20"/>
              </w:rPr>
              <w:t xml:space="preserve"> safety, site access, deliveries, customer commitments.</w:t>
            </w:r>
          </w:p>
        </w:tc>
        <w:tc>
          <w:tcPr>
            <w:tcW w:w="18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767E14A" w14:textId="77777777" w:rsidR="00AB3852" w:rsidRPr="00AB3852" w:rsidRDefault="00AB3852" w:rsidP="00AB3852">
            <w:pPr>
              <w:rPr>
                <w:rFonts w:ascii="Arial" w:hAnsi="Arial" w:cs="Arial"/>
                <w:sz w:val="20"/>
                <w:szCs w:val="20"/>
              </w:rPr>
            </w:pPr>
            <w:r w:rsidRPr="00AB3852">
              <w:rPr>
                <w:rFonts w:ascii="Arial" w:hAnsi="Arial" w:cs="Arial"/>
                <w:sz w:val="20"/>
                <w:szCs w:val="20"/>
              </w:rPr>
              <w:t>Impact varies by staff availability, site access, transport, suppliers and customer location.</w:t>
            </w:r>
          </w:p>
        </w:tc>
        <w:tc>
          <w:tcPr>
            <w:tcW w:w="12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73AA628" w14:textId="746ED7E1" w:rsidR="00AB3852" w:rsidRPr="00AB3852" w:rsidRDefault="00AB3852" w:rsidP="00AB3852">
            <w:pPr>
              <w:rPr>
                <w:rFonts w:ascii="Arial" w:hAnsi="Arial" w:cs="Arial"/>
                <w:sz w:val="20"/>
                <w:szCs w:val="20"/>
              </w:rPr>
            </w:pPr>
            <w:r w:rsidRPr="00AB3852">
              <w:rPr>
                <w:rFonts w:ascii="Arial" w:hAnsi="Arial" w:cs="Arial"/>
                <w:sz w:val="20"/>
                <w:szCs w:val="20"/>
              </w:rPr>
              <w:t>[Immediate / 1-2 days /</w:t>
            </w:r>
            <w:r w:rsidR="00505CFB">
              <w:rPr>
                <w:rFonts w:ascii="Arial" w:hAnsi="Arial" w:cs="Arial"/>
                <w:sz w:val="20"/>
                <w:szCs w:val="20"/>
              </w:rPr>
              <w:br/>
            </w:r>
            <w:r w:rsidRPr="00AB3852">
              <w:rPr>
                <w:rFonts w:ascii="Arial" w:hAnsi="Arial" w:cs="Arial"/>
                <w:sz w:val="20"/>
                <w:szCs w:val="20"/>
              </w:rPr>
              <w:t xml:space="preserve">3-5 days / </w:t>
            </w:r>
            <w:r w:rsidR="00505CFB">
              <w:rPr>
                <w:rFonts w:ascii="Arial" w:hAnsi="Arial" w:cs="Arial"/>
                <w:sz w:val="20"/>
                <w:szCs w:val="20"/>
              </w:rPr>
              <w:br/>
            </w:r>
            <w:r w:rsidRPr="00AB3852">
              <w:rPr>
                <w:rFonts w:ascii="Arial" w:hAnsi="Arial" w:cs="Arial"/>
                <w:sz w:val="20"/>
                <w:szCs w:val="20"/>
              </w:rPr>
              <w:t>1-2 weeks / &gt;2 weeks]</w:t>
            </w:r>
          </w:p>
        </w:tc>
        <w:tc>
          <w:tcPr>
            <w:tcW w:w="11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00510F2" w14:textId="77777777" w:rsidR="00AB3852" w:rsidRPr="00AB3852" w:rsidRDefault="00AB3852" w:rsidP="00AB3852">
            <w:pPr>
              <w:rPr>
                <w:rFonts w:ascii="Arial" w:hAnsi="Arial" w:cs="Arial"/>
                <w:sz w:val="20"/>
                <w:szCs w:val="20"/>
              </w:rPr>
            </w:pPr>
            <w:r w:rsidRPr="00AB3852">
              <w:rPr>
                <w:rFonts w:ascii="Arial" w:hAnsi="Arial" w:cs="Arial"/>
                <w:sz w:val="20"/>
                <w:szCs w:val="20"/>
              </w:rPr>
              <w:t>[1-4] / [1-4]</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D67C12C" w14:textId="77777777" w:rsidR="00AB3852" w:rsidRPr="00AB3852" w:rsidRDefault="00AB3852" w:rsidP="00AB3852">
            <w:pPr>
              <w:rPr>
                <w:rFonts w:ascii="Arial" w:hAnsi="Arial" w:cs="Arial"/>
                <w:sz w:val="20"/>
                <w:szCs w:val="20"/>
              </w:rPr>
            </w:pPr>
            <w:r w:rsidRPr="00AB3852">
              <w:rPr>
                <w:rFonts w:ascii="Arial" w:hAnsi="Arial" w:cs="Arial"/>
                <w:sz w:val="20"/>
                <w:szCs w:val="20"/>
              </w:rPr>
              <w:t>[Low / medium / high / critical]</w:t>
            </w:r>
          </w:p>
        </w:tc>
        <w:tc>
          <w:tcPr>
            <w:tcW w:w="25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06A83BD"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Use relevant 1.1C action IDs; remote work, alternate site, reduced service, customer </w:t>
            </w:r>
            <w:proofErr w:type="spellStart"/>
            <w:r w:rsidRPr="00AB3852">
              <w:rPr>
                <w:rFonts w:ascii="Arial" w:hAnsi="Arial" w:cs="Arial"/>
                <w:sz w:val="20"/>
                <w:szCs w:val="20"/>
              </w:rPr>
              <w:t>prioritisation</w:t>
            </w:r>
            <w:proofErr w:type="spellEnd"/>
            <w:r w:rsidRPr="00AB3852">
              <w:rPr>
                <w:rFonts w:ascii="Arial" w:hAnsi="Arial" w:cs="Arial"/>
                <w:sz w:val="20"/>
                <w:szCs w:val="20"/>
              </w:rPr>
              <w:t>.</w:t>
            </w:r>
          </w:p>
        </w:tc>
        <w:tc>
          <w:tcPr>
            <w:tcW w:w="12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14C9978"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08AC2EAA" w14:textId="77777777" w:rsidTr="00505CFB">
        <w:trPr>
          <w:cantSplit/>
          <w:jc w:val="center"/>
        </w:trPr>
        <w:tc>
          <w:tcPr>
            <w:tcW w:w="19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A18B37" w14:textId="77777777" w:rsidR="00AB3852" w:rsidRPr="00AB3852" w:rsidRDefault="00AB3852" w:rsidP="00AB3852">
            <w:pPr>
              <w:rPr>
                <w:rFonts w:ascii="Arial" w:hAnsi="Arial" w:cs="Arial"/>
                <w:sz w:val="20"/>
                <w:szCs w:val="20"/>
              </w:rPr>
            </w:pPr>
            <w:r w:rsidRPr="00AB3852">
              <w:rPr>
                <w:rFonts w:ascii="Arial" w:hAnsi="Arial" w:cs="Arial"/>
                <w:sz w:val="20"/>
                <w:szCs w:val="20"/>
              </w:rPr>
              <w:t>Cyber or system outage</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F668776" w14:textId="77777777" w:rsidR="00AB3852" w:rsidRPr="00AB3852" w:rsidRDefault="00AB3852" w:rsidP="00AB3852">
            <w:pPr>
              <w:rPr>
                <w:rFonts w:ascii="Arial" w:hAnsi="Arial" w:cs="Arial"/>
                <w:sz w:val="20"/>
                <w:szCs w:val="20"/>
              </w:rPr>
            </w:pPr>
            <w:r w:rsidRPr="00AB3852">
              <w:rPr>
                <w:rFonts w:ascii="Arial" w:hAnsi="Arial" w:cs="Arial"/>
                <w:sz w:val="20"/>
                <w:szCs w:val="20"/>
              </w:rPr>
              <w:t>[CP IDs / processes]</w:t>
            </w:r>
          </w:p>
        </w:tc>
        <w:tc>
          <w:tcPr>
            <w:tcW w:w="141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678278" w14:textId="77777777" w:rsidR="00AB3852" w:rsidRPr="00AB3852" w:rsidRDefault="00AB3852" w:rsidP="00AB3852">
            <w:pPr>
              <w:rPr>
                <w:rFonts w:ascii="Arial" w:hAnsi="Arial" w:cs="Arial"/>
                <w:sz w:val="20"/>
                <w:szCs w:val="20"/>
              </w:rPr>
            </w:pPr>
            <w:r w:rsidRPr="00AB3852">
              <w:rPr>
                <w:rFonts w:ascii="Arial" w:hAnsi="Arial" w:cs="Arial"/>
                <w:sz w:val="20"/>
                <w:szCs w:val="20"/>
              </w:rPr>
              <w:t>Technology, finance, operations, customer service</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D05362B" w14:textId="77777777" w:rsidR="00AB3852" w:rsidRPr="00AB3852" w:rsidRDefault="00AB3852" w:rsidP="00AB3852">
            <w:pPr>
              <w:rPr>
                <w:rFonts w:ascii="Arial" w:hAnsi="Arial" w:cs="Arial"/>
                <w:sz w:val="20"/>
                <w:szCs w:val="20"/>
              </w:rPr>
            </w:pPr>
            <w:r w:rsidRPr="00AB3852">
              <w:rPr>
                <w:rFonts w:ascii="Arial" w:hAnsi="Arial" w:cs="Arial"/>
                <w:sz w:val="20"/>
                <w:szCs w:val="20"/>
              </w:rPr>
              <w:t>Access to records, payments, customer service, data integrity.</w:t>
            </w:r>
          </w:p>
        </w:tc>
        <w:tc>
          <w:tcPr>
            <w:tcW w:w="18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FC0422" w14:textId="77777777" w:rsidR="00AB3852" w:rsidRPr="00AB3852" w:rsidRDefault="00AB3852" w:rsidP="00AB3852">
            <w:pPr>
              <w:rPr>
                <w:rFonts w:ascii="Arial" w:hAnsi="Arial" w:cs="Arial"/>
                <w:sz w:val="20"/>
                <w:szCs w:val="20"/>
              </w:rPr>
            </w:pPr>
            <w:r w:rsidRPr="00AB3852">
              <w:rPr>
                <w:rFonts w:ascii="Arial" w:hAnsi="Arial" w:cs="Arial"/>
                <w:sz w:val="20"/>
                <w:szCs w:val="20"/>
              </w:rPr>
              <w:t>Impact increases if data loss, privacy risk or payment disruption occurs.</w:t>
            </w:r>
          </w:p>
        </w:tc>
        <w:tc>
          <w:tcPr>
            <w:tcW w:w="12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E377794"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1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0F31978" w14:textId="77777777" w:rsidR="00AB3852" w:rsidRPr="00AB3852" w:rsidRDefault="00AB3852" w:rsidP="00AB3852">
            <w:pPr>
              <w:rPr>
                <w:rFonts w:ascii="Arial" w:hAnsi="Arial" w:cs="Arial"/>
                <w:sz w:val="20"/>
                <w:szCs w:val="20"/>
              </w:rPr>
            </w:pPr>
            <w:r w:rsidRPr="00AB3852">
              <w:rPr>
                <w:rFonts w:ascii="Arial" w:hAnsi="Arial" w:cs="Arial"/>
                <w:sz w:val="20"/>
                <w:szCs w:val="20"/>
              </w:rPr>
              <w:t>[1-4] / [1-4]</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924ECFC" w14:textId="77777777" w:rsidR="00AB3852" w:rsidRPr="00AB3852" w:rsidRDefault="00AB3852" w:rsidP="00AB3852">
            <w:pPr>
              <w:rPr>
                <w:rFonts w:ascii="Arial" w:hAnsi="Arial" w:cs="Arial"/>
                <w:sz w:val="20"/>
                <w:szCs w:val="20"/>
              </w:rPr>
            </w:pPr>
            <w:r w:rsidRPr="00AB3852">
              <w:rPr>
                <w:rFonts w:ascii="Arial" w:hAnsi="Arial" w:cs="Arial"/>
                <w:sz w:val="20"/>
                <w:szCs w:val="20"/>
              </w:rPr>
              <w:t>[Priority]</w:t>
            </w:r>
          </w:p>
        </w:tc>
        <w:tc>
          <w:tcPr>
            <w:tcW w:w="25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8A4319A" w14:textId="77777777" w:rsidR="00AB3852" w:rsidRPr="00AB3852" w:rsidRDefault="00AB3852" w:rsidP="00AB3852">
            <w:pPr>
              <w:rPr>
                <w:rFonts w:ascii="Arial" w:hAnsi="Arial" w:cs="Arial"/>
                <w:sz w:val="20"/>
                <w:szCs w:val="20"/>
              </w:rPr>
            </w:pPr>
            <w:r w:rsidRPr="00AB3852">
              <w:rPr>
                <w:rFonts w:ascii="Arial" w:hAnsi="Arial" w:cs="Arial"/>
                <w:sz w:val="20"/>
                <w:szCs w:val="20"/>
              </w:rPr>
              <w:t>Use relevant 1.1C action IDs; pause risky activity, contact provider, manual actions, preserve evidence.</w:t>
            </w:r>
          </w:p>
        </w:tc>
        <w:tc>
          <w:tcPr>
            <w:tcW w:w="12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0FA150"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38625DD6" w14:textId="77777777" w:rsidTr="00505CFB">
        <w:trPr>
          <w:cantSplit/>
          <w:jc w:val="center"/>
        </w:trPr>
        <w:tc>
          <w:tcPr>
            <w:tcW w:w="19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086F6DD" w14:textId="77777777" w:rsidR="00AB3852" w:rsidRPr="00AB3852" w:rsidRDefault="00AB3852" w:rsidP="00AB3852">
            <w:pPr>
              <w:rPr>
                <w:rFonts w:ascii="Arial" w:hAnsi="Arial" w:cs="Arial"/>
                <w:sz w:val="20"/>
                <w:szCs w:val="20"/>
              </w:rPr>
            </w:pPr>
            <w:r w:rsidRPr="00AB3852">
              <w:rPr>
                <w:rFonts w:ascii="Arial" w:hAnsi="Arial" w:cs="Arial"/>
                <w:sz w:val="20"/>
                <w:szCs w:val="20"/>
              </w:rPr>
              <w:t>Utility or telecommunications outage</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B96495" w14:textId="77777777" w:rsidR="00AB3852" w:rsidRPr="00AB3852" w:rsidRDefault="00AB3852" w:rsidP="00AB3852">
            <w:pPr>
              <w:rPr>
                <w:rFonts w:ascii="Arial" w:hAnsi="Arial" w:cs="Arial"/>
                <w:sz w:val="20"/>
                <w:szCs w:val="20"/>
              </w:rPr>
            </w:pPr>
            <w:r w:rsidRPr="00AB3852">
              <w:rPr>
                <w:rFonts w:ascii="Arial" w:hAnsi="Arial" w:cs="Arial"/>
                <w:sz w:val="20"/>
                <w:szCs w:val="20"/>
              </w:rPr>
              <w:t>[CP IDs / processes]</w:t>
            </w:r>
          </w:p>
        </w:tc>
        <w:tc>
          <w:tcPr>
            <w:tcW w:w="141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754A256" w14:textId="77777777" w:rsidR="00AB3852" w:rsidRPr="00AB3852" w:rsidRDefault="00AB3852" w:rsidP="00AB3852">
            <w:pPr>
              <w:rPr>
                <w:rFonts w:ascii="Arial" w:hAnsi="Arial" w:cs="Arial"/>
                <w:sz w:val="20"/>
                <w:szCs w:val="20"/>
              </w:rPr>
            </w:pPr>
            <w:r w:rsidRPr="00AB3852">
              <w:rPr>
                <w:rFonts w:ascii="Arial" w:hAnsi="Arial" w:cs="Arial"/>
                <w:sz w:val="20"/>
                <w:szCs w:val="20"/>
              </w:rPr>
              <w:t>Operations, technology, customer service, facilities</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E4A0E6" w14:textId="77777777" w:rsidR="00AB3852" w:rsidRPr="00AB3852" w:rsidRDefault="00AB3852" w:rsidP="00AB3852">
            <w:pPr>
              <w:rPr>
                <w:rFonts w:ascii="Arial" w:hAnsi="Arial" w:cs="Arial"/>
                <w:sz w:val="20"/>
                <w:szCs w:val="20"/>
              </w:rPr>
            </w:pPr>
            <w:r w:rsidRPr="00AB3852">
              <w:rPr>
                <w:rFonts w:ascii="Arial" w:hAnsi="Arial" w:cs="Arial"/>
                <w:sz w:val="20"/>
                <w:szCs w:val="20"/>
              </w:rPr>
              <w:t>Power, water, internet, phones or fuel unavailable.</w:t>
            </w:r>
          </w:p>
        </w:tc>
        <w:tc>
          <w:tcPr>
            <w:tcW w:w="18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1FD615D" w14:textId="77777777" w:rsidR="00AB3852" w:rsidRPr="00AB3852" w:rsidRDefault="00AB3852" w:rsidP="00AB3852">
            <w:pPr>
              <w:rPr>
                <w:rFonts w:ascii="Arial" w:hAnsi="Arial" w:cs="Arial"/>
                <w:sz w:val="20"/>
                <w:szCs w:val="20"/>
              </w:rPr>
            </w:pPr>
            <w:r w:rsidRPr="00AB3852">
              <w:rPr>
                <w:rFonts w:ascii="Arial" w:hAnsi="Arial" w:cs="Arial"/>
                <w:sz w:val="20"/>
                <w:szCs w:val="20"/>
              </w:rPr>
              <w:t>Impact varies by outage duration, site suitability and backup channel availability.</w:t>
            </w:r>
          </w:p>
        </w:tc>
        <w:tc>
          <w:tcPr>
            <w:tcW w:w="12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08CDD0A"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1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708A192" w14:textId="77777777" w:rsidR="00AB3852" w:rsidRPr="00AB3852" w:rsidRDefault="00AB3852" w:rsidP="00AB3852">
            <w:pPr>
              <w:rPr>
                <w:rFonts w:ascii="Arial" w:hAnsi="Arial" w:cs="Arial"/>
                <w:sz w:val="20"/>
                <w:szCs w:val="20"/>
              </w:rPr>
            </w:pPr>
            <w:r w:rsidRPr="00AB3852">
              <w:rPr>
                <w:rFonts w:ascii="Arial" w:hAnsi="Arial" w:cs="Arial"/>
                <w:sz w:val="20"/>
                <w:szCs w:val="20"/>
              </w:rPr>
              <w:t>[1-4] / [1-4]</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12B4F2F" w14:textId="77777777" w:rsidR="00AB3852" w:rsidRPr="00AB3852" w:rsidRDefault="00AB3852" w:rsidP="00AB3852">
            <w:pPr>
              <w:rPr>
                <w:rFonts w:ascii="Arial" w:hAnsi="Arial" w:cs="Arial"/>
                <w:sz w:val="20"/>
                <w:szCs w:val="20"/>
              </w:rPr>
            </w:pPr>
            <w:r w:rsidRPr="00AB3852">
              <w:rPr>
                <w:rFonts w:ascii="Arial" w:hAnsi="Arial" w:cs="Arial"/>
                <w:sz w:val="20"/>
                <w:szCs w:val="20"/>
              </w:rPr>
              <w:t>[Priority]</w:t>
            </w:r>
          </w:p>
        </w:tc>
        <w:tc>
          <w:tcPr>
            <w:tcW w:w="25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5897C58" w14:textId="77777777" w:rsidR="00AB3852" w:rsidRPr="00AB3852" w:rsidRDefault="00AB3852" w:rsidP="00AB3852">
            <w:pPr>
              <w:rPr>
                <w:rFonts w:ascii="Arial" w:hAnsi="Arial" w:cs="Arial"/>
                <w:sz w:val="20"/>
                <w:szCs w:val="20"/>
              </w:rPr>
            </w:pPr>
            <w:r w:rsidRPr="00AB3852">
              <w:rPr>
                <w:rFonts w:ascii="Arial" w:hAnsi="Arial" w:cs="Arial"/>
                <w:sz w:val="20"/>
                <w:szCs w:val="20"/>
              </w:rPr>
              <w:t>Backup power, mobile data, alternate site, offline processing, customer updates.</w:t>
            </w:r>
          </w:p>
        </w:tc>
        <w:tc>
          <w:tcPr>
            <w:tcW w:w="12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673ED45"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2F4D3226" w14:textId="77777777" w:rsidTr="00505CFB">
        <w:trPr>
          <w:cantSplit/>
          <w:jc w:val="center"/>
        </w:trPr>
        <w:tc>
          <w:tcPr>
            <w:tcW w:w="19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B6B88E" w14:textId="77777777" w:rsidR="00AB3852" w:rsidRPr="00AB3852" w:rsidRDefault="00AB3852" w:rsidP="00AB3852">
            <w:pPr>
              <w:rPr>
                <w:rFonts w:ascii="Arial" w:hAnsi="Arial" w:cs="Arial"/>
                <w:sz w:val="20"/>
                <w:szCs w:val="20"/>
              </w:rPr>
            </w:pPr>
            <w:r w:rsidRPr="00AB3852">
              <w:rPr>
                <w:rFonts w:ascii="Arial" w:hAnsi="Arial" w:cs="Arial"/>
                <w:sz w:val="20"/>
                <w:szCs w:val="20"/>
              </w:rPr>
              <w:t>Key person or people unavailability</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CD2E2F2" w14:textId="77777777" w:rsidR="00AB3852" w:rsidRPr="00AB3852" w:rsidRDefault="00AB3852" w:rsidP="00AB3852">
            <w:pPr>
              <w:rPr>
                <w:rFonts w:ascii="Arial" w:hAnsi="Arial" w:cs="Arial"/>
                <w:sz w:val="20"/>
                <w:szCs w:val="20"/>
              </w:rPr>
            </w:pPr>
            <w:r w:rsidRPr="00AB3852">
              <w:rPr>
                <w:rFonts w:ascii="Arial" w:hAnsi="Arial" w:cs="Arial"/>
                <w:sz w:val="20"/>
                <w:szCs w:val="20"/>
              </w:rPr>
              <w:t>[CP IDs / processes]</w:t>
            </w:r>
          </w:p>
        </w:tc>
        <w:tc>
          <w:tcPr>
            <w:tcW w:w="141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1594311" w14:textId="77777777" w:rsidR="00AB3852" w:rsidRPr="00AB3852" w:rsidRDefault="00AB3852" w:rsidP="00AB3852">
            <w:pPr>
              <w:rPr>
                <w:rFonts w:ascii="Arial" w:hAnsi="Arial" w:cs="Arial"/>
                <w:sz w:val="20"/>
                <w:szCs w:val="20"/>
              </w:rPr>
            </w:pPr>
            <w:r w:rsidRPr="00AB3852">
              <w:rPr>
                <w:rFonts w:ascii="Arial" w:hAnsi="Arial" w:cs="Arial"/>
                <w:sz w:val="20"/>
                <w:szCs w:val="20"/>
              </w:rPr>
              <w:t>People, process owners, finance/approvals, customer leads</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86EC569" w14:textId="77777777" w:rsidR="00AB3852" w:rsidRPr="00AB3852" w:rsidRDefault="00AB3852" w:rsidP="00AB3852">
            <w:pPr>
              <w:rPr>
                <w:rFonts w:ascii="Arial" w:hAnsi="Arial" w:cs="Arial"/>
                <w:sz w:val="20"/>
                <w:szCs w:val="20"/>
              </w:rPr>
            </w:pPr>
            <w:r w:rsidRPr="00AB3852">
              <w:rPr>
                <w:rFonts w:ascii="Arial" w:hAnsi="Arial" w:cs="Arial"/>
                <w:sz w:val="20"/>
                <w:szCs w:val="20"/>
              </w:rPr>
              <w:t>Safety, wellbeing, capacity, leadership or approval gaps.</w:t>
            </w:r>
          </w:p>
        </w:tc>
        <w:tc>
          <w:tcPr>
            <w:tcW w:w="18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C9805B8"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Impact varies by role coverage, </w:t>
            </w:r>
            <w:proofErr w:type="spellStart"/>
            <w:r w:rsidRPr="00AB3852">
              <w:rPr>
                <w:rFonts w:ascii="Arial" w:hAnsi="Arial" w:cs="Arial"/>
                <w:sz w:val="20"/>
                <w:szCs w:val="20"/>
              </w:rPr>
              <w:t>authorisations</w:t>
            </w:r>
            <w:proofErr w:type="spellEnd"/>
            <w:r w:rsidRPr="00AB3852">
              <w:rPr>
                <w:rFonts w:ascii="Arial" w:hAnsi="Arial" w:cs="Arial"/>
                <w:sz w:val="20"/>
                <w:szCs w:val="20"/>
              </w:rPr>
              <w:t>, fatigue and cross-training.</w:t>
            </w:r>
          </w:p>
        </w:tc>
        <w:tc>
          <w:tcPr>
            <w:tcW w:w="12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F201CA5"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1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F78D47" w14:textId="77777777" w:rsidR="00AB3852" w:rsidRPr="00AB3852" w:rsidRDefault="00AB3852" w:rsidP="00AB3852">
            <w:pPr>
              <w:rPr>
                <w:rFonts w:ascii="Arial" w:hAnsi="Arial" w:cs="Arial"/>
                <w:sz w:val="20"/>
                <w:szCs w:val="20"/>
              </w:rPr>
            </w:pPr>
            <w:r w:rsidRPr="00AB3852">
              <w:rPr>
                <w:rFonts w:ascii="Arial" w:hAnsi="Arial" w:cs="Arial"/>
                <w:sz w:val="20"/>
                <w:szCs w:val="20"/>
              </w:rPr>
              <w:t>[1-4] / [1-4]</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F3C47E" w14:textId="77777777" w:rsidR="00AB3852" w:rsidRPr="00AB3852" w:rsidRDefault="00AB3852" w:rsidP="00AB3852">
            <w:pPr>
              <w:rPr>
                <w:rFonts w:ascii="Arial" w:hAnsi="Arial" w:cs="Arial"/>
                <w:sz w:val="20"/>
                <w:szCs w:val="20"/>
              </w:rPr>
            </w:pPr>
            <w:r w:rsidRPr="00AB3852">
              <w:rPr>
                <w:rFonts w:ascii="Arial" w:hAnsi="Arial" w:cs="Arial"/>
                <w:sz w:val="20"/>
                <w:szCs w:val="20"/>
              </w:rPr>
              <w:t>[Priority]</w:t>
            </w:r>
          </w:p>
        </w:tc>
        <w:tc>
          <w:tcPr>
            <w:tcW w:w="25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C5FE99" w14:textId="77777777" w:rsidR="00AB3852" w:rsidRPr="00AB3852" w:rsidRDefault="00AB3852" w:rsidP="00AB3852">
            <w:pPr>
              <w:rPr>
                <w:rFonts w:ascii="Arial" w:hAnsi="Arial" w:cs="Arial"/>
                <w:sz w:val="20"/>
                <w:szCs w:val="20"/>
              </w:rPr>
            </w:pPr>
            <w:r w:rsidRPr="00AB3852">
              <w:rPr>
                <w:rFonts w:ascii="Arial" w:hAnsi="Arial" w:cs="Arial"/>
                <w:sz w:val="20"/>
                <w:szCs w:val="20"/>
              </w:rPr>
              <w:t>Activate alternates, cross-trained staff, reduced service, simplified approvals.</w:t>
            </w:r>
          </w:p>
        </w:tc>
        <w:tc>
          <w:tcPr>
            <w:tcW w:w="12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C511EA"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69F9C116" w14:textId="77777777" w:rsidTr="00505CFB">
        <w:trPr>
          <w:cantSplit/>
          <w:jc w:val="center"/>
        </w:trPr>
        <w:tc>
          <w:tcPr>
            <w:tcW w:w="19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F89A443" w14:textId="77777777" w:rsidR="00AB3852" w:rsidRPr="00AB3852" w:rsidRDefault="00AB3852" w:rsidP="00AB3852">
            <w:pPr>
              <w:rPr>
                <w:rFonts w:ascii="Arial" w:hAnsi="Arial" w:cs="Arial"/>
                <w:sz w:val="20"/>
                <w:szCs w:val="20"/>
              </w:rPr>
            </w:pPr>
            <w:r w:rsidRPr="00AB3852">
              <w:rPr>
                <w:rFonts w:ascii="Arial" w:hAnsi="Arial" w:cs="Arial"/>
                <w:sz w:val="20"/>
                <w:szCs w:val="20"/>
              </w:rPr>
              <w:lastRenderedPageBreak/>
              <w:t>Supplier, outsourced provider or logistics disruption</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E6F6A9F" w14:textId="77777777" w:rsidR="00AB3852" w:rsidRPr="00AB3852" w:rsidRDefault="00AB3852" w:rsidP="00AB3852">
            <w:pPr>
              <w:rPr>
                <w:rFonts w:ascii="Arial" w:hAnsi="Arial" w:cs="Arial"/>
                <w:sz w:val="20"/>
                <w:szCs w:val="20"/>
              </w:rPr>
            </w:pPr>
            <w:r w:rsidRPr="00AB3852">
              <w:rPr>
                <w:rFonts w:ascii="Arial" w:hAnsi="Arial" w:cs="Arial"/>
                <w:sz w:val="20"/>
                <w:szCs w:val="20"/>
              </w:rPr>
              <w:t>[CP IDs / processes]</w:t>
            </w:r>
          </w:p>
        </w:tc>
        <w:tc>
          <w:tcPr>
            <w:tcW w:w="141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5A05CB" w14:textId="77777777" w:rsidR="00AB3852" w:rsidRPr="00AB3852" w:rsidRDefault="00AB3852" w:rsidP="00AB3852">
            <w:pPr>
              <w:rPr>
                <w:rFonts w:ascii="Arial" w:hAnsi="Arial" w:cs="Arial"/>
                <w:sz w:val="20"/>
                <w:szCs w:val="20"/>
              </w:rPr>
            </w:pPr>
            <w:r w:rsidRPr="00AB3852">
              <w:rPr>
                <w:rFonts w:ascii="Arial" w:hAnsi="Arial" w:cs="Arial"/>
                <w:sz w:val="20"/>
                <w:szCs w:val="20"/>
              </w:rPr>
              <w:t>Operations, procurement, logistics, customer service, finance</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9D00C9" w14:textId="77777777" w:rsidR="00AB3852" w:rsidRPr="00AB3852" w:rsidRDefault="00AB3852" w:rsidP="00AB3852">
            <w:pPr>
              <w:rPr>
                <w:rFonts w:ascii="Arial" w:hAnsi="Arial" w:cs="Arial"/>
                <w:sz w:val="20"/>
                <w:szCs w:val="20"/>
              </w:rPr>
            </w:pPr>
            <w:r w:rsidRPr="00AB3852">
              <w:rPr>
                <w:rFonts w:ascii="Arial" w:hAnsi="Arial" w:cs="Arial"/>
                <w:sz w:val="20"/>
                <w:szCs w:val="20"/>
              </w:rPr>
              <w:t>Delivery, quality, capacity, lead time, cost and customer promises.</w:t>
            </w:r>
          </w:p>
        </w:tc>
        <w:tc>
          <w:tcPr>
            <w:tcW w:w="18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33CFCC" w14:textId="77777777" w:rsidR="00AB3852" w:rsidRPr="00AB3852" w:rsidRDefault="00AB3852" w:rsidP="00AB3852">
            <w:pPr>
              <w:rPr>
                <w:rFonts w:ascii="Arial" w:hAnsi="Arial" w:cs="Arial"/>
                <w:sz w:val="20"/>
                <w:szCs w:val="20"/>
              </w:rPr>
            </w:pPr>
            <w:r w:rsidRPr="00AB3852">
              <w:rPr>
                <w:rFonts w:ascii="Arial" w:hAnsi="Arial" w:cs="Arial"/>
                <w:sz w:val="20"/>
                <w:szCs w:val="20"/>
              </w:rPr>
              <w:t>Impact varies by available stock, substitutes, lead times and contractual commitments.</w:t>
            </w:r>
          </w:p>
        </w:tc>
        <w:tc>
          <w:tcPr>
            <w:tcW w:w="12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FB7A878"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1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C6B187" w14:textId="77777777" w:rsidR="00AB3852" w:rsidRPr="00AB3852" w:rsidRDefault="00AB3852" w:rsidP="00AB3852">
            <w:pPr>
              <w:rPr>
                <w:rFonts w:ascii="Arial" w:hAnsi="Arial" w:cs="Arial"/>
                <w:sz w:val="20"/>
                <w:szCs w:val="20"/>
              </w:rPr>
            </w:pPr>
            <w:r w:rsidRPr="00AB3852">
              <w:rPr>
                <w:rFonts w:ascii="Arial" w:hAnsi="Arial" w:cs="Arial"/>
                <w:sz w:val="20"/>
                <w:szCs w:val="20"/>
              </w:rPr>
              <w:t>[1-4] / [1-4]</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89548C8" w14:textId="77777777" w:rsidR="00AB3852" w:rsidRPr="00AB3852" w:rsidRDefault="00AB3852" w:rsidP="00AB3852">
            <w:pPr>
              <w:rPr>
                <w:rFonts w:ascii="Arial" w:hAnsi="Arial" w:cs="Arial"/>
                <w:sz w:val="20"/>
                <w:szCs w:val="20"/>
              </w:rPr>
            </w:pPr>
            <w:r w:rsidRPr="00AB3852">
              <w:rPr>
                <w:rFonts w:ascii="Arial" w:hAnsi="Arial" w:cs="Arial"/>
                <w:sz w:val="20"/>
                <w:szCs w:val="20"/>
              </w:rPr>
              <w:t>[Priority]</w:t>
            </w:r>
          </w:p>
        </w:tc>
        <w:tc>
          <w:tcPr>
            <w:tcW w:w="25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15F81A"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Backup supplier, substitute product, stock buffer, alternate route, customer </w:t>
            </w:r>
            <w:proofErr w:type="spellStart"/>
            <w:r w:rsidRPr="00AB3852">
              <w:rPr>
                <w:rFonts w:ascii="Arial" w:hAnsi="Arial" w:cs="Arial"/>
                <w:sz w:val="20"/>
                <w:szCs w:val="20"/>
              </w:rPr>
              <w:t>prioritisation</w:t>
            </w:r>
            <w:proofErr w:type="spellEnd"/>
            <w:r w:rsidRPr="00AB3852">
              <w:rPr>
                <w:rFonts w:ascii="Arial" w:hAnsi="Arial" w:cs="Arial"/>
                <w:sz w:val="20"/>
                <w:szCs w:val="20"/>
              </w:rPr>
              <w:t>.</w:t>
            </w:r>
          </w:p>
        </w:tc>
        <w:tc>
          <w:tcPr>
            <w:tcW w:w="12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FDBAFF3"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34A2BB42" w14:textId="77777777" w:rsidTr="00505CFB">
        <w:trPr>
          <w:cantSplit/>
          <w:jc w:val="center"/>
        </w:trPr>
        <w:tc>
          <w:tcPr>
            <w:tcW w:w="19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D715198" w14:textId="77777777" w:rsidR="00AB3852" w:rsidRPr="00AB3852" w:rsidRDefault="00AB3852" w:rsidP="00AB3852">
            <w:pPr>
              <w:rPr>
                <w:rFonts w:ascii="Arial" w:hAnsi="Arial" w:cs="Arial"/>
                <w:sz w:val="20"/>
                <w:szCs w:val="20"/>
              </w:rPr>
            </w:pPr>
            <w:r w:rsidRPr="00AB3852">
              <w:rPr>
                <w:rFonts w:ascii="Arial" w:hAnsi="Arial" w:cs="Arial"/>
                <w:sz w:val="20"/>
                <w:szCs w:val="20"/>
              </w:rPr>
              <w:t>Loss of premises / site access</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F53FD92" w14:textId="77777777" w:rsidR="00AB3852" w:rsidRPr="00AB3852" w:rsidRDefault="00AB3852" w:rsidP="00AB3852">
            <w:pPr>
              <w:rPr>
                <w:rFonts w:ascii="Arial" w:hAnsi="Arial" w:cs="Arial"/>
                <w:sz w:val="20"/>
                <w:szCs w:val="20"/>
              </w:rPr>
            </w:pPr>
            <w:r w:rsidRPr="00AB3852">
              <w:rPr>
                <w:rFonts w:ascii="Arial" w:hAnsi="Arial" w:cs="Arial"/>
                <w:sz w:val="20"/>
                <w:szCs w:val="20"/>
              </w:rPr>
              <w:t>[CP IDs / processes]</w:t>
            </w:r>
          </w:p>
        </w:tc>
        <w:tc>
          <w:tcPr>
            <w:tcW w:w="141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433C394" w14:textId="77777777" w:rsidR="00AB3852" w:rsidRPr="00AB3852" w:rsidRDefault="00AB3852" w:rsidP="00AB3852">
            <w:pPr>
              <w:rPr>
                <w:rFonts w:ascii="Arial" w:hAnsi="Arial" w:cs="Arial"/>
                <w:sz w:val="20"/>
                <w:szCs w:val="20"/>
              </w:rPr>
            </w:pPr>
            <w:r w:rsidRPr="00AB3852">
              <w:rPr>
                <w:rFonts w:ascii="Arial" w:hAnsi="Arial" w:cs="Arial"/>
                <w:sz w:val="20"/>
                <w:szCs w:val="20"/>
              </w:rPr>
              <w:t>People, operations, facilities, technology, records</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0E2A9DB" w14:textId="77777777" w:rsidR="00AB3852" w:rsidRPr="00AB3852" w:rsidRDefault="00AB3852" w:rsidP="00AB3852">
            <w:pPr>
              <w:rPr>
                <w:rFonts w:ascii="Arial" w:hAnsi="Arial" w:cs="Arial"/>
                <w:sz w:val="20"/>
                <w:szCs w:val="20"/>
              </w:rPr>
            </w:pPr>
            <w:r w:rsidRPr="00AB3852">
              <w:rPr>
                <w:rFonts w:ascii="Arial" w:hAnsi="Arial" w:cs="Arial"/>
                <w:sz w:val="20"/>
                <w:szCs w:val="20"/>
              </w:rPr>
              <w:t>Unsafe or unavailable site, plant, equipment, stock or records.</w:t>
            </w:r>
          </w:p>
        </w:tc>
        <w:tc>
          <w:tcPr>
            <w:tcW w:w="18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9B0D07" w14:textId="77777777" w:rsidR="00AB3852" w:rsidRPr="00AB3852" w:rsidRDefault="00AB3852" w:rsidP="00AB3852">
            <w:pPr>
              <w:rPr>
                <w:rFonts w:ascii="Arial" w:hAnsi="Arial" w:cs="Arial"/>
                <w:sz w:val="20"/>
                <w:szCs w:val="20"/>
              </w:rPr>
            </w:pPr>
            <w:r w:rsidRPr="00AB3852">
              <w:rPr>
                <w:rFonts w:ascii="Arial" w:hAnsi="Arial" w:cs="Arial"/>
                <w:sz w:val="20"/>
                <w:szCs w:val="20"/>
              </w:rPr>
              <w:t>Impact varies by remote-work readiness, alternate site access and equipment replacement time.</w:t>
            </w:r>
          </w:p>
        </w:tc>
        <w:tc>
          <w:tcPr>
            <w:tcW w:w="12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14F908C"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1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4691DE1" w14:textId="77777777" w:rsidR="00AB3852" w:rsidRPr="00AB3852" w:rsidRDefault="00AB3852" w:rsidP="00AB3852">
            <w:pPr>
              <w:rPr>
                <w:rFonts w:ascii="Arial" w:hAnsi="Arial" w:cs="Arial"/>
                <w:sz w:val="20"/>
                <w:szCs w:val="20"/>
              </w:rPr>
            </w:pPr>
            <w:r w:rsidRPr="00AB3852">
              <w:rPr>
                <w:rFonts w:ascii="Arial" w:hAnsi="Arial" w:cs="Arial"/>
                <w:sz w:val="20"/>
                <w:szCs w:val="20"/>
              </w:rPr>
              <w:t>[1-4] / [1-4]</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FAC2477" w14:textId="77777777" w:rsidR="00AB3852" w:rsidRPr="00AB3852" w:rsidRDefault="00AB3852" w:rsidP="00AB3852">
            <w:pPr>
              <w:rPr>
                <w:rFonts w:ascii="Arial" w:hAnsi="Arial" w:cs="Arial"/>
                <w:sz w:val="20"/>
                <w:szCs w:val="20"/>
              </w:rPr>
            </w:pPr>
            <w:r w:rsidRPr="00AB3852">
              <w:rPr>
                <w:rFonts w:ascii="Arial" w:hAnsi="Arial" w:cs="Arial"/>
                <w:sz w:val="20"/>
                <w:szCs w:val="20"/>
              </w:rPr>
              <w:t>[Priority]</w:t>
            </w:r>
          </w:p>
        </w:tc>
        <w:tc>
          <w:tcPr>
            <w:tcW w:w="25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9FFE05D" w14:textId="77777777" w:rsidR="00AB3852" w:rsidRPr="00AB3852" w:rsidRDefault="00AB3852" w:rsidP="00AB3852">
            <w:pPr>
              <w:rPr>
                <w:rFonts w:ascii="Arial" w:hAnsi="Arial" w:cs="Arial"/>
                <w:sz w:val="20"/>
                <w:szCs w:val="20"/>
              </w:rPr>
            </w:pPr>
            <w:r w:rsidRPr="00AB3852">
              <w:rPr>
                <w:rFonts w:ascii="Arial" w:hAnsi="Arial" w:cs="Arial"/>
                <w:sz w:val="20"/>
                <w:szCs w:val="20"/>
              </w:rPr>
              <w:t>Remote or alternate site, retrieve/replace critical equipment and records.</w:t>
            </w:r>
          </w:p>
        </w:tc>
        <w:tc>
          <w:tcPr>
            <w:tcW w:w="12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84F48A6"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7C82443A" w14:textId="77777777" w:rsidTr="00505CFB">
        <w:trPr>
          <w:cantSplit/>
          <w:jc w:val="center"/>
        </w:trPr>
        <w:tc>
          <w:tcPr>
            <w:tcW w:w="19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1F69A3B" w14:textId="77777777" w:rsidR="00AB3852" w:rsidRPr="00AB3852" w:rsidRDefault="00AB3852" w:rsidP="00AB3852">
            <w:pPr>
              <w:rPr>
                <w:rFonts w:ascii="Arial" w:hAnsi="Arial" w:cs="Arial"/>
                <w:sz w:val="20"/>
                <w:szCs w:val="20"/>
              </w:rPr>
            </w:pPr>
            <w:r w:rsidRPr="00AB3852">
              <w:rPr>
                <w:rFonts w:ascii="Arial" w:hAnsi="Arial" w:cs="Arial"/>
                <w:sz w:val="20"/>
                <w:szCs w:val="20"/>
              </w:rPr>
              <w:t>Cash flow / funding pressure</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C87BFAC" w14:textId="77777777" w:rsidR="00AB3852" w:rsidRPr="00AB3852" w:rsidRDefault="00AB3852" w:rsidP="00AB3852">
            <w:pPr>
              <w:rPr>
                <w:rFonts w:ascii="Arial" w:hAnsi="Arial" w:cs="Arial"/>
                <w:sz w:val="20"/>
                <w:szCs w:val="20"/>
              </w:rPr>
            </w:pPr>
            <w:r w:rsidRPr="00AB3852">
              <w:rPr>
                <w:rFonts w:ascii="Arial" w:hAnsi="Arial" w:cs="Arial"/>
                <w:sz w:val="20"/>
                <w:szCs w:val="20"/>
              </w:rPr>
              <w:t>[CP IDs / processes]</w:t>
            </w:r>
          </w:p>
        </w:tc>
        <w:tc>
          <w:tcPr>
            <w:tcW w:w="141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D0F517" w14:textId="77777777" w:rsidR="00AB3852" w:rsidRPr="00AB3852" w:rsidRDefault="00AB3852" w:rsidP="00AB3852">
            <w:pPr>
              <w:rPr>
                <w:rFonts w:ascii="Arial" w:hAnsi="Arial" w:cs="Arial"/>
                <w:sz w:val="20"/>
                <w:szCs w:val="20"/>
              </w:rPr>
            </w:pPr>
            <w:r w:rsidRPr="00AB3852">
              <w:rPr>
                <w:rFonts w:ascii="Arial" w:hAnsi="Arial" w:cs="Arial"/>
                <w:sz w:val="20"/>
                <w:szCs w:val="20"/>
              </w:rPr>
              <w:t>Finance, owners, payroll, procurement, sales/customer service</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1573166" w14:textId="77777777" w:rsidR="00AB3852" w:rsidRPr="00AB3852" w:rsidRDefault="00AB3852" w:rsidP="00AB3852">
            <w:pPr>
              <w:rPr>
                <w:rFonts w:ascii="Arial" w:hAnsi="Arial" w:cs="Arial"/>
                <w:sz w:val="20"/>
                <w:szCs w:val="20"/>
              </w:rPr>
            </w:pPr>
            <w:r w:rsidRPr="00AB3852">
              <w:rPr>
                <w:rFonts w:ascii="Arial" w:hAnsi="Arial" w:cs="Arial"/>
                <w:sz w:val="20"/>
                <w:szCs w:val="20"/>
              </w:rPr>
              <w:t>Receipts, payments, payroll, covenants, working capital.</w:t>
            </w:r>
          </w:p>
        </w:tc>
        <w:tc>
          <w:tcPr>
            <w:tcW w:w="18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90ED8D2" w14:textId="77777777" w:rsidR="00AB3852" w:rsidRPr="00AB3852" w:rsidRDefault="00AB3852" w:rsidP="00AB3852">
            <w:pPr>
              <w:rPr>
                <w:rFonts w:ascii="Arial" w:hAnsi="Arial" w:cs="Arial"/>
                <w:sz w:val="20"/>
                <w:szCs w:val="20"/>
              </w:rPr>
            </w:pPr>
            <w:r w:rsidRPr="00AB3852">
              <w:rPr>
                <w:rFonts w:ascii="Arial" w:hAnsi="Arial" w:cs="Arial"/>
                <w:sz w:val="20"/>
                <w:szCs w:val="20"/>
              </w:rPr>
              <w:t>Impact varies by revenue interruption, debtor collections, supplier terms and facility headroom.</w:t>
            </w:r>
          </w:p>
        </w:tc>
        <w:tc>
          <w:tcPr>
            <w:tcW w:w="12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9A09DB3"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1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1CE9DDA" w14:textId="77777777" w:rsidR="00AB3852" w:rsidRPr="00AB3852" w:rsidRDefault="00AB3852" w:rsidP="00AB3852">
            <w:pPr>
              <w:rPr>
                <w:rFonts w:ascii="Arial" w:hAnsi="Arial" w:cs="Arial"/>
                <w:sz w:val="20"/>
                <w:szCs w:val="20"/>
              </w:rPr>
            </w:pPr>
            <w:r w:rsidRPr="00AB3852">
              <w:rPr>
                <w:rFonts w:ascii="Arial" w:hAnsi="Arial" w:cs="Arial"/>
                <w:sz w:val="20"/>
                <w:szCs w:val="20"/>
              </w:rPr>
              <w:t>[1-4] / [1-4]</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8A90C5" w14:textId="77777777" w:rsidR="00AB3852" w:rsidRPr="00AB3852" w:rsidRDefault="00AB3852" w:rsidP="00AB3852">
            <w:pPr>
              <w:rPr>
                <w:rFonts w:ascii="Arial" w:hAnsi="Arial" w:cs="Arial"/>
                <w:sz w:val="20"/>
                <w:szCs w:val="20"/>
              </w:rPr>
            </w:pPr>
            <w:r w:rsidRPr="00AB3852">
              <w:rPr>
                <w:rFonts w:ascii="Arial" w:hAnsi="Arial" w:cs="Arial"/>
                <w:sz w:val="20"/>
                <w:szCs w:val="20"/>
              </w:rPr>
              <w:t>[Priority]</w:t>
            </w:r>
          </w:p>
        </w:tc>
        <w:tc>
          <w:tcPr>
            <w:tcW w:w="25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4E0AC30"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Cash forecast, supplier/customer </w:t>
            </w:r>
            <w:proofErr w:type="spellStart"/>
            <w:r w:rsidRPr="00AB3852">
              <w:rPr>
                <w:rFonts w:ascii="Arial" w:hAnsi="Arial" w:cs="Arial"/>
                <w:sz w:val="20"/>
                <w:szCs w:val="20"/>
              </w:rPr>
              <w:t>prioritisation</w:t>
            </w:r>
            <w:proofErr w:type="spellEnd"/>
            <w:r w:rsidRPr="00AB3852">
              <w:rPr>
                <w:rFonts w:ascii="Arial" w:hAnsi="Arial" w:cs="Arial"/>
                <w:sz w:val="20"/>
                <w:szCs w:val="20"/>
              </w:rPr>
              <w:t>, bank/funder contact, cost tracking.</w:t>
            </w:r>
          </w:p>
        </w:tc>
        <w:tc>
          <w:tcPr>
            <w:tcW w:w="12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3A6005"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0B5571E6" w14:textId="77777777" w:rsidTr="00505CFB">
        <w:trPr>
          <w:cantSplit/>
          <w:jc w:val="center"/>
        </w:trPr>
        <w:tc>
          <w:tcPr>
            <w:tcW w:w="19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C806FEA" w14:textId="77777777" w:rsidR="00AB3852" w:rsidRPr="00AB3852" w:rsidRDefault="00AB3852" w:rsidP="00AB3852">
            <w:pPr>
              <w:rPr>
                <w:rFonts w:ascii="Arial" w:hAnsi="Arial" w:cs="Arial"/>
                <w:sz w:val="20"/>
                <w:szCs w:val="20"/>
              </w:rPr>
            </w:pPr>
            <w:r w:rsidRPr="00AB3852">
              <w:rPr>
                <w:rFonts w:ascii="Arial" w:hAnsi="Arial" w:cs="Arial"/>
                <w:sz w:val="20"/>
                <w:szCs w:val="20"/>
              </w:rPr>
              <w:t>Privacy, legal, regulator or media risk</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6522DD0" w14:textId="77777777" w:rsidR="00AB3852" w:rsidRPr="00AB3852" w:rsidRDefault="00AB3852" w:rsidP="00AB3852">
            <w:pPr>
              <w:rPr>
                <w:rFonts w:ascii="Arial" w:hAnsi="Arial" w:cs="Arial"/>
                <w:sz w:val="20"/>
                <w:szCs w:val="20"/>
              </w:rPr>
            </w:pPr>
            <w:r w:rsidRPr="00AB3852">
              <w:rPr>
                <w:rFonts w:ascii="Arial" w:hAnsi="Arial" w:cs="Arial"/>
                <w:sz w:val="20"/>
                <w:szCs w:val="20"/>
              </w:rPr>
              <w:t>[CP IDs / processes]</w:t>
            </w:r>
          </w:p>
        </w:tc>
        <w:tc>
          <w:tcPr>
            <w:tcW w:w="141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9B45B2E" w14:textId="77777777" w:rsidR="00AB3852" w:rsidRPr="00AB3852" w:rsidRDefault="00AB3852" w:rsidP="00AB3852">
            <w:pPr>
              <w:rPr>
                <w:rFonts w:ascii="Arial" w:hAnsi="Arial" w:cs="Arial"/>
                <w:sz w:val="20"/>
                <w:szCs w:val="20"/>
              </w:rPr>
            </w:pPr>
            <w:r w:rsidRPr="00AB3852">
              <w:rPr>
                <w:rFonts w:ascii="Arial" w:hAnsi="Arial" w:cs="Arial"/>
                <w:sz w:val="20"/>
                <w:szCs w:val="20"/>
              </w:rPr>
              <w:t>Response lead, communications, technology, finance, adviser/legal</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71ACCA8" w14:textId="77777777" w:rsidR="00AB3852" w:rsidRPr="00AB3852" w:rsidRDefault="00AB3852" w:rsidP="00AB3852">
            <w:pPr>
              <w:rPr>
                <w:rFonts w:ascii="Arial" w:hAnsi="Arial" w:cs="Arial"/>
                <w:sz w:val="20"/>
                <w:szCs w:val="20"/>
              </w:rPr>
            </w:pPr>
            <w:r w:rsidRPr="00AB3852">
              <w:rPr>
                <w:rFonts w:ascii="Arial" w:hAnsi="Arial" w:cs="Arial"/>
                <w:sz w:val="20"/>
                <w:szCs w:val="20"/>
              </w:rPr>
              <w:t>Notification requirements, external statements, evidence, reputational risk.</w:t>
            </w:r>
          </w:p>
        </w:tc>
        <w:tc>
          <w:tcPr>
            <w:tcW w:w="18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29ED73" w14:textId="77777777" w:rsidR="00AB3852" w:rsidRPr="00AB3852" w:rsidRDefault="00AB3852" w:rsidP="00AB3852">
            <w:pPr>
              <w:rPr>
                <w:rFonts w:ascii="Arial" w:hAnsi="Arial" w:cs="Arial"/>
                <w:sz w:val="20"/>
                <w:szCs w:val="20"/>
              </w:rPr>
            </w:pPr>
            <w:r w:rsidRPr="00AB3852">
              <w:rPr>
                <w:rFonts w:ascii="Arial" w:hAnsi="Arial" w:cs="Arial"/>
                <w:sz w:val="20"/>
                <w:szCs w:val="20"/>
              </w:rPr>
              <w:t>Impact varies by notification obligations, public visibility, affected data and advice required.</w:t>
            </w:r>
          </w:p>
        </w:tc>
        <w:tc>
          <w:tcPr>
            <w:tcW w:w="12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58712E5"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1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ECA4EC" w14:textId="77777777" w:rsidR="00AB3852" w:rsidRPr="00AB3852" w:rsidRDefault="00AB3852" w:rsidP="00AB3852">
            <w:pPr>
              <w:rPr>
                <w:rFonts w:ascii="Arial" w:hAnsi="Arial" w:cs="Arial"/>
                <w:sz w:val="20"/>
                <w:szCs w:val="20"/>
              </w:rPr>
            </w:pPr>
            <w:r w:rsidRPr="00AB3852">
              <w:rPr>
                <w:rFonts w:ascii="Arial" w:hAnsi="Arial" w:cs="Arial"/>
                <w:sz w:val="20"/>
                <w:szCs w:val="20"/>
              </w:rPr>
              <w:t>[1-4] / [1-4]</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67FC163" w14:textId="77777777" w:rsidR="00AB3852" w:rsidRPr="00AB3852" w:rsidRDefault="00AB3852" w:rsidP="00AB3852">
            <w:pPr>
              <w:rPr>
                <w:rFonts w:ascii="Arial" w:hAnsi="Arial" w:cs="Arial"/>
                <w:sz w:val="20"/>
                <w:szCs w:val="20"/>
              </w:rPr>
            </w:pPr>
            <w:r w:rsidRPr="00AB3852">
              <w:rPr>
                <w:rFonts w:ascii="Arial" w:hAnsi="Arial" w:cs="Arial"/>
                <w:sz w:val="20"/>
                <w:szCs w:val="20"/>
              </w:rPr>
              <w:t>[Priority]</w:t>
            </w:r>
          </w:p>
        </w:tc>
        <w:tc>
          <w:tcPr>
            <w:tcW w:w="25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E2AA9AA" w14:textId="77777777" w:rsidR="00AB3852" w:rsidRPr="00AB3852" w:rsidRDefault="00AB3852" w:rsidP="00AB3852">
            <w:pPr>
              <w:rPr>
                <w:rFonts w:ascii="Arial" w:hAnsi="Arial" w:cs="Arial"/>
                <w:sz w:val="20"/>
                <w:szCs w:val="20"/>
              </w:rPr>
            </w:pPr>
            <w:proofErr w:type="spellStart"/>
            <w:r w:rsidRPr="00AB3852">
              <w:rPr>
                <w:rFonts w:ascii="Arial" w:hAnsi="Arial" w:cs="Arial"/>
                <w:sz w:val="20"/>
                <w:szCs w:val="20"/>
              </w:rPr>
              <w:t>Centralise</w:t>
            </w:r>
            <w:proofErr w:type="spellEnd"/>
            <w:r w:rsidRPr="00AB3852">
              <w:rPr>
                <w:rFonts w:ascii="Arial" w:hAnsi="Arial" w:cs="Arial"/>
                <w:sz w:val="20"/>
                <w:szCs w:val="20"/>
              </w:rPr>
              <w:t xml:space="preserve"> communications, seek advice, preserve evidence, use approved messages.</w:t>
            </w:r>
          </w:p>
        </w:tc>
        <w:tc>
          <w:tcPr>
            <w:tcW w:w="12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5BBA92A"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7349BA7C" w14:textId="77777777" w:rsidTr="00505CFB">
        <w:trPr>
          <w:cantSplit/>
          <w:jc w:val="center"/>
        </w:trPr>
        <w:tc>
          <w:tcPr>
            <w:tcW w:w="19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7FF3C86" w14:textId="77777777" w:rsidR="00AB3852" w:rsidRPr="00AB3852" w:rsidRDefault="00AB3852" w:rsidP="00AB3852">
            <w:pPr>
              <w:rPr>
                <w:rFonts w:ascii="Arial" w:hAnsi="Arial" w:cs="Arial"/>
                <w:sz w:val="20"/>
                <w:szCs w:val="20"/>
              </w:rPr>
            </w:pPr>
            <w:proofErr w:type="gramStart"/>
            <w:r w:rsidRPr="00AB3852">
              <w:rPr>
                <w:rFonts w:ascii="Arial" w:hAnsi="Arial" w:cs="Arial"/>
                <w:sz w:val="20"/>
                <w:szCs w:val="20"/>
              </w:rPr>
              <w:t>Other</w:t>
            </w:r>
            <w:proofErr w:type="gramEnd"/>
            <w:r w:rsidRPr="00AB3852">
              <w:rPr>
                <w:rFonts w:ascii="Arial" w:hAnsi="Arial" w:cs="Arial"/>
                <w:sz w:val="20"/>
                <w:szCs w:val="20"/>
              </w:rPr>
              <w:t xml:space="preserve"> relevant scenario</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C1D4D2" w14:textId="77777777" w:rsidR="00AB3852" w:rsidRPr="00AB3852" w:rsidRDefault="00AB3852" w:rsidP="00AB3852">
            <w:pPr>
              <w:rPr>
                <w:rFonts w:ascii="Arial" w:hAnsi="Arial" w:cs="Arial"/>
                <w:sz w:val="20"/>
                <w:szCs w:val="20"/>
              </w:rPr>
            </w:pPr>
            <w:r w:rsidRPr="00AB3852">
              <w:rPr>
                <w:rFonts w:ascii="Arial" w:hAnsi="Arial" w:cs="Arial"/>
                <w:sz w:val="20"/>
                <w:szCs w:val="20"/>
              </w:rPr>
              <w:t>[CP IDs / processes]</w:t>
            </w:r>
          </w:p>
        </w:tc>
        <w:tc>
          <w:tcPr>
            <w:tcW w:w="141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80E4498" w14:textId="77777777" w:rsidR="00AB3852" w:rsidRPr="00AB3852" w:rsidRDefault="00AB3852" w:rsidP="00AB3852">
            <w:pPr>
              <w:rPr>
                <w:rFonts w:ascii="Arial" w:hAnsi="Arial" w:cs="Arial"/>
                <w:sz w:val="20"/>
                <w:szCs w:val="20"/>
              </w:rPr>
            </w:pPr>
            <w:r w:rsidRPr="00AB3852">
              <w:rPr>
                <w:rFonts w:ascii="Arial" w:hAnsi="Arial" w:cs="Arial"/>
                <w:sz w:val="20"/>
                <w:szCs w:val="20"/>
              </w:rPr>
              <w:t>[Functions impacted]</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66A5FED" w14:textId="77777777" w:rsidR="00AB3852" w:rsidRPr="00AB3852" w:rsidRDefault="00AB3852" w:rsidP="00AB3852">
            <w:pPr>
              <w:rPr>
                <w:rFonts w:ascii="Arial" w:hAnsi="Arial" w:cs="Arial"/>
                <w:sz w:val="20"/>
                <w:szCs w:val="20"/>
              </w:rPr>
            </w:pPr>
            <w:r w:rsidRPr="00AB3852">
              <w:rPr>
                <w:rFonts w:ascii="Arial" w:hAnsi="Arial" w:cs="Arial"/>
                <w:sz w:val="20"/>
                <w:szCs w:val="20"/>
              </w:rPr>
              <w:t>[Concern]</w:t>
            </w:r>
          </w:p>
        </w:tc>
        <w:tc>
          <w:tcPr>
            <w:tcW w:w="18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9EEBF5F" w14:textId="77777777" w:rsidR="00AB3852" w:rsidRPr="00AB3852" w:rsidRDefault="00AB3852" w:rsidP="00AB3852">
            <w:pPr>
              <w:rPr>
                <w:rFonts w:ascii="Arial" w:hAnsi="Arial" w:cs="Arial"/>
                <w:sz w:val="20"/>
                <w:szCs w:val="20"/>
              </w:rPr>
            </w:pPr>
            <w:r w:rsidRPr="00AB3852">
              <w:rPr>
                <w:rFonts w:ascii="Arial" w:hAnsi="Arial" w:cs="Arial"/>
                <w:sz w:val="20"/>
                <w:szCs w:val="20"/>
              </w:rPr>
              <w:t>[Impact variation / notes]</w:t>
            </w:r>
          </w:p>
        </w:tc>
        <w:tc>
          <w:tcPr>
            <w:tcW w:w="12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73062CD"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1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4B0A4C" w14:textId="77777777" w:rsidR="00AB3852" w:rsidRPr="00AB3852" w:rsidRDefault="00AB3852" w:rsidP="00AB3852">
            <w:pPr>
              <w:rPr>
                <w:rFonts w:ascii="Arial" w:hAnsi="Arial" w:cs="Arial"/>
                <w:sz w:val="20"/>
                <w:szCs w:val="20"/>
              </w:rPr>
            </w:pPr>
            <w:r w:rsidRPr="00AB3852">
              <w:rPr>
                <w:rFonts w:ascii="Arial" w:hAnsi="Arial" w:cs="Arial"/>
                <w:sz w:val="20"/>
                <w:szCs w:val="20"/>
              </w:rPr>
              <w:t>[1-4] / [1-4]</w:t>
            </w:r>
          </w:p>
        </w:tc>
        <w:tc>
          <w:tcPr>
            <w:tcW w:w="113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7D6C574" w14:textId="77777777" w:rsidR="00AB3852" w:rsidRPr="00AB3852" w:rsidRDefault="00AB3852" w:rsidP="00AB3852">
            <w:pPr>
              <w:rPr>
                <w:rFonts w:ascii="Arial" w:hAnsi="Arial" w:cs="Arial"/>
                <w:sz w:val="20"/>
                <w:szCs w:val="20"/>
              </w:rPr>
            </w:pPr>
            <w:r w:rsidRPr="00AB3852">
              <w:rPr>
                <w:rFonts w:ascii="Arial" w:hAnsi="Arial" w:cs="Arial"/>
                <w:sz w:val="20"/>
                <w:szCs w:val="20"/>
              </w:rPr>
              <w:t>[Priority]</w:t>
            </w:r>
          </w:p>
        </w:tc>
        <w:tc>
          <w:tcPr>
            <w:tcW w:w="254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5619D53" w14:textId="77777777" w:rsidR="00AB3852" w:rsidRPr="00AB3852" w:rsidRDefault="00AB3852" w:rsidP="00AB3852">
            <w:pPr>
              <w:rPr>
                <w:rFonts w:ascii="Arial" w:hAnsi="Arial" w:cs="Arial"/>
                <w:sz w:val="20"/>
                <w:szCs w:val="20"/>
              </w:rPr>
            </w:pPr>
            <w:r w:rsidRPr="00AB3852">
              <w:rPr>
                <w:rFonts w:ascii="Arial" w:hAnsi="Arial" w:cs="Arial"/>
                <w:sz w:val="20"/>
                <w:szCs w:val="20"/>
              </w:rPr>
              <w:t>[Relevant 1.1C action IDs and event-specific response]</w:t>
            </w:r>
          </w:p>
        </w:tc>
        <w:tc>
          <w:tcPr>
            <w:tcW w:w="12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CDD5D1C"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bl>
    <w:p w14:paraId="6E84138A"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5BEE95EF" w14:textId="77777777" w:rsidR="00AB3852" w:rsidRPr="00AB3852" w:rsidRDefault="00AB3852" w:rsidP="00AB3852">
      <w:pPr>
        <w:keepNext/>
        <w:keepLines/>
        <w:pageBreakBefore/>
        <w:spacing w:before="160" w:after="60" w:line="252" w:lineRule="auto"/>
        <w:outlineLvl w:val="0"/>
        <w:rPr>
          <w:rFonts w:ascii="Arial" w:eastAsia="MS Gothic" w:hAnsi="Arial" w:cs="Arial"/>
          <w:b/>
          <w:bCs/>
          <w:color w:val="3D3D3D"/>
          <w:kern w:val="0"/>
          <w:sz w:val="20"/>
          <w:szCs w:val="20"/>
          <w:lang w:val="en-US"/>
          <w14:ligatures w14:val="none"/>
        </w:rPr>
      </w:pPr>
      <w:bookmarkStart w:id="2" w:name="_Toc233017905"/>
      <w:r w:rsidRPr="00AB3852">
        <w:rPr>
          <w:rFonts w:ascii="Arial" w:eastAsia="MS Gothic" w:hAnsi="Arial" w:cs="Arial"/>
          <w:b/>
          <w:bCs/>
          <w:color w:val="3D3D3D"/>
          <w:kern w:val="0"/>
          <w:sz w:val="20"/>
          <w:szCs w:val="20"/>
          <w:lang w:val="en-US"/>
          <w14:ligatures w14:val="none"/>
        </w:rPr>
        <w:lastRenderedPageBreak/>
        <w:t>2. Prepare</w:t>
      </w:r>
      <w:bookmarkEnd w:id="2"/>
    </w:p>
    <w:p w14:paraId="6AFAD4F4"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Complete during plan preparation. Turn the assessment into practical arrangements that can be used before pressure hits.</w:t>
      </w:r>
    </w:p>
    <w:p w14:paraId="33C87A65"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t>2.1 Response roles, contacts and delegated authority register</w:t>
      </w:r>
    </w:p>
    <w:p w14:paraId="3B31B7DB" w14:textId="77777777" w:rsidR="00F97EB8"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 xml:space="preserve">Complete during plan preparation. </w:t>
      </w:r>
    </w:p>
    <w:p w14:paraId="2D0C41F2" w14:textId="11065684"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This is the master register for response roles and delegated authority. Use Appendix B only for detailed contact lists where needed; avoid repeating full contact details in multiple places.</w:t>
      </w:r>
    </w:p>
    <w:tbl>
      <w:tblPr>
        <w:tblStyle w:val="TableGrid"/>
        <w:tblW w:w="15405" w:type="dxa"/>
        <w:jc w:val="center"/>
        <w:tblLayout w:type="fixed"/>
        <w:tblLook w:val="04A0" w:firstRow="1" w:lastRow="0" w:firstColumn="1" w:lastColumn="0" w:noHBand="0" w:noVBand="1"/>
      </w:tblPr>
      <w:tblGrid>
        <w:gridCol w:w="2015"/>
        <w:gridCol w:w="1655"/>
        <w:gridCol w:w="1655"/>
        <w:gridCol w:w="1800"/>
        <w:gridCol w:w="3384"/>
        <w:gridCol w:w="2232"/>
        <w:gridCol w:w="2664"/>
      </w:tblGrid>
      <w:tr w:rsidR="00AB3852" w:rsidRPr="00AB3852" w14:paraId="6D5C2575" w14:textId="77777777" w:rsidTr="005968B1">
        <w:trPr>
          <w:cantSplit/>
          <w:tblHeader/>
          <w:jc w:val="center"/>
        </w:trPr>
        <w:tc>
          <w:tcPr>
            <w:tcW w:w="201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A4A9ECE"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Role / decision area</w:t>
            </w:r>
          </w:p>
        </w:tc>
        <w:tc>
          <w:tcPr>
            <w:tcW w:w="165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BBB2006"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Primary person</w:t>
            </w:r>
          </w:p>
        </w:tc>
        <w:tc>
          <w:tcPr>
            <w:tcW w:w="165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4C86231"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Backup person</w:t>
            </w:r>
          </w:p>
        </w:tc>
        <w:tc>
          <w:tcPr>
            <w:tcW w:w="180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66BCDBD"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Contact details</w:t>
            </w:r>
          </w:p>
        </w:tc>
        <w:tc>
          <w:tcPr>
            <w:tcW w:w="338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0C0A0A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Key responsibilities</w:t>
            </w:r>
          </w:p>
        </w:tc>
        <w:tc>
          <w:tcPr>
            <w:tcW w:w="223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8DF1993"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Delegated authority / access</w:t>
            </w:r>
          </w:p>
        </w:tc>
        <w:tc>
          <w:tcPr>
            <w:tcW w:w="266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1E51B7C"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Limits / evidence required</w:t>
            </w:r>
          </w:p>
        </w:tc>
      </w:tr>
      <w:tr w:rsidR="00AB3852" w:rsidRPr="00AB3852" w14:paraId="00B303F4" w14:textId="77777777" w:rsidTr="005968B1">
        <w:trPr>
          <w:cantSplit/>
          <w:jc w:val="center"/>
        </w:trPr>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315E94D" w14:textId="77777777" w:rsidR="00AB3852" w:rsidRPr="00AB3852" w:rsidRDefault="00AB3852" w:rsidP="00AB3852">
            <w:pPr>
              <w:rPr>
                <w:rFonts w:ascii="Arial" w:hAnsi="Arial" w:cs="Arial"/>
                <w:sz w:val="20"/>
                <w:szCs w:val="20"/>
              </w:rPr>
            </w:pPr>
            <w:r w:rsidRPr="00AB3852">
              <w:rPr>
                <w:rFonts w:ascii="Arial" w:hAnsi="Arial" w:cs="Arial"/>
                <w:sz w:val="20"/>
                <w:szCs w:val="20"/>
              </w:rPr>
              <w:t>Plan owner</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AA3E2BF"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3EA6EE"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96FED0" w14:textId="77777777" w:rsidR="00AB3852" w:rsidRPr="00AB3852" w:rsidRDefault="00AB3852" w:rsidP="00AB3852">
            <w:pPr>
              <w:rPr>
                <w:rFonts w:ascii="Arial" w:hAnsi="Arial" w:cs="Arial"/>
                <w:sz w:val="20"/>
                <w:szCs w:val="20"/>
              </w:rPr>
            </w:pPr>
            <w:r w:rsidRPr="00AB3852">
              <w:rPr>
                <w:rFonts w:ascii="Arial" w:hAnsi="Arial" w:cs="Arial"/>
                <w:sz w:val="20"/>
                <w:szCs w:val="20"/>
              </w:rPr>
              <w:t>[Phone / email]</w:t>
            </w:r>
          </w:p>
        </w:tc>
        <w:tc>
          <w:tcPr>
            <w:tcW w:w="33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BA18E6" w14:textId="77777777" w:rsidR="00AB3852" w:rsidRPr="00AB3852" w:rsidRDefault="00AB3852" w:rsidP="00AB3852">
            <w:pPr>
              <w:rPr>
                <w:rFonts w:ascii="Arial" w:hAnsi="Arial" w:cs="Arial"/>
                <w:sz w:val="20"/>
                <w:szCs w:val="20"/>
              </w:rPr>
            </w:pPr>
            <w:r w:rsidRPr="00AB3852">
              <w:rPr>
                <w:rFonts w:ascii="Arial" w:hAnsi="Arial" w:cs="Arial"/>
                <w:sz w:val="20"/>
                <w:szCs w:val="20"/>
              </w:rPr>
              <w:t>Owns and maintains the plan; ensures reviews and testing occur.</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75A1741" w14:textId="77777777" w:rsidR="00AB3852" w:rsidRPr="00AB3852" w:rsidRDefault="00AB3852" w:rsidP="00AB3852">
            <w:pPr>
              <w:rPr>
                <w:rFonts w:ascii="Arial" w:hAnsi="Arial" w:cs="Arial"/>
                <w:sz w:val="20"/>
                <w:szCs w:val="20"/>
              </w:rPr>
            </w:pPr>
            <w:r w:rsidRPr="00AB3852">
              <w:rPr>
                <w:rFonts w:ascii="Arial" w:hAnsi="Arial" w:cs="Arial"/>
                <w:sz w:val="20"/>
                <w:szCs w:val="20"/>
              </w:rPr>
              <w:t>[Document access / update authority]</w:t>
            </w:r>
          </w:p>
        </w:tc>
        <w:tc>
          <w:tcPr>
            <w:tcW w:w="26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63B0170" w14:textId="77777777" w:rsidR="00AB3852" w:rsidRPr="00AB3852" w:rsidRDefault="00AB3852" w:rsidP="00AB3852">
            <w:pPr>
              <w:rPr>
                <w:rFonts w:ascii="Arial" w:hAnsi="Arial" w:cs="Arial"/>
                <w:sz w:val="20"/>
                <w:szCs w:val="20"/>
              </w:rPr>
            </w:pPr>
            <w:r w:rsidRPr="00AB3852">
              <w:rPr>
                <w:rFonts w:ascii="Arial" w:hAnsi="Arial" w:cs="Arial"/>
                <w:sz w:val="20"/>
                <w:szCs w:val="20"/>
              </w:rPr>
              <w:t>[Version and approval record]</w:t>
            </w:r>
          </w:p>
        </w:tc>
      </w:tr>
      <w:tr w:rsidR="00AB3852" w:rsidRPr="00AB3852" w14:paraId="401955BB" w14:textId="77777777" w:rsidTr="005968B1">
        <w:trPr>
          <w:cantSplit/>
          <w:jc w:val="center"/>
        </w:trPr>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AB4815" w14:textId="77777777" w:rsidR="00AB3852" w:rsidRPr="00AB3852" w:rsidRDefault="00AB3852" w:rsidP="00AB3852">
            <w:pPr>
              <w:rPr>
                <w:rFonts w:ascii="Arial" w:hAnsi="Arial" w:cs="Arial"/>
                <w:sz w:val="20"/>
                <w:szCs w:val="20"/>
              </w:rPr>
            </w:pPr>
            <w:r w:rsidRPr="00AB3852">
              <w:rPr>
                <w:rFonts w:ascii="Arial" w:hAnsi="Arial" w:cs="Arial"/>
                <w:sz w:val="20"/>
                <w:szCs w:val="20"/>
              </w:rPr>
              <w:t>Approver</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F9406C"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2938BD"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C728BC5" w14:textId="77777777" w:rsidR="00AB3852" w:rsidRPr="00AB3852" w:rsidRDefault="00AB3852" w:rsidP="00AB3852">
            <w:pPr>
              <w:rPr>
                <w:rFonts w:ascii="Arial" w:hAnsi="Arial" w:cs="Arial"/>
                <w:sz w:val="20"/>
                <w:szCs w:val="20"/>
              </w:rPr>
            </w:pPr>
            <w:r w:rsidRPr="00AB3852">
              <w:rPr>
                <w:rFonts w:ascii="Arial" w:hAnsi="Arial" w:cs="Arial"/>
                <w:sz w:val="20"/>
                <w:szCs w:val="20"/>
              </w:rPr>
              <w:t>[Phone / email]</w:t>
            </w:r>
          </w:p>
        </w:tc>
        <w:tc>
          <w:tcPr>
            <w:tcW w:w="33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168C7A0" w14:textId="77777777" w:rsidR="00AB3852" w:rsidRPr="00AB3852" w:rsidRDefault="00AB3852" w:rsidP="00AB3852">
            <w:pPr>
              <w:rPr>
                <w:rFonts w:ascii="Arial" w:hAnsi="Arial" w:cs="Arial"/>
                <w:sz w:val="20"/>
                <w:szCs w:val="20"/>
              </w:rPr>
            </w:pPr>
            <w:r w:rsidRPr="00AB3852">
              <w:rPr>
                <w:rFonts w:ascii="Arial" w:hAnsi="Arial" w:cs="Arial"/>
                <w:sz w:val="20"/>
                <w:szCs w:val="20"/>
              </w:rPr>
              <w:t>Approves the plan and material changes.</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BF34C4" w14:textId="77777777" w:rsidR="00AB3852" w:rsidRPr="00AB3852" w:rsidRDefault="00AB3852" w:rsidP="00AB3852">
            <w:pPr>
              <w:rPr>
                <w:rFonts w:ascii="Arial" w:hAnsi="Arial" w:cs="Arial"/>
                <w:sz w:val="20"/>
                <w:szCs w:val="20"/>
              </w:rPr>
            </w:pPr>
            <w:r w:rsidRPr="00AB3852">
              <w:rPr>
                <w:rFonts w:ascii="Arial" w:hAnsi="Arial" w:cs="Arial"/>
                <w:sz w:val="20"/>
                <w:szCs w:val="20"/>
              </w:rPr>
              <w:t>[Approval authority]</w:t>
            </w:r>
          </w:p>
        </w:tc>
        <w:tc>
          <w:tcPr>
            <w:tcW w:w="26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15835EB" w14:textId="77777777" w:rsidR="00AB3852" w:rsidRPr="00AB3852" w:rsidRDefault="00AB3852" w:rsidP="00AB3852">
            <w:pPr>
              <w:rPr>
                <w:rFonts w:ascii="Arial" w:hAnsi="Arial" w:cs="Arial"/>
                <w:sz w:val="20"/>
                <w:szCs w:val="20"/>
              </w:rPr>
            </w:pPr>
            <w:r w:rsidRPr="00AB3852">
              <w:rPr>
                <w:rFonts w:ascii="Arial" w:hAnsi="Arial" w:cs="Arial"/>
                <w:sz w:val="20"/>
                <w:szCs w:val="20"/>
              </w:rPr>
              <w:t>[Approval record]</w:t>
            </w:r>
          </w:p>
        </w:tc>
      </w:tr>
      <w:tr w:rsidR="00AB3852" w:rsidRPr="00AB3852" w14:paraId="39CA1041" w14:textId="77777777" w:rsidTr="005968B1">
        <w:trPr>
          <w:cantSplit/>
          <w:jc w:val="center"/>
        </w:trPr>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FACD36" w14:textId="77777777" w:rsidR="00AB3852" w:rsidRPr="00AB3852" w:rsidRDefault="00AB3852" w:rsidP="00AB3852">
            <w:pPr>
              <w:rPr>
                <w:rFonts w:ascii="Arial" w:hAnsi="Arial" w:cs="Arial"/>
                <w:sz w:val="20"/>
                <w:szCs w:val="20"/>
              </w:rPr>
            </w:pPr>
            <w:r w:rsidRPr="00AB3852">
              <w:rPr>
                <w:rFonts w:ascii="Arial" w:hAnsi="Arial" w:cs="Arial"/>
                <w:sz w:val="20"/>
                <w:szCs w:val="20"/>
              </w:rPr>
              <w:t>Response lead</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9F6821"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6AC02F"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5BB133" w14:textId="77777777" w:rsidR="00AB3852" w:rsidRPr="00AB3852" w:rsidRDefault="00AB3852" w:rsidP="00AB3852">
            <w:pPr>
              <w:rPr>
                <w:rFonts w:ascii="Arial" w:hAnsi="Arial" w:cs="Arial"/>
                <w:sz w:val="20"/>
                <w:szCs w:val="20"/>
              </w:rPr>
            </w:pPr>
            <w:r w:rsidRPr="00AB3852">
              <w:rPr>
                <w:rFonts w:ascii="Arial" w:hAnsi="Arial" w:cs="Arial"/>
                <w:sz w:val="20"/>
                <w:szCs w:val="20"/>
              </w:rPr>
              <w:t>[Phone / email]</w:t>
            </w:r>
          </w:p>
        </w:tc>
        <w:tc>
          <w:tcPr>
            <w:tcW w:w="33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A9E179" w14:textId="77777777" w:rsidR="00AB3852" w:rsidRPr="00AB3852" w:rsidRDefault="00AB3852" w:rsidP="00AB3852">
            <w:pPr>
              <w:rPr>
                <w:rFonts w:ascii="Arial" w:hAnsi="Arial" w:cs="Arial"/>
                <w:sz w:val="20"/>
                <w:szCs w:val="20"/>
              </w:rPr>
            </w:pPr>
            <w:r w:rsidRPr="00AB3852">
              <w:rPr>
                <w:rFonts w:ascii="Arial" w:hAnsi="Arial" w:cs="Arial"/>
                <w:sz w:val="20"/>
                <w:szCs w:val="20"/>
              </w:rPr>
              <w:t>Activates the plan, sets priorities, chairs check-ins and confirms urgent decisions.</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3BA0AB" w14:textId="77777777" w:rsidR="00AB3852" w:rsidRPr="00AB3852" w:rsidRDefault="00AB3852" w:rsidP="00AB3852">
            <w:pPr>
              <w:rPr>
                <w:rFonts w:ascii="Arial" w:hAnsi="Arial" w:cs="Arial"/>
                <w:sz w:val="20"/>
                <w:szCs w:val="20"/>
              </w:rPr>
            </w:pPr>
            <w:r w:rsidRPr="00AB3852">
              <w:rPr>
                <w:rFonts w:ascii="Arial" w:hAnsi="Arial" w:cs="Arial"/>
                <w:sz w:val="20"/>
                <w:szCs w:val="20"/>
              </w:rPr>
              <w:t>[Decision authority / group chat access]</w:t>
            </w:r>
          </w:p>
        </w:tc>
        <w:tc>
          <w:tcPr>
            <w:tcW w:w="26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88FA56C" w14:textId="77777777" w:rsidR="00AB3852" w:rsidRPr="00AB3852" w:rsidRDefault="00AB3852" w:rsidP="00AB3852">
            <w:pPr>
              <w:rPr>
                <w:rFonts w:ascii="Arial" w:hAnsi="Arial" w:cs="Arial"/>
                <w:sz w:val="20"/>
                <w:szCs w:val="20"/>
              </w:rPr>
            </w:pPr>
            <w:r w:rsidRPr="00AB3852">
              <w:rPr>
                <w:rFonts w:ascii="Arial" w:hAnsi="Arial" w:cs="Arial"/>
                <w:sz w:val="20"/>
                <w:szCs w:val="20"/>
              </w:rPr>
              <w:t>[Decision log entry]</w:t>
            </w:r>
          </w:p>
        </w:tc>
      </w:tr>
      <w:tr w:rsidR="00AB3852" w:rsidRPr="00AB3852" w14:paraId="23966FE4" w14:textId="77777777" w:rsidTr="005968B1">
        <w:trPr>
          <w:cantSplit/>
          <w:jc w:val="center"/>
        </w:trPr>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7DE565F" w14:textId="77777777" w:rsidR="00AB3852" w:rsidRPr="00AB3852" w:rsidRDefault="00AB3852" w:rsidP="00AB3852">
            <w:pPr>
              <w:rPr>
                <w:rFonts w:ascii="Arial" w:hAnsi="Arial" w:cs="Arial"/>
                <w:sz w:val="20"/>
                <w:szCs w:val="20"/>
              </w:rPr>
            </w:pPr>
            <w:r w:rsidRPr="00AB3852">
              <w:rPr>
                <w:rFonts w:ascii="Arial" w:hAnsi="Arial" w:cs="Arial"/>
                <w:sz w:val="20"/>
                <w:szCs w:val="20"/>
              </w:rPr>
              <w:t>People lead</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7A43C4C"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2AA1BE3"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2FC72A2" w14:textId="77777777" w:rsidR="00AB3852" w:rsidRPr="00AB3852" w:rsidRDefault="00AB3852" w:rsidP="00AB3852">
            <w:pPr>
              <w:rPr>
                <w:rFonts w:ascii="Arial" w:hAnsi="Arial" w:cs="Arial"/>
                <w:sz w:val="20"/>
                <w:szCs w:val="20"/>
              </w:rPr>
            </w:pPr>
            <w:r w:rsidRPr="00AB3852">
              <w:rPr>
                <w:rFonts w:ascii="Arial" w:hAnsi="Arial" w:cs="Arial"/>
                <w:sz w:val="20"/>
                <w:szCs w:val="20"/>
              </w:rPr>
              <w:t>[Phone / email]</w:t>
            </w:r>
          </w:p>
        </w:tc>
        <w:tc>
          <w:tcPr>
            <w:tcW w:w="33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9C6A046" w14:textId="77777777" w:rsidR="00AB3852" w:rsidRPr="00AB3852" w:rsidRDefault="00AB3852" w:rsidP="00AB3852">
            <w:pPr>
              <w:rPr>
                <w:rFonts w:ascii="Arial" w:hAnsi="Arial" w:cs="Arial"/>
                <w:sz w:val="20"/>
                <w:szCs w:val="20"/>
              </w:rPr>
            </w:pPr>
            <w:r w:rsidRPr="00AB3852">
              <w:rPr>
                <w:rFonts w:ascii="Arial" w:hAnsi="Arial" w:cs="Arial"/>
                <w:sz w:val="20"/>
                <w:szCs w:val="20"/>
              </w:rPr>
              <w:t>Checks safety, wellbeing and staff availability; sends internal updates.</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FF6BBC" w14:textId="77777777" w:rsidR="00AB3852" w:rsidRPr="00AB3852" w:rsidRDefault="00AB3852" w:rsidP="00AB3852">
            <w:pPr>
              <w:rPr>
                <w:rFonts w:ascii="Arial" w:hAnsi="Arial" w:cs="Arial"/>
                <w:sz w:val="20"/>
                <w:szCs w:val="20"/>
              </w:rPr>
            </w:pPr>
            <w:r w:rsidRPr="00AB3852">
              <w:rPr>
                <w:rFonts w:ascii="Arial" w:hAnsi="Arial" w:cs="Arial"/>
                <w:sz w:val="20"/>
                <w:szCs w:val="20"/>
              </w:rPr>
              <w:t>[Staff contact details / wellbeing process]</w:t>
            </w:r>
          </w:p>
        </w:tc>
        <w:tc>
          <w:tcPr>
            <w:tcW w:w="26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8D4B7A7" w14:textId="77777777" w:rsidR="00AB3852" w:rsidRPr="00AB3852" w:rsidRDefault="00AB3852" w:rsidP="00AB3852">
            <w:pPr>
              <w:rPr>
                <w:rFonts w:ascii="Arial" w:hAnsi="Arial" w:cs="Arial"/>
                <w:sz w:val="20"/>
                <w:szCs w:val="20"/>
              </w:rPr>
            </w:pPr>
            <w:r w:rsidRPr="00AB3852">
              <w:rPr>
                <w:rFonts w:ascii="Arial" w:hAnsi="Arial" w:cs="Arial"/>
                <w:sz w:val="20"/>
                <w:szCs w:val="20"/>
              </w:rPr>
              <w:t>[Wellbeing tracker]</w:t>
            </w:r>
          </w:p>
        </w:tc>
      </w:tr>
      <w:tr w:rsidR="00AB3852" w:rsidRPr="00AB3852" w14:paraId="1DB62A32" w14:textId="77777777" w:rsidTr="005968B1">
        <w:trPr>
          <w:cantSplit/>
          <w:jc w:val="center"/>
        </w:trPr>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4F38B8" w14:textId="77777777" w:rsidR="00AB3852" w:rsidRPr="00AB3852" w:rsidRDefault="00AB3852" w:rsidP="00AB3852">
            <w:pPr>
              <w:rPr>
                <w:rFonts w:ascii="Arial" w:hAnsi="Arial" w:cs="Arial"/>
                <w:sz w:val="20"/>
                <w:szCs w:val="20"/>
              </w:rPr>
            </w:pPr>
            <w:r w:rsidRPr="00AB3852">
              <w:rPr>
                <w:rFonts w:ascii="Arial" w:hAnsi="Arial" w:cs="Arial"/>
                <w:sz w:val="20"/>
                <w:szCs w:val="20"/>
              </w:rPr>
              <w:t>Operations lead</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33FE234"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4D5CC4C"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90B2633" w14:textId="77777777" w:rsidR="00AB3852" w:rsidRPr="00AB3852" w:rsidRDefault="00AB3852" w:rsidP="00AB3852">
            <w:pPr>
              <w:rPr>
                <w:rFonts w:ascii="Arial" w:hAnsi="Arial" w:cs="Arial"/>
                <w:sz w:val="20"/>
                <w:szCs w:val="20"/>
              </w:rPr>
            </w:pPr>
            <w:r w:rsidRPr="00AB3852">
              <w:rPr>
                <w:rFonts w:ascii="Arial" w:hAnsi="Arial" w:cs="Arial"/>
                <w:sz w:val="20"/>
                <w:szCs w:val="20"/>
              </w:rPr>
              <w:t>[Phone / email]</w:t>
            </w:r>
          </w:p>
        </w:tc>
        <w:tc>
          <w:tcPr>
            <w:tcW w:w="33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C53AE8" w14:textId="77777777" w:rsidR="00AB3852" w:rsidRPr="00AB3852" w:rsidRDefault="00AB3852" w:rsidP="00AB3852">
            <w:pPr>
              <w:rPr>
                <w:rFonts w:ascii="Arial" w:hAnsi="Arial" w:cs="Arial"/>
                <w:sz w:val="20"/>
                <w:szCs w:val="20"/>
              </w:rPr>
            </w:pPr>
            <w:r w:rsidRPr="00AB3852">
              <w:rPr>
                <w:rFonts w:ascii="Arial" w:hAnsi="Arial" w:cs="Arial"/>
                <w:sz w:val="20"/>
                <w:szCs w:val="20"/>
              </w:rPr>
              <w:t>Confirms affected processes, sites, suppliers and practical recovery actions.</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871C1F4" w14:textId="77777777" w:rsidR="00AB3852" w:rsidRPr="00AB3852" w:rsidRDefault="00AB3852" w:rsidP="00AB3852">
            <w:pPr>
              <w:rPr>
                <w:rFonts w:ascii="Arial" w:hAnsi="Arial" w:cs="Arial"/>
                <w:sz w:val="20"/>
                <w:szCs w:val="20"/>
              </w:rPr>
            </w:pPr>
            <w:r w:rsidRPr="00AB3852">
              <w:rPr>
                <w:rFonts w:ascii="Arial" w:hAnsi="Arial" w:cs="Arial"/>
                <w:sz w:val="20"/>
                <w:szCs w:val="20"/>
              </w:rPr>
              <w:t>[Site / supplier access]</w:t>
            </w:r>
          </w:p>
        </w:tc>
        <w:tc>
          <w:tcPr>
            <w:tcW w:w="26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F2A8827" w14:textId="77777777" w:rsidR="00AB3852" w:rsidRPr="00AB3852" w:rsidRDefault="00AB3852" w:rsidP="00AB3852">
            <w:pPr>
              <w:rPr>
                <w:rFonts w:ascii="Arial" w:hAnsi="Arial" w:cs="Arial"/>
                <w:sz w:val="20"/>
                <w:szCs w:val="20"/>
              </w:rPr>
            </w:pPr>
            <w:r w:rsidRPr="00AB3852">
              <w:rPr>
                <w:rFonts w:ascii="Arial" w:hAnsi="Arial" w:cs="Arial"/>
                <w:sz w:val="20"/>
                <w:szCs w:val="20"/>
              </w:rPr>
              <w:t>[Action log]</w:t>
            </w:r>
          </w:p>
        </w:tc>
      </w:tr>
      <w:tr w:rsidR="00AB3852" w:rsidRPr="00AB3852" w14:paraId="7D0B8727" w14:textId="77777777" w:rsidTr="005968B1">
        <w:trPr>
          <w:cantSplit/>
          <w:jc w:val="center"/>
        </w:trPr>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07D7489" w14:textId="77777777" w:rsidR="00AB3852" w:rsidRPr="00AB3852" w:rsidRDefault="00AB3852" w:rsidP="00AB3852">
            <w:pPr>
              <w:rPr>
                <w:rFonts w:ascii="Arial" w:hAnsi="Arial" w:cs="Arial"/>
                <w:sz w:val="20"/>
                <w:szCs w:val="20"/>
              </w:rPr>
            </w:pPr>
            <w:r w:rsidRPr="00AB3852">
              <w:rPr>
                <w:rFonts w:ascii="Arial" w:hAnsi="Arial" w:cs="Arial"/>
                <w:sz w:val="20"/>
                <w:szCs w:val="20"/>
              </w:rPr>
              <w:t>Technology lead</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7ECAAB3"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5D637A"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BE1FFB" w14:textId="77777777" w:rsidR="00AB3852" w:rsidRPr="00AB3852" w:rsidRDefault="00AB3852" w:rsidP="00AB3852">
            <w:pPr>
              <w:rPr>
                <w:rFonts w:ascii="Arial" w:hAnsi="Arial" w:cs="Arial"/>
                <w:sz w:val="20"/>
                <w:szCs w:val="20"/>
              </w:rPr>
            </w:pPr>
            <w:r w:rsidRPr="00AB3852">
              <w:rPr>
                <w:rFonts w:ascii="Arial" w:hAnsi="Arial" w:cs="Arial"/>
                <w:sz w:val="20"/>
                <w:szCs w:val="20"/>
              </w:rPr>
              <w:t>[Phone / email]</w:t>
            </w:r>
          </w:p>
        </w:tc>
        <w:tc>
          <w:tcPr>
            <w:tcW w:w="33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2DD9FF3" w14:textId="77777777" w:rsidR="00AB3852" w:rsidRPr="00AB3852" w:rsidRDefault="00AB3852" w:rsidP="00AB3852">
            <w:pPr>
              <w:rPr>
                <w:rFonts w:ascii="Arial" w:hAnsi="Arial" w:cs="Arial"/>
                <w:sz w:val="20"/>
                <w:szCs w:val="20"/>
              </w:rPr>
            </w:pPr>
            <w:r w:rsidRPr="00AB3852">
              <w:rPr>
                <w:rFonts w:ascii="Arial" w:hAnsi="Arial" w:cs="Arial"/>
                <w:sz w:val="20"/>
                <w:szCs w:val="20"/>
              </w:rPr>
              <w:t>Checks systems, data, cyber risks and providers; advises what to pause or restart.</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4DF6DB" w14:textId="77777777" w:rsidR="00AB3852" w:rsidRPr="00AB3852" w:rsidRDefault="00AB3852" w:rsidP="00AB3852">
            <w:pPr>
              <w:rPr>
                <w:rFonts w:ascii="Arial" w:hAnsi="Arial" w:cs="Arial"/>
                <w:sz w:val="20"/>
                <w:szCs w:val="20"/>
              </w:rPr>
            </w:pPr>
            <w:r w:rsidRPr="00AB3852">
              <w:rPr>
                <w:rFonts w:ascii="Arial" w:hAnsi="Arial" w:cs="Arial"/>
                <w:sz w:val="20"/>
                <w:szCs w:val="20"/>
              </w:rPr>
              <w:t>[Provider escalation / admin access]</w:t>
            </w:r>
          </w:p>
        </w:tc>
        <w:tc>
          <w:tcPr>
            <w:tcW w:w="26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90417A3" w14:textId="77777777" w:rsidR="00AB3852" w:rsidRPr="00AB3852" w:rsidRDefault="00AB3852" w:rsidP="00AB3852">
            <w:pPr>
              <w:rPr>
                <w:rFonts w:ascii="Arial" w:hAnsi="Arial" w:cs="Arial"/>
                <w:sz w:val="20"/>
                <w:szCs w:val="20"/>
              </w:rPr>
            </w:pPr>
            <w:r w:rsidRPr="00AB3852">
              <w:rPr>
                <w:rFonts w:ascii="Arial" w:hAnsi="Arial" w:cs="Arial"/>
                <w:sz w:val="20"/>
                <w:szCs w:val="20"/>
              </w:rPr>
              <w:t>[Technology advice and logs]</w:t>
            </w:r>
          </w:p>
        </w:tc>
      </w:tr>
      <w:tr w:rsidR="00AB3852" w:rsidRPr="00AB3852" w14:paraId="40104E2B" w14:textId="77777777" w:rsidTr="005968B1">
        <w:trPr>
          <w:cantSplit/>
          <w:jc w:val="center"/>
        </w:trPr>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E4CD330" w14:textId="77777777" w:rsidR="00AB3852" w:rsidRPr="00AB3852" w:rsidRDefault="00AB3852" w:rsidP="00AB3852">
            <w:pPr>
              <w:rPr>
                <w:rFonts w:ascii="Arial" w:hAnsi="Arial" w:cs="Arial"/>
                <w:sz w:val="20"/>
                <w:szCs w:val="20"/>
              </w:rPr>
            </w:pPr>
            <w:r w:rsidRPr="00AB3852">
              <w:rPr>
                <w:rFonts w:ascii="Arial" w:hAnsi="Arial" w:cs="Arial"/>
                <w:sz w:val="20"/>
                <w:szCs w:val="20"/>
              </w:rPr>
              <w:t>Finance lead</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44EA132"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78ABCF3"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07FA28D" w14:textId="77777777" w:rsidR="00AB3852" w:rsidRPr="00AB3852" w:rsidRDefault="00AB3852" w:rsidP="00AB3852">
            <w:pPr>
              <w:rPr>
                <w:rFonts w:ascii="Arial" w:hAnsi="Arial" w:cs="Arial"/>
                <w:sz w:val="20"/>
                <w:szCs w:val="20"/>
              </w:rPr>
            </w:pPr>
            <w:r w:rsidRPr="00AB3852">
              <w:rPr>
                <w:rFonts w:ascii="Arial" w:hAnsi="Arial" w:cs="Arial"/>
                <w:sz w:val="20"/>
                <w:szCs w:val="20"/>
              </w:rPr>
              <w:t>[Phone / email]</w:t>
            </w:r>
          </w:p>
        </w:tc>
        <w:tc>
          <w:tcPr>
            <w:tcW w:w="33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8BC0D4" w14:textId="77777777" w:rsidR="00AB3852" w:rsidRPr="00AB3852" w:rsidRDefault="00AB3852" w:rsidP="00AB3852">
            <w:pPr>
              <w:rPr>
                <w:rFonts w:ascii="Arial" w:hAnsi="Arial" w:cs="Arial"/>
                <w:sz w:val="20"/>
                <w:szCs w:val="20"/>
              </w:rPr>
            </w:pPr>
            <w:r w:rsidRPr="00AB3852">
              <w:rPr>
                <w:rFonts w:ascii="Arial" w:hAnsi="Arial" w:cs="Arial"/>
                <w:sz w:val="20"/>
                <w:szCs w:val="20"/>
              </w:rPr>
              <w:t>Monitors cash, payments, payroll, insurance, funders and cost evidence.</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717B68" w14:textId="77777777" w:rsidR="00AB3852" w:rsidRPr="00AB3852" w:rsidRDefault="00AB3852" w:rsidP="00AB3852">
            <w:pPr>
              <w:rPr>
                <w:rFonts w:ascii="Arial" w:hAnsi="Arial" w:cs="Arial"/>
                <w:sz w:val="20"/>
                <w:szCs w:val="20"/>
              </w:rPr>
            </w:pPr>
            <w:r w:rsidRPr="00AB3852">
              <w:rPr>
                <w:rFonts w:ascii="Arial" w:hAnsi="Arial" w:cs="Arial"/>
                <w:sz w:val="20"/>
                <w:szCs w:val="20"/>
              </w:rPr>
              <w:t>[Bank / payroll / insurance access]</w:t>
            </w:r>
          </w:p>
        </w:tc>
        <w:tc>
          <w:tcPr>
            <w:tcW w:w="26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97F7F4" w14:textId="77777777" w:rsidR="00AB3852" w:rsidRPr="00AB3852" w:rsidRDefault="00AB3852" w:rsidP="00AB3852">
            <w:pPr>
              <w:rPr>
                <w:rFonts w:ascii="Arial" w:hAnsi="Arial" w:cs="Arial"/>
                <w:sz w:val="20"/>
                <w:szCs w:val="20"/>
              </w:rPr>
            </w:pPr>
            <w:r w:rsidRPr="00AB3852">
              <w:rPr>
                <w:rFonts w:ascii="Arial" w:hAnsi="Arial" w:cs="Arial"/>
                <w:sz w:val="20"/>
                <w:szCs w:val="20"/>
              </w:rPr>
              <w:t>[Approvals, invoices, claim evidence]</w:t>
            </w:r>
          </w:p>
        </w:tc>
      </w:tr>
      <w:tr w:rsidR="00AB3852" w:rsidRPr="00AB3852" w14:paraId="76064EBC" w14:textId="77777777" w:rsidTr="005968B1">
        <w:trPr>
          <w:cantSplit/>
          <w:jc w:val="center"/>
        </w:trPr>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C938B48" w14:textId="77777777" w:rsidR="00AB3852" w:rsidRPr="00AB3852" w:rsidRDefault="00AB3852" w:rsidP="00AB3852">
            <w:pPr>
              <w:rPr>
                <w:rFonts w:ascii="Arial" w:hAnsi="Arial" w:cs="Arial"/>
                <w:sz w:val="20"/>
                <w:szCs w:val="20"/>
              </w:rPr>
            </w:pPr>
            <w:r w:rsidRPr="00AB3852">
              <w:rPr>
                <w:rFonts w:ascii="Arial" w:hAnsi="Arial" w:cs="Arial"/>
                <w:sz w:val="20"/>
                <w:szCs w:val="20"/>
              </w:rPr>
              <w:t>Communications lead</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5323D2"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79200E3" w14:textId="77777777" w:rsidR="00AB3852" w:rsidRPr="00AB3852" w:rsidRDefault="00AB3852" w:rsidP="00AB3852">
            <w:pPr>
              <w:rPr>
                <w:rFonts w:ascii="Arial" w:hAnsi="Arial" w:cs="Arial"/>
                <w:sz w:val="20"/>
                <w:szCs w:val="20"/>
              </w:rPr>
            </w:pPr>
            <w:r w:rsidRPr="00AB3852">
              <w:rPr>
                <w:rFonts w:ascii="Arial" w:hAnsi="Arial" w:cs="Arial"/>
                <w:sz w:val="20"/>
                <w:szCs w:val="20"/>
              </w:rPr>
              <w:t>[Name / role]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738D6E2" w14:textId="77777777" w:rsidR="00AB3852" w:rsidRPr="00AB3852" w:rsidRDefault="00AB3852" w:rsidP="00AB3852">
            <w:pPr>
              <w:rPr>
                <w:rFonts w:ascii="Arial" w:hAnsi="Arial" w:cs="Arial"/>
                <w:sz w:val="20"/>
                <w:szCs w:val="20"/>
              </w:rPr>
            </w:pPr>
            <w:r w:rsidRPr="00AB3852">
              <w:rPr>
                <w:rFonts w:ascii="Arial" w:hAnsi="Arial" w:cs="Arial"/>
                <w:sz w:val="20"/>
                <w:szCs w:val="20"/>
              </w:rPr>
              <w:t>[Phone / email]</w:t>
            </w:r>
          </w:p>
        </w:tc>
        <w:tc>
          <w:tcPr>
            <w:tcW w:w="33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A9894CF" w14:textId="77777777" w:rsidR="00AB3852" w:rsidRPr="00AB3852" w:rsidRDefault="00AB3852" w:rsidP="00AB3852">
            <w:pPr>
              <w:rPr>
                <w:rFonts w:ascii="Arial" w:hAnsi="Arial" w:cs="Arial"/>
                <w:sz w:val="20"/>
                <w:szCs w:val="20"/>
              </w:rPr>
            </w:pPr>
            <w:r w:rsidRPr="00AB3852">
              <w:rPr>
                <w:rFonts w:ascii="Arial" w:hAnsi="Arial" w:cs="Arial"/>
                <w:sz w:val="20"/>
                <w:szCs w:val="20"/>
              </w:rPr>
              <w:t>Prepares and records staff, customer, supplier and external messages.</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91BB04" w14:textId="77777777" w:rsidR="00AB3852" w:rsidRPr="00AB3852" w:rsidRDefault="00AB3852" w:rsidP="00AB3852">
            <w:pPr>
              <w:rPr>
                <w:rFonts w:ascii="Arial" w:hAnsi="Arial" w:cs="Arial"/>
                <w:sz w:val="20"/>
                <w:szCs w:val="20"/>
              </w:rPr>
            </w:pPr>
            <w:r w:rsidRPr="00AB3852">
              <w:rPr>
                <w:rFonts w:ascii="Arial" w:hAnsi="Arial" w:cs="Arial"/>
                <w:sz w:val="20"/>
                <w:szCs w:val="20"/>
              </w:rPr>
              <w:t>[Message channels / templates]</w:t>
            </w:r>
          </w:p>
        </w:tc>
        <w:tc>
          <w:tcPr>
            <w:tcW w:w="26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C05EEC" w14:textId="77777777" w:rsidR="00AB3852" w:rsidRPr="00AB3852" w:rsidRDefault="00AB3852" w:rsidP="00AB3852">
            <w:pPr>
              <w:rPr>
                <w:rFonts w:ascii="Arial" w:hAnsi="Arial" w:cs="Arial"/>
                <w:sz w:val="20"/>
                <w:szCs w:val="20"/>
              </w:rPr>
            </w:pPr>
            <w:r w:rsidRPr="00AB3852">
              <w:rPr>
                <w:rFonts w:ascii="Arial" w:hAnsi="Arial" w:cs="Arial"/>
                <w:sz w:val="20"/>
                <w:szCs w:val="20"/>
              </w:rPr>
              <w:t>[Approved message copy]</w:t>
            </w:r>
          </w:p>
        </w:tc>
      </w:tr>
      <w:tr w:rsidR="00AB3852" w:rsidRPr="00AB3852" w14:paraId="4CA72CE2" w14:textId="77777777" w:rsidTr="005968B1">
        <w:trPr>
          <w:cantSplit/>
          <w:jc w:val="center"/>
        </w:trPr>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077BAE" w14:textId="77777777" w:rsidR="00AB3852" w:rsidRPr="00AB3852" w:rsidRDefault="00AB3852" w:rsidP="00AB3852">
            <w:pPr>
              <w:rPr>
                <w:rFonts w:ascii="Arial" w:hAnsi="Arial" w:cs="Arial"/>
                <w:sz w:val="20"/>
                <w:szCs w:val="20"/>
              </w:rPr>
            </w:pPr>
            <w:r w:rsidRPr="00AB3852">
              <w:rPr>
                <w:rFonts w:ascii="Arial" w:hAnsi="Arial" w:cs="Arial"/>
                <w:sz w:val="20"/>
                <w:szCs w:val="20"/>
              </w:rPr>
              <w:lastRenderedPageBreak/>
              <w:t>External statements</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920A5F1" w14:textId="77777777" w:rsidR="00AB3852" w:rsidRPr="00AB3852" w:rsidRDefault="00AB3852" w:rsidP="00AB3852">
            <w:pPr>
              <w:rPr>
                <w:rFonts w:ascii="Arial" w:hAnsi="Arial" w:cs="Arial"/>
                <w:sz w:val="20"/>
                <w:szCs w:val="20"/>
              </w:rPr>
            </w:pPr>
            <w:r w:rsidRPr="00AB3852">
              <w:rPr>
                <w:rFonts w:ascii="Arial" w:hAnsi="Arial" w:cs="Arial"/>
                <w:sz w:val="20"/>
                <w:szCs w:val="20"/>
              </w:rPr>
              <w:t>[Role]</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48ADF67" w14:textId="77777777" w:rsidR="00AB3852" w:rsidRPr="00AB3852" w:rsidRDefault="00AB3852" w:rsidP="00AB3852">
            <w:pPr>
              <w:rPr>
                <w:rFonts w:ascii="Arial" w:hAnsi="Arial" w:cs="Arial"/>
                <w:sz w:val="20"/>
                <w:szCs w:val="20"/>
              </w:rPr>
            </w:pPr>
            <w:r w:rsidRPr="00AB3852">
              <w:rPr>
                <w:rFonts w:ascii="Arial" w:hAnsi="Arial" w:cs="Arial"/>
                <w:sz w:val="20"/>
                <w:szCs w:val="20"/>
              </w:rPr>
              <w:t>[Backup role]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A92585" w14:textId="77777777" w:rsidR="00AB3852" w:rsidRPr="00AB3852" w:rsidRDefault="00AB3852" w:rsidP="00AB3852">
            <w:pPr>
              <w:rPr>
                <w:rFonts w:ascii="Arial" w:hAnsi="Arial" w:cs="Arial"/>
                <w:sz w:val="20"/>
                <w:szCs w:val="20"/>
              </w:rPr>
            </w:pPr>
            <w:r w:rsidRPr="00AB3852">
              <w:rPr>
                <w:rFonts w:ascii="Arial" w:hAnsi="Arial" w:cs="Arial"/>
                <w:sz w:val="20"/>
                <w:szCs w:val="20"/>
              </w:rPr>
              <w:t>[Contact]</w:t>
            </w:r>
          </w:p>
        </w:tc>
        <w:tc>
          <w:tcPr>
            <w:tcW w:w="33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113483" w14:textId="77777777" w:rsidR="00AB3852" w:rsidRPr="00AB3852" w:rsidRDefault="00AB3852" w:rsidP="00AB3852">
            <w:pPr>
              <w:rPr>
                <w:rFonts w:ascii="Arial" w:hAnsi="Arial" w:cs="Arial"/>
                <w:sz w:val="20"/>
                <w:szCs w:val="20"/>
              </w:rPr>
            </w:pPr>
            <w:r w:rsidRPr="00AB3852">
              <w:rPr>
                <w:rFonts w:ascii="Arial" w:hAnsi="Arial" w:cs="Arial"/>
                <w:sz w:val="20"/>
                <w:szCs w:val="20"/>
              </w:rPr>
              <w:t>Approves public, media, regulator, insurer or funder communications.</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1184D38" w14:textId="77777777" w:rsidR="00AB3852" w:rsidRPr="00AB3852" w:rsidRDefault="00AB3852" w:rsidP="00AB3852">
            <w:pPr>
              <w:rPr>
                <w:rFonts w:ascii="Arial" w:hAnsi="Arial" w:cs="Arial"/>
                <w:sz w:val="20"/>
                <w:szCs w:val="20"/>
              </w:rPr>
            </w:pPr>
            <w:r w:rsidRPr="00AB3852">
              <w:rPr>
                <w:rFonts w:ascii="Arial" w:hAnsi="Arial" w:cs="Arial"/>
                <w:sz w:val="20"/>
                <w:szCs w:val="20"/>
              </w:rPr>
              <w:t>[Approval authority]</w:t>
            </w:r>
          </w:p>
        </w:tc>
        <w:tc>
          <w:tcPr>
            <w:tcW w:w="26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C57500F" w14:textId="77777777" w:rsidR="00AB3852" w:rsidRPr="00AB3852" w:rsidRDefault="00AB3852" w:rsidP="00AB3852">
            <w:pPr>
              <w:rPr>
                <w:rFonts w:ascii="Arial" w:hAnsi="Arial" w:cs="Arial"/>
                <w:sz w:val="20"/>
                <w:szCs w:val="20"/>
              </w:rPr>
            </w:pPr>
            <w:r w:rsidRPr="00AB3852">
              <w:rPr>
                <w:rFonts w:ascii="Arial" w:hAnsi="Arial" w:cs="Arial"/>
                <w:sz w:val="20"/>
                <w:szCs w:val="20"/>
              </w:rPr>
              <w:t>[Approved wording and recipients]</w:t>
            </w:r>
          </w:p>
        </w:tc>
      </w:tr>
      <w:tr w:rsidR="00AB3852" w:rsidRPr="00AB3852" w14:paraId="6CB41630" w14:textId="77777777" w:rsidTr="005968B1">
        <w:trPr>
          <w:cantSplit/>
          <w:jc w:val="center"/>
        </w:trPr>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71C759" w14:textId="77777777" w:rsidR="00AB3852" w:rsidRPr="00AB3852" w:rsidRDefault="00AB3852" w:rsidP="00AB3852">
            <w:pPr>
              <w:rPr>
                <w:rFonts w:ascii="Arial" w:hAnsi="Arial" w:cs="Arial"/>
                <w:sz w:val="20"/>
                <w:szCs w:val="20"/>
              </w:rPr>
            </w:pPr>
            <w:proofErr w:type="gramStart"/>
            <w:r w:rsidRPr="00AB3852">
              <w:rPr>
                <w:rFonts w:ascii="Arial" w:hAnsi="Arial" w:cs="Arial"/>
                <w:sz w:val="20"/>
                <w:szCs w:val="20"/>
              </w:rPr>
              <w:t>Emergency</w:t>
            </w:r>
            <w:proofErr w:type="gramEnd"/>
            <w:r w:rsidRPr="00AB3852">
              <w:rPr>
                <w:rFonts w:ascii="Arial" w:hAnsi="Arial" w:cs="Arial"/>
                <w:sz w:val="20"/>
                <w:szCs w:val="20"/>
              </w:rPr>
              <w:t xml:space="preserve"> spend</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F974BA" w14:textId="77777777" w:rsidR="00AB3852" w:rsidRPr="00AB3852" w:rsidRDefault="00AB3852" w:rsidP="00AB3852">
            <w:pPr>
              <w:rPr>
                <w:rFonts w:ascii="Arial" w:hAnsi="Arial" w:cs="Arial"/>
                <w:sz w:val="20"/>
                <w:szCs w:val="20"/>
              </w:rPr>
            </w:pPr>
            <w:r w:rsidRPr="00AB3852">
              <w:rPr>
                <w:rFonts w:ascii="Arial" w:hAnsi="Arial" w:cs="Arial"/>
                <w:sz w:val="20"/>
                <w:szCs w:val="20"/>
              </w:rPr>
              <w:t>[Role]</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BFFE3C8" w14:textId="77777777" w:rsidR="00AB3852" w:rsidRPr="00AB3852" w:rsidRDefault="00AB3852" w:rsidP="00AB3852">
            <w:pPr>
              <w:rPr>
                <w:rFonts w:ascii="Arial" w:hAnsi="Arial" w:cs="Arial"/>
                <w:sz w:val="20"/>
                <w:szCs w:val="20"/>
              </w:rPr>
            </w:pPr>
            <w:r w:rsidRPr="00AB3852">
              <w:rPr>
                <w:rFonts w:ascii="Arial" w:hAnsi="Arial" w:cs="Arial"/>
                <w:sz w:val="20"/>
                <w:szCs w:val="20"/>
              </w:rPr>
              <w:t>[Backup role]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D22BD2" w14:textId="77777777" w:rsidR="00AB3852" w:rsidRPr="00AB3852" w:rsidRDefault="00AB3852" w:rsidP="00AB3852">
            <w:pPr>
              <w:rPr>
                <w:rFonts w:ascii="Arial" w:hAnsi="Arial" w:cs="Arial"/>
                <w:sz w:val="20"/>
                <w:szCs w:val="20"/>
              </w:rPr>
            </w:pPr>
            <w:r w:rsidRPr="00AB3852">
              <w:rPr>
                <w:rFonts w:ascii="Arial" w:hAnsi="Arial" w:cs="Arial"/>
                <w:sz w:val="20"/>
                <w:szCs w:val="20"/>
              </w:rPr>
              <w:t>[Contact]</w:t>
            </w:r>
          </w:p>
        </w:tc>
        <w:tc>
          <w:tcPr>
            <w:tcW w:w="33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3E81207"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Approves urgent </w:t>
            </w:r>
            <w:proofErr w:type="gramStart"/>
            <w:r w:rsidRPr="00AB3852">
              <w:rPr>
                <w:rFonts w:ascii="Arial" w:hAnsi="Arial" w:cs="Arial"/>
                <w:sz w:val="20"/>
                <w:szCs w:val="20"/>
              </w:rPr>
              <w:t>spend</w:t>
            </w:r>
            <w:proofErr w:type="gramEnd"/>
            <w:r w:rsidRPr="00AB3852">
              <w:rPr>
                <w:rFonts w:ascii="Arial" w:hAnsi="Arial" w:cs="Arial"/>
                <w:sz w:val="20"/>
                <w:szCs w:val="20"/>
              </w:rPr>
              <w:t xml:space="preserve"> needed to protect people, assets, customers or recovery.</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9083808" w14:textId="77777777" w:rsidR="00AB3852" w:rsidRPr="00AB3852" w:rsidRDefault="00AB3852" w:rsidP="00AB3852">
            <w:pPr>
              <w:rPr>
                <w:rFonts w:ascii="Arial" w:hAnsi="Arial" w:cs="Arial"/>
                <w:sz w:val="20"/>
                <w:szCs w:val="20"/>
              </w:rPr>
            </w:pPr>
            <w:r w:rsidRPr="00AB3852">
              <w:rPr>
                <w:rFonts w:ascii="Arial" w:hAnsi="Arial" w:cs="Arial"/>
                <w:sz w:val="20"/>
                <w:szCs w:val="20"/>
              </w:rPr>
              <w:t>[Spend authority]</w:t>
            </w:r>
          </w:p>
        </w:tc>
        <w:tc>
          <w:tcPr>
            <w:tcW w:w="26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5A9287" w14:textId="77777777" w:rsidR="00AB3852" w:rsidRPr="00AB3852" w:rsidRDefault="00AB3852" w:rsidP="00AB3852">
            <w:pPr>
              <w:rPr>
                <w:rFonts w:ascii="Arial" w:hAnsi="Arial" w:cs="Arial"/>
                <w:sz w:val="20"/>
                <w:szCs w:val="20"/>
              </w:rPr>
            </w:pPr>
            <w:r w:rsidRPr="00AB3852">
              <w:rPr>
                <w:rFonts w:ascii="Arial" w:hAnsi="Arial" w:cs="Arial"/>
                <w:sz w:val="20"/>
                <w:szCs w:val="20"/>
              </w:rPr>
              <w:t>Up to $[amount]; quote/invoice/rationale required.</w:t>
            </w:r>
          </w:p>
        </w:tc>
      </w:tr>
      <w:tr w:rsidR="00AB3852" w:rsidRPr="00AB3852" w14:paraId="4C044051" w14:textId="77777777" w:rsidTr="005968B1">
        <w:trPr>
          <w:cantSplit/>
          <w:jc w:val="center"/>
        </w:trPr>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C424C6" w14:textId="77777777" w:rsidR="00AB3852" w:rsidRPr="00AB3852" w:rsidRDefault="00AB3852" w:rsidP="00AB3852">
            <w:pPr>
              <w:rPr>
                <w:rFonts w:ascii="Arial" w:hAnsi="Arial" w:cs="Arial"/>
                <w:sz w:val="20"/>
                <w:szCs w:val="20"/>
              </w:rPr>
            </w:pPr>
            <w:r w:rsidRPr="00AB3852">
              <w:rPr>
                <w:rFonts w:ascii="Arial" w:hAnsi="Arial" w:cs="Arial"/>
                <w:sz w:val="20"/>
                <w:szCs w:val="20"/>
              </w:rPr>
              <w:t>Banking / payroll approval</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C3AB27" w14:textId="77777777" w:rsidR="00AB3852" w:rsidRPr="00AB3852" w:rsidRDefault="00AB3852" w:rsidP="00AB3852">
            <w:pPr>
              <w:rPr>
                <w:rFonts w:ascii="Arial" w:hAnsi="Arial" w:cs="Arial"/>
                <w:sz w:val="20"/>
                <w:szCs w:val="20"/>
              </w:rPr>
            </w:pPr>
            <w:r w:rsidRPr="00AB3852">
              <w:rPr>
                <w:rFonts w:ascii="Arial" w:hAnsi="Arial" w:cs="Arial"/>
                <w:sz w:val="20"/>
                <w:szCs w:val="20"/>
              </w:rPr>
              <w:t>[Role]</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89CE3C" w14:textId="77777777" w:rsidR="00AB3852" w:rsidRPr="00AB3852" w:rsidRDefault="00AB3852" w:rsidP="00AB3852">
            <w:pPr>
              <w:rPr>
                <w:rFonts w:ascii="Arial" w:hAnsi="Arial" w:cs="Arial"/>
                <w:sz w:val="20"/>
                <w:szCs w:val="20"/>
              </w:rPr>
            </w:pPr>
            <w:r w:rsidRPr="00AB3852">
              <w:rPr>
                <w:rFonts w:ascii="Arial" w:hAnsi="Arial" w:cs="Arial"/>
                <w:sz w:val="20"/>
                <w:szCs w:val="20"/>
              </w:rPr>
              <w:t>[Backup role]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B9B02F" w14:textId="77777777" w:rsidR="00AB3852" w:rsidRPr="00AB3852" w:rsidRDefault="00AB3852" w:rsidP="00AB3852">
            <w:pPr>
              <w:rPr>
                <w:rFonts w:ascii="Arial" w:hAnsi="Arial" w:cs="Arial"/>
                <w:sz w:val="20"/>
                <w:szCs w:val="20"/>
              </w:rPr>
            </w:pPr>
            <w:r w:rsidRPr="00AB3852">
              <w:rPr>
                <w:rFonts w:ascii="Arial" w:hAnsi="Arial" w:cs="Arial"/>
                <w:sz w:val="20"/>
                <w:szCs w:val="20"/>
              </w:rPr>
              <w:t>[Contact]</w:t>
            </w:r>
          </w:p>
        </w:tc>
        <w:tc>
          <w:tcPr>
            <w:tcW w:w="33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EA8D37D" w14:textId="77777777" w:rsidR="00AB3852" w:rsidRPr="00AB3852" w:rsidRDefault="00AB3852" w:rsidP="00AB3852">
            <w:pPr>
              <w:rPr>
                <w:rFonts w:ascii="Arial" w:hAnsi="Arial" w:cs="Arial"/>
                <w:sz w:val="20"/>
                <w:szCs w:val="20"/>
              </w:rPr>
            </w:pPr>
            <w:proofErr w:type="gramStart"/>
            <w:r w:rsidRPr="00AB3852">
              <w:rPr>
                <w:rFonts w:ascii="Arial" w:hAnsi="Arial" w:cs="Arial"/>
                <w:sz w:val="20"/>
                <w:szCs w:val="20"/>
              </w:rPr>
              <w:t>Confirms</w:t>
            </w:r>
            <w:proofErr w:type="gramEnd"/>
            <w:r w:rsidRPr="00AB3852">
              <w:rPr>
                <w:rFonts w:ascii="Arial" w:hAnsi="Arial" w:cs="Arial"/>
                <w:sz w:val="20"/>
                <w:szCs w:val="20"/>
              </w:rPr>
              <w:t xml:space="preserve"> payments, payroll and banking approvals can continue.</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DC64924" w14:textId="77777777" w:rsidR="00AB3852" w:rsidRPr="00AB3852" w:rsidRDefault="00AB3852" w:rsidP="00AB3852">
            <w:pPr>
              <w:rPr>
                <w:rFonts w:ascii="Arial" w:hAnsi="Arial" w:cs="Arial"/>
                <w:sz w:val="20"/>
                <w:szCs w:val="20"/>
              </w:rPr>
            </w:pPr>
            <w:r w:rsidRPr="00AB3852">
              <w:rPr>
                <w:rFonts w:ascii="Arial" w:hAnsi="Arial" w:cs="Arial"/>
                <w:sz w:val="20"/>
                <w:szCs w:val="20"/>
              </w:rPr>
              <w:t>[Bank tokens / dual approval]</w:t>
            </w:r>
          </w:p>
        </w:tc>
        <w:tc>
          <w:tcPr>
            <w:tcW w:w="26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F09EAE" w14:textId="77777777" w:rsidR="00AB3852" w:rsidRPr="00AB3852" w:rsidRDefault="00AB3852" w:rsidP="00AB3852">
            <w:pPr>
              <w:rPr>
                <w:rFonts w:ascii="Arial" w:hAnsi="Arial" w:cs="Arial"/>
                <w:sz w:val="20"/>
                <w:szCs w:val="20"/>
              </w:rPr>
            </w:pPr>
            <w:r w:rsidRPr="00AB3852">
              <w:rPr>
                <w:rFonts w:ascii="Arial" w:hAnsi="Arial" w:cs="Arial"/>
                <w:sz w:val="20"/>
                <w:szCs w:val="20"/>
              </w:rPr>
              <w:t>[Approval record]</w:t>
            </w:r>
          </w:p>
        </w:tc>
      </w:tr>
      <w:tr w:rsidR="005968B1" w:rsidRPr="00AB3852" w14:paraId="72D53FE2" w14:textId="77777777" w:rsidTr="005968B1">
        <w:trPr>
          <w:cantSplit/>
          <w:trHeight w:val="340"/>
          <w:jc w:val="center"/>
        </w:trPr>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8AC34F" w14:textId="77777777" w:rsidR="005968B1" w:rsidRPr="00AB3852" w:rsidRDefault="005968B1" w:rsidP="00AB3852">
            <w:pPr>
              <w:rPr>
                <w:rFonts w:ascii="Arial" w:hAnsi="Arial" w:cs="Arial"/>
                <w:sz w:val="20"/>
                <w:szCs w:val="20"/>
              </w:rPr>
            </w:pP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738FA1" w14:textId="77777777" w:rsidR="005968B1" w:rsidRPr="00AB3852" w:rsidRDefault="005968B1" w:rsidP="00AB3852">
            <w:pPr>
              <w:rPr>
                <w:rFonts w:ascii="Arial" w:hAnsi="Arial" w:cs="Arial"/>
                <w:sz w:val="20"/>
                <w:szCs w:val="20"/>
              </w:rPr>
            </w:pP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D59FCE9" w14:textId="77777777" w:rsidR="005968B1" w:rsidRPr="00AB3852" w:rsidRDefault="005968B1" w:rsidP="00AB3852">
            <w:pPr>
              <w:rPr>
                <w:rFonts w:ascii="Arial" w:hAnsi="Arial" w:cs="Arial"/>
                <w:sz w:val="20"/>
                <w:szCs w:val="20"/>
              </w:rPr>
            </w:pP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048664B" w14:textId="77777777" w:rsidR="005968B1" w:rsidRPr="00AB3852" w:rsidRDefault="005968B1" w:rsidP="00AB3852">
            <w:pPr>
              <w:rPr>
                <w:rFonts w:ascii="Arial" w:hAnsi="Arial" w:cs="Arial"/>
                <w:sz w:val="20"/>
                <w:szCs w:val="20"/>
              </w:rPr>
            </w:pPr>
          </w:p>
        </w:tc>
        <w:tc>
          <w:tcPr>
            <w:tcW w:w="33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488F13B" w14:textId="77777777" w:rsidR="005968B1" w:rsidRPr="00AB3852" w:rsidRDefault="005968B1" w:rsidP="00AB3852">
            <w:pPr>
              <w:rPr>
                <w:rFonts w:ascii="Arial" w:hAnsi="Arial" w:cs="Arial"/>
                <w:sz w:val="20"/>
                <w:szCs w:val="20"/>
              </w:rPr>
            </w:pP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9B6829" w14:textId="77777777" w:rsidR="005968B1" w:rsidRPr="00AB3852" w:rsidRDefault="005968B1" w:rsidP="00AB3852">
            <w:pPr>
              <w:rPr>
                <w:rFonts w:ascii="Arial" w:hAnsi="Arial" w:cs="Arial"/>
                <w:sz w:val="20"/>
                <w:szCs w:val="20"/>
              </w:rPr>
            </w:pPr>
          </w:p>
        </w:tc>
        <w:tc>
          <w:tcPr>
            <w:tcW w:w="26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8F7BB33" w14:textId="77777777" w:rsidR="005968B1" w:rsidRPr="00AB3852" w:rsidRDefault="005968B1" w:rsidP="00AB3852">
            <w:pPr>
              <w:rPr>
                <w:rFonts w:ascii="Arial" w:hAnsi="Arial" w:cs="Arial"/>
                <w:sz w:val="20"/>
                <w:szCs w:val="20"/>
              </w:rPr>
            </w:pPr>
          </w:p>
        </w:tc>
      </w:tr>
      <w:tr w:rsidR="005968B1" w:rsidRPr="00AB3852" w14:paraId="2668D1C1" w14:textId="77777777" w:rsidTr="005968B1">
        <w:trPr>
          <w:cantSplit/>
          <w:trHeight w:val="340"/>
          <w:jc w:val="center"/>
        </w:trPr>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57D4388" w14:textId="77777777" w:rsidR="005968B1" w:rsidRPr="00AB3852" w:rsidRDefault="005968B1" w:rsidP="00AB3852">
            <w:pPr>
              <w:rPr>
                <w:rFonts w:ascii="Arial" w:hAnsi="Arial" w:cs="Arial"/>
                <w:sz w:val="20"/>
                <w:szCs w:val="20"/>
              </w:rPr>
            </w:pP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1947B9E" w14:textId="77777777" w:rsidR="005968B1" w:rsidRPr="00AB3852" w:rsidRDefault="005968B1" w:rsidP="00AB3852">
            <w:pPr>
              <w:rPr>
                <w:rFonts w:ascii="Arial" w:hAnsi="Arial" w:cs="Arial"/>
                <w:sz w:val="20"/>
                <w:szCs w:val="20"/>
              </w:rPr>
            </w:pP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57339D" w14:textId="77777777" w:rsidR="005968B1" w:rsidRPr="00AB3852" w:rsidRDefault="005968B1" w:rsidP="00AB3852">
            <w:pPr>
              <w:rPr>
                <w:rFonts w:ascii="Arial" w:hAnsi="Arial" w:cs="Arial"/>
                <w:sz w:val="20"/>
                <w:szCs w:val="20"/>
              </w:rPr>
            </w:pP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463F85C" w14:textId="77777777" w:rsidR="005968B1" w:rsidRPr="00AB3852" w:rsidRDefault="005968B1" w:rsidP="00AB3852">
            <w:pPr>
              <w:rPr>
                <w:rFonts w:ascii="Arial" w:hAnsi="Arial" w:cs="Arial"/>
                <w:sz w:val="20"/>
                <w:szCs w:val="20"/>
              </w:rPr>
            </w:pPr>
          </w:p>
        </w:tc>
        <w:tc>
          <w:tcPr>
            <w:tcW w:w="33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3BB199" w14:textId="77777777" w:rsidR="005968B1" w:rsidRPr="00AB3852" w:rsidRDefault="005968B1" w:rsidP="00AB3852">
            <w:pPr>
              <w:rPr>
                <w:rFonts w:ascii="Arial" w:hAnsi="Arial" w:cs="Arial"/>
                <w:sz w:val="20"/>
                <w:szCs w:val="20"/>
              </w:rPr>
            </w:pP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F18FBB2" w14:textId="77777777" w:rsidR="005968B1" w:rsidRPr="00AB3852" w:rsidRDefault="005968B1" w:rsidP="00AB3852">
            <w:pPr>
              <w:rPr>
                <w:rFonts w:ascii="Arial" w:hAnsi="Arial" w:cs="Arial"/>
                <w:sz w:val="20"/>
                <w:szCs w:val="20"/>
              </w:rPr>
            </w:pPr>
          </w:p>
        </w:tc>
        <w:tc>
          <w:tcPr>
            <w:tcW w:w="26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C7CAF96" w14:textId="77777777" w:rsidR="005968B1" w:rsidRPr="00AB3852" w:rsidRDefault="005968B1" w:rsidP="00AB3852">
            <w:pPr>
              <w:rPr>
                <w:rFonts w:ascii="Arial" w:hAnsi="Arial" w:cs="Arial"/>
                <w:sz w:val="20"/>
                <w:szCs w:val="20"/>
              </w:rPr>
            </w:pPr>
          </w:p>
        </w:tc>
      </w:tr>
    </w:tbl>
    <w:p w14:paraId="5A244BBA"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3D79F26A" w14:textId="77777777" w:rsidR="00AB3852" w:rsidRPr="00AB3852" w:rsidRDefault="00AB3852" w:rsidP="00AB3852">
      <w:pPr>
        <w:spacing w:after="200" w:line="276" w:lineRule="auto"/>
        <w:rPr>
          <w:rFonts w:ascii="Arial" w:eastAsia="MS Gothic" w:hAnsi="Arial" w:cs="Arial"/>
          <w:b/>
          <w:bCs/>
          <w:color w:val="3D3D3D"/>
          <w:kern w:val="0"/>
          <w:sz w:val="20"/>
          <w:szCs w:val="20"/>
          <w:lang w:val="en-US"/>
          <w14:ligatures w14:val="none"/>
        </w:rPr>
      </w:pPr>
      <w:r w:rsidRPr="00AB3852">
        <w:rPr>
          <w:rFonts w:ascii="Arial" w:eastAsia="MS Mincho" w:hAnsi="Arial" w:cs="Arial"/>
          <w:kern w:val="0"/>
          <w:sz w:val="20"/>
          <w:szCs w:val="20"/>
          <w:lang w:val="en-US"/>
          <w14:ligatures w14:val="none"/>
        </w:rPr>
        <w:br w:type="page"/>
      </w:r>
    </w:p>
    <w:p w14:paraId="0A55B02B"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2.2 Dependencies, single points of failure and improvement action register</w:t>
      </w:r>
    </w:p>
    <w:p w14:paraId="14540511"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Complete during plan preparation. Readiness rating: 1 Unknown, 2 Weak, 3 Partial, 4 Strong. Use this table as the main action tracker for preparation gaps. Target readiness / outcome can be a rating, short description or action threshold.</w:t>
      </w:r>
    </w:p>
    <w:tbl>
      <w:tblPr>
        <w:tblStyle w:val="TableGrid"/>
        <w:tblW w:w="15623" w:type="dxa"/>
        <w:jc w:val="center"/>
        <w:tblLayout w:type="fixed"/>
        <w:tblLook w:val="04A0" w:firstRow="1" w:lastRow="0" w:firstColumn="1" w:lastColumn="0" w:noHBand="0" w:noVBand="1"/>
      </w:tblPr>
      <w:tblGrid>
        <w:gridCol w:w="1323"/>
        <w:gridCol w:w="1701"/>
        <w:gridCol w:w="1638"/>
        <w:gridCol w:w="1701"/>
        <w:gridCol w:w="1512"/>
        <w:gridCol w:w="1008"/>
        <w:gridCol w:w="1953"/>
        <w:gridCol w:w="1953"/>
        <w:gridCol w:w="1008"/>
        <w:gridCol w:w="945"/>
        <w:gridCol w:w="881"/>
      </w:tblGrid>
      <w:tr w:rsidR="00AB3852" w:rsidRPr="00AB3852" w14:paraId="305A4DE7" w14:textId="77777777" w:rsidTr="006A3252">
        <w:trPr>
          <w:cantSplit/>
          <w:trHeight w:val="300"/>
          <w:tblHeader/>
          <w:jc w:val="center"/>
        </w:trPr>
        <w:tc>
          <w:tcPr>
            <w:tcW w:w="1323"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6530D6D"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Area / process</w:t>
            </w:r>
          </w:p>
        </w:tc>
        <w:tc>
          <w:tcPr>
            <w:tcW w:w="1701"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B370DE6"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Dependency or single point of failure</w:t>
            </w:r>
          </w:p>
        </w:tc>
        <w:tc>
          <w:tcPr>
            <w:tcW w:w="163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A1D21C6"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What could stop?</w:t>
            </w:r>
          </w:p>
        </w:tc>
        <w:tc>
          <w:tcPr>
            <w:tcW w:w="1701"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AA56E18"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Current backup option</w:t>
            </w:r>
          </w:p>
        </w:tc>
        <w:tc>
          <w:tcPr>
            <w:tcW w:w="151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77D34F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Target readiness / outcome</w:t>
            </w:r>
          </w:p>
        </w:tc>
        <w:tc>
          <w:tcPr>
            <w:tcW w:w="100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96480B9"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Current readiness / rating</w:t>
            </w:r>
          </w:p>
        </w:tc>
        <w:tc>
          <w:tcPr>
            <w:tcW w:w="1953"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FAB397C"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Improvement action</w:t>
            </w:r>
          </w:p>
        </w:tc>
        <w:tc>
          <w:tcPr>
            <w:tcW w:w="1953"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6C922AF" w14:textId="77777777" w:rsidR="00AB3852" w:rsidRPr="00AB3852" w:rsidRDefault="00AB3852" w:rsidP="00AB3852">
            <w:pPr>
              <w:jc w:val="center"/>
              <w:rPr>
                <w:rFonts w:ascii="Arial" w:hAnsi="Arial" w:cs="Arial"/>
                <w:b/>
                <w:bCs/>
                <w:color w:val="FFFFFF"/>
                <w:sz w:val="20"/>
                <w:szCs w:val="20"/>
              </w:rPr>
            </w:pPr>
            <w:r w:rsidRPr="00AB3852">
              <w:rPr>
                <w:rFonts w:ascii="Arial" w:hAnsi="Arial" w:cs="Arial"/>
                <w:b/>
                <w:bCs/>
                <w:color w:val="FFFFFF"/>
                <w:sz w:val="20"/>
                <w:szCs w:val="20"/>
              </w:rPr>
              <w:t>Assumptions</w:t>
            </w:r>
          </w:p>
        </w:tc>
        <w:tc>
          <w:tcPr>
            <w:tcW w:w="100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D448F35"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w:t>
            </w:r>
          </w:p>
        </w:tc>
        <w:tc>
          <w:tcPr>
            <w:tcW w:w="94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A36B30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Due date</w:t>
            </w:r>
          </w:p>
        </w:tc>
        <w:tc>
          <w:tcPr>
            <w:tcW w:w="881"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F7E0388"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Status</w:t>
            </w:r>
          </w:p>
        </w:tc>
      </w:tr>
      <w:tr w:rsidR="00AB3852" w:rsidRPr="00AB3852" w14:paraId="1C223FDC" w14:textId="77777777" w:rsidTr="006A3252">
        <w:trPr>
          <w:cantSplit/>
          <w:trHeight w:val="300"/>
          <w:jc w:val="center"/>
        </w:trPr>
        <w:tc>
          <w:tcPr>
            <w:tcW w:w="132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6B5410" w14:textId="77777777" w:rsidR="00AB3852" w:rsidRPr="00AB3852" w:rsidRDefault="00AB3852" w:rsidP="00AB3852">
            <w:pPr>
              <w:rPr>
                <w:rFonts w:ascii="Arial" w:hAnsi="Arial" w:cs="Arial"/>
                <w:sz w:val="20"/>
                <w:szCs w:val="20"/>
              </w:rPr>
            </w:pPr>
            <w:r w:rsidRPr="00AB3852">
              <w:rPr>
                <w:rFonts w:ascii="Arial" w:hAnsi="Arial" w:cs="Arial"/>
                <w:sz w:val="20"/>
                <w:szCs w:val="20"/>
              </w:rPr>
              <w:t>[Critical process]</w:t>
            </w:r>
          </w:p>
        </w:tc>
        <w:tc>
          <w:tcPr>
            <w:tcW w:w="17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784A5AF" w14:textId="77777777" w:rsidR="00AB3852" w:rsidRPr="00AB3852" w:rsidRDefault="00AB3852" w:rsidP="00AB3852">
            <w:pPr>
              <w:rPr>
                <w:rFonts w:ascii="Arial" w:hAnsi="Arial" w:cs="Arial"/>
                <w:sz w:val="20"/>
                <w:szCs w:val="20"/>
              </w:rPr>
            </w:pPr>
            <w:r w:rsidRPr="00AB3852">
              <w:rPr>
                <w:rFonts w:ascii="Arial" w:hAnsi="Arial" w:cs="Arial"/>
                <w:sz w:val="20"/>
                <w:szCs w:val="20"/>
              </w:rPr>
              <w:t>[Key person / skill]</w:t>
            </w:r>
          </w:p>
        </w:tc>
        <w:tc>
          <w:tcPr>
            <w:tcW w:w="163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6D4E312" w14:textId="77777777" w:rsidR="00AB3852" w:rsidRPr="00AB3852" w:rsidRDefault="00AB3852" w:rsidP="00AB3852">
            <w:pPr>
              <w:rPr>
                <w:rFonts w:ascii="Arial" w:hAnsi="Arial" w:cs="Arial"/>
                <w:sz w:val="20"/>
                <w:szCs w:val="20"/>
              </w:rPr>
            </w:pPr>
            <w:r w:rsidRPr="00AB3852">
              <w:rPr>
                <w:rFonts w:ascii="Arial" w:hAnsi="Arial" w:cs="Arial"/>
                <w:sz w:val="20"/>
                <w:szCs w:val="20"/>
              </w:rPr>
              <w:t>[Process cannot run or be approved]</w:t>
            </w:r>
          </w:p>
        </w:tc>
        <w:tc>
          <w:tcPr>
            <w:tcW w:w="17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01801BB" w14:textId="77777777" w:rsidR="00AB3852" w:rsidRPr="00AB3852" w:rsidRDefault="00AB3852" w:rsidP="00AB3852">
            <w:pPr>
              <w:rPr>
                <w:rFonts w:ascii="Arial" w:hAnsi="Arial" w:cs="Arial"/>
                <w:sz w:val="20"/>
                <w:szCs w:val="20"/>
              </w:rPr>
            </w:pPr>
            <w:r w:rsidRPr="00AB3852">
              <w:rPr>
                <w:rFonts w:ascii="Arial" w:hAnsi="Arial" w:cs="Arial"/>
                <w:sz w:val="20"/>
                <w:szCs w:val="20"/>
              </w:rPr>
              <w:t>[Cross-trained backup / documented procedure]</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40734C1" w14:textId="77777777" w:rsidR="00AB3852" w:rsidRPr="00AB3852" w:rsidRDefault="00AB3852" w:rsidP="00AB3852">
            <w:pPr>
              <w:rPr>
                <w:rFonts w:ascii="Arial" w:hAnsi="Arial" w:cs="Arial"/>
                <w:sz w:val="20"/>
                <w:szCs w:val="20"/>
              </w:rPr>
            </w:pPr>
            <w:r w:rsidRPr="00AB3852">
              <w:rPr>
                <w:rFonts w:ascii="Arial" w:hAnsi="Arial" w:cs="Arial"/>
                <w:sz w:val="20"/>
                <w:szCs w:val="20"/>
              </w:rPr>
              <w:t>[What is needed]</w:t>
            </w:r>
          </w:p>
        </w:tc>
        <w:tc>
          <w:tcPr>
            <w:tcW w:w="10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7FB770" w14:textId="77777777" w:rsidR="00AB3852" w:rsidRPr="00AB3852" w:rsidRDefault="00AB3852" w:rsidP="00AB3852">
            <w:pPr>
              <w:rPr>
                <w:rFonts w:ascii="Arial" w:hAnsi="Arial" w:cs="Arial"/>
                <w:sz w:val="20"/>
                <w:szCs w:val="20"/>
              </w:rPr>
            </w:pPr>
            <w:r w:rsidRPr="00AB3852">
              <w:rPr>
                <w:rFonts w:ascii="Arial" w:hAnsi="Arial" w:cs="Arial"/>
                <w:sz w:val="20"/>
                <w:szCs w:val="20"/>
              </w:rPr>
              <w:t>[1-4]</w:t>
            </w:r>
          </w:p>
        </w:tc>
        <w:tc>
          <w:tcPr>
            <w:tcW w:w="195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AD301B"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95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01B75A4"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[Assumption]</w:t>
            </w:r>
          </w:p>
        </w:tc>
        <w:tc>
          <w:tcPr>
            <w:tcW w:w="10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87CFBC0"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94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D2F985"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88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1BB5E6C"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53E24448" w14:textId="77777777" w:rsidTr="006A3252">
        <w:trPr>
          <w:cantSplit/>
          <w:trHeight w:val="300"/>
          <w:jc w:val="center"/>
        </w:trPr>
        <w:tc>
          <w:tcPr>
            <w:tcW w:w="132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8F8A09A" w14:textId="77777777" w:rsidR="00AB3852" w:rsidRPr="00AB3852" w:rsidRDefault="00AB3852" w:rsidP="00AB3852">
            <w:pPr>
              <w:rPr>
                <w:rFonts w:ascii="Arial" w:hAnsi="Arial" w:cs="Arial"/>
                <w:sz w:val="20"/>
                <w:szCs w:val="20"/>
              </w:rPr>
            </w:pPr>
            <w:r w:rsidRPr="00AB3852">
              <w:rPr>
                <w:rFonts w:ascii="Arial" w:hAnsi="Arial" w:cs="Arial"/>
                <w:sz w:val="20"/>
                <w:szCs w:val="20"/>
              </w:rPr>
              <w:t>[Critical process]</w:t>
            </w:r>
          </w:p>
        </w:tc>
        <w:tc>
          <w:tcPr>
            <w:tcW w:w="17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536314D" w14:textId="77777777" w:rsidR="00AB3852" w:rsidRPr="00AB3852" w:rsidRDefault="00AB3852" w:rsidP="00AB3852">
            <w:pPr>
              <w:rPr>
                <w:rFonts w:ascii="Arial" w:hAnsi="Arial" w:cs="Arial"/>
                <w:sz w:val="20"/>
                <w:szCs w:val="20"/>
              </w:rPr>
            </w:pPr>
            <w:r w:rsidRPr="00AB3852">
              <w:rPr>
                <w:rFonts w:ascii="Arial" w:hAnsi="Arial" w:cs="Arial"/>
                <w:sz w:val="20"/>
                <w:szCs w:val="20"/>
              </w:rPr>
              <w:t>[System / data]</w:t>
            </w:r>
          </w:p>
        </w:tc>
        <w:tc>
          <w:tcPr>
            <w:tcW w:w="163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0E2C64" w14:textId="77777777" w:rsidR="00AB3852" w:rsidRPr="00AB3852" w:rsidRDefault="00AB3852" w:rsidP="00AB3852">
            <w:pPr>
              <w:rPr>
                <w:rFonts w:ascii="Arial" w:hAnsi="Arial" w:cs="Arial"/>
                <w:sz w:val="20"/>
                <w:szCs w:val="20"/>
              </w:rPr>
            </w:pPr>
            <w:r w:rsidRPr="00AB3852">
              <w:rPr>
                <w:rFonts w:ascii="Arial" w:hAnsi="Arial" w:cs="Arial"/>
                <w:sz w:val="20"/>
                <w:szCs w:val="20"/>
              </w:rPr>
              <w:t>[No access to records or processing]</w:t>
            </w:r>
          </w:p>
        </w:tc>
        <w:tc>
          <w:tcPr>
            <w:tcW w:w="17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C9D4DD" w14:textId="77777777" w:rsidR="00AB3852" w:rsidRPr="00AB3852" w:rsidRDefault="00AB3852" w:rsidP="00AB3852">
            <w:pPr>
              <w:rPr>
                <w:rFonts w:ascii="Arial" w:hAnsi="Arial" w:cs="Arial"/>
                <w:sz w:val="20"/>
                <w:szCs w:val="20"/>
              </w:rPr>
            </w:pPr>
            <w:r w:rsidRPr="00AB3852">
              <w:rPr>
                <w:rFonts w:ascii="Arial" w:hAnsi="Arial" w:cs="Arial"/>
                <w:sz w:val="20"/>
                <w:szCs w:val="20"/>
              </w:rPr>
              <w:t>[Offline copy / export / provider support]</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F808A3" w14:textId="77777777" w:rsidR="00AB3852" w:rsidRPr="00AB3852" w:rsidRDefault="00AB3852" w:rsidP="00AB3852">
            <w:pPr>
              <w:rPr>
                <w:rFonts w:ascii="Arial" w:hAnsi="Arial" w:cs="Arial"/>
                <w:sz w:val="20"/>
                <w:szCs w:val="20"/>
              </w:rPr>
            </w:pPr>
            <w:r w:rsidRPr="00AB3852">
              <w:rPr>
                <w:rFonts w:ascii="Arial" w:hAnsi="Arial" w:cs="Arial"/>
                <w:sz w:val="20"/>
                <w:szCs w:val="20"/>
              </w:rPr>
              <w:t>[Target]</w:t>
            </w:r>
          </w:p>
        </w:tc>
        <w:tc>
          <w:tcPr>
            <w:tcW w:w="10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7033B2" w14:textId="77777777" w:rsidR="00AB3852" w:rsidRPr="00AB3852" w:rsidRDefault="00AB3852" w:rsidP="00AB3852">
            <w:pPr>
              <w:rPr>
                <w:rFonts w:ascii="Arial" w:hAnsi="Arial" w:cs="Arial"/>
                <w:sz w:val="20"/>
                <w:szCs w:val="20"/>
              </w:rPr>
            </w:pPr>
            <w:r w:rsidRPr="00AB3852">
              <w:rPr>
                <w:rFonts w:ascii="Arial" w:hAnsi="Arial" w:cs="Arial"/>
                <w:sz w:val="20"/>
                <w:szCs w:val="20"/>
              </w:rPr>
              <w:t>[1-4]</w:t>
            </w:r>
          </w:p>
        </w:tc>
        <w:tc>
          <w:tcPr>
            <w:tcW w:w="195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77C35BD"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95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3267A16"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[Assumption]</w:t>
            </w:r>
          </w:p>
        </w:tc>
        <w:tc>
          <w:tcPr>
            <w:tcW w:w="10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268386"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94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9063F4"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88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4574AEC"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4E4C6347" w14:textId="77777777" w:rsidTr="006A3252">
        <w:trPr>
          <w:cantSplit/>
          <w:trHeight w:val="300"/>
          <w:jc w:val="center"/>
        </w:trPr>
        <w:tc>
          <w:tcPr>
            <w:tcW w:w="132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62646F" w14:textId="77777777" w:rsidR="00AB3852" w:rsidRPr="00AB3852" w:rsidRDefault="00AB3852" w:rsidP="00AB3852">
            <w:pPr>
              <w:rPr>
                <w:rFonts w:ascii="Arial" w:hAnsi="Arial" w:cs="Arial"/>
                <w:sz w:val="20"/>
                <w:szCs w:val="20"/>
              </w:rPr>
            </w:pPr>
            <w:r w:rsidRPr="00AB3852">
              <w:rPr>
                <w:rFonts w:ascii="Arial" w:hAnsi="Arial" w:cs="Arial"/>
                <w:sz w:val="20"/>
                <w:szCs w:val="20"/>
              </w:rPr>
              <w:t>[Critical process]</w:t>
            </w:r>
          </w:p>
        </w:tc>
        <w:tc>
          <w:tcPr>
            <w:tcW w:w="17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B3CDD8" w14:textId="77777777" w:rsidR="00AB3852" w:rsidRPr="00AB3852" w:rsidRDefault="00AB3852" w:rsidP="00AB3852">
            <w:pPr>
              <w:rPr>
                <w:rFonts w:ascii="Arial" w:hAnsi="Arial" w:cs="Arial"/>
                <w:sz w:val="20"/>
                <w:szCs w:val="20"/>
              </w:rPr>
            </w:pPr>
            <w:r w:rsidRPr="00AB3852">
              <w:rPr>
                <w:rFonts w:ascii="Arial" w:hAnsi="Arial" w:cs="Arial"/>
                <w:sz w:val="20"/>
                <w:szCs w:val="20"/>
              </w:rPr>
              <w:t>[Premises / equipment]</w:t>
            </w:r>
          </w:p>
        </w:tc>
        <w:tc>
          <w:tcPr>
            <w:tcW w:w="163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EC90F0" w14:textId="77777777" w:rsidR="00AB3852" w:rsidRPr="00AB3852" w:rsidRDefault="00AB3852" w:rsidP="00AB3852">
            <w:pPr>
              <w:rPr>
                <w:rFonts w:ascii="Arial" w:hAnsi="Arial" w:cs="Arial"/>
                <w:sz w:val="20"/>
                <w:szCs w:val="20"/>
              </w:rPr>
            </w:pPr>
            <w:r w:rsidRPr="00AB3852">
              <w:rPr>
                <w:rFonts w:ascii="Arial" w:hAnsi="Arial" w:cs="Arial"/>
                <w:sz w:val="20"/>
                <w:szCs w:val="20"/>
              </w:rPr>
              <w:t>[Site, plant or equipment unavailable]</w:t>
            </w:r>
          </w:p>
        </w:tc>
        <w:tc>
          <w:tcPr>
            <w:tcW w:w="17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D812D3E" w14:textId="77777777" w:rsidR="00AB3852" w:rsidRPr="00AB3852" w:rsidRDefault="00AB3852" w:rsidP="00AB3852">
            <w:pPr>
              <w:rPr>
                <w:rFonts w:ascii="Arial" w:hAnsi="Arial" w:cs="Arial"/>
                <w:sz w:val="20"/>
                <w:szCs w:val="20"/>
              </w:rPr>
            </w:pPr>
            <w:r w:rsidRPr="00AB3852">
              <w:rPr>
                <w:rFonts w:ascii="Arial" w:hAnsi="Arial" w:cs="Arial"/>
                <w:sz w:val="20"/>
                <w:szCs w:val="20"/>
              </w:rPr>
              <w:t>[Alternate site / hire / repair / outsource]</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FB16622" w14:textId="77777777" w:rsidR="00AB3852" w:rsidRPr="00AB3852" w:rsidRDefault="00AB3852" w:rsidP="00AB3852">
            <w:pPr>
              <w:rPr>
                <w:rFonts w:ascii="Arial" w:hAnsi="Arial" w:cs="Arial"/>
                <w:sz w:val="20"/>
                <w:szCs w:val="20"/>
              </w:rPr>
            </w:pPr>
            <w:r w:rsidRPr="00AB3852">
              <w:rPr>
                <w:rFonts w:ascii="Arial" w:hAnsi="Arial" w:cs="Arial"/>
                <w:sz w:val="20"/>
                <w:szCs w:val="20"/>
              </w:rPr>
              <w:t>[Target]</w:t>
            </w:r>
          </w:p>
        </w:tc>
        <w:tc>
          <w:tcPr>
            <w:tcW w:w="10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A8128C" w14:textId="77777777" w:rsidR="00AB3852" w:rsidRPr="00AB3852" w:rsidRDefault="00AB3852" w:rsidP="00AB3852">
            <w:pPr>
              <w:rPr>
                <w:rFonts w:ascii="Arial" w:hAnsi="Arial" w:cs="Arial"/>
                <w:sz w:val="20"/>
                <w:szCs w:val="20"/>
              </w:rPr>
            </w:pPr>
            <w:r w:rsidRPr="00AB3852">
              <w:rPr>
                <w:rFonts w:ascii="Arial" w:hAnsi="Arial" w:cs="Arial"/>
                <w:sz w:val="20"/>
                <w:szCs w:val="20"/>
              </w:rPr>
              <w:t>[1-4]</w:t>
            </w:r>
          </w:p>
        </w:tc>
        <w:tc>
          <w:tcPr>
            <w:tcW w:w="195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1DC69C9"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95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FD3378F"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[Assumption]</w:t>
            </w:r>
          </w:p>
        </w:tc>
        <w:tc>
          <w:tcPr>
            <w:tcW w:w="10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5074662"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94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240ADA"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88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8C0FA3A"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37C06D92" w14:textId="77777777" w:rsidTr="006A3252">
        <w:trPr>
          <w:cantSplit/>
          <w:trHeight w:val="300"/>
          <w:jc w:val="center"/>
        </w:trPr>
        <w:tc>
          <w:tcPr>
            <w:tcW w:w="132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3897D52" w14:textId="77777777" w:rsidR="00AB3852" w:rsidRPr="00AB3852" w:rsidRDefault="00AB3852" w:rsidP="00AB3852">
            <w:pPr>
              <w:rPr>
                <w:rFonts w:ascii="Arial" w:hAnsi="Arial" w:cs="Arial"/>
                <w:sz w:val="20"/>
                <w:szCs w:val="20"/>
              </w:rPr>
            </w:pPr>
            <w:r w:rsidRPr="00AB3852">
              <w:rPr>
                <w:rFonts w:ascii="Arial" w:hAnsi="Arial" w:cs="Arial"/>
                <w:sz w:val="20"/>
                <w:szCs w:val="20"/>
              </w:rPr>
              <w:t>[Critical process]</w:t>
            </w:r>
          </w:p>
        </w:tc>
        <w:tc>
          <w:tcPr>
            <w:tcW w:w="17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C99AD86" w14:textId="77777777" w:rsidR="00AB3852" w:rsidRPr="00AB3852" w:rsidRDefault="00AB3852" w:rsidP="00AB3852">
            <w:pPr>
              <w:rPr>
                <w:rFonts w:ascii="Arial" w:hAnsi="Arial" w:cs="Arial"/>
                <w:sz w:val="20"/>
                <w:szCs w:val="20"/>
              </w:rPr>
            </w:pPr>
            <w:r w:rsidRPr="00AB3852">
              <w:rPr>
                <w:rFonts w:ascii="Arial" w:hAnsi="Arial" w:cs="Arial"/>
                <w:sz w:val="20"/>
                <w:szCs w:val="20"/>
              </w:rPr>
              <w:t>[Supplier / logistics]</w:t>
            </w:r>
          </w:p>
        </w:tc>
        <w:tc>
          <w:tcPr>
            <w:tcW w:w="163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EA2B563" w14:textId="77777777" w:rsidR="00AB3852" w:rsidRPr="00AB3852" w:rsidRDefault="00AB3852" w:rsidP="00AB3852">
            <w:pPr>
              <w:rPr>
                <w:rFonts w:ascii="Arial" w:hAnsi="Arial" w:cs="Arial"/>
                <w:sz w:val="20"/>
                <w:szCs w:val="20"/>
              </w:rPr>
            </w:pPr>
            <w:r w:rsidRPr="00AB3852">
              <w:rPr>
                <w:rFonts w:ascii="Arial" w:hAnsi="Arial" w:cs="Arial"/>
                <w:sz w:val="20"/>
                <w:szCs w:val="20"/>
              </w:rPr>
              <w:t>[Input, freight or outsourced service unavailable]</w:t>
            </w:r>
          </w:p>
        </w:tc>
        <w:tc>
          <w:tcPr>
            <w:tcW w:w="17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3156A49" w14:textId="77777777" w:rsidR="00AB3852" w:rsidRPr="00AB3852" w:rsidRDefault="00AB3852" w:rsidP="00AB3852">
            <w:pPr>
              <w:rPr>
                <w:rFonts w:ascii="Arial" w:hAnsi="Arial" w:cs="Arial"/>
                <w:sz w:val="20"/>
                <w:szCs w:val="20"/>
              </w:rPr>
            </w:pPr>
            <w:r w:rsidRPr="00AB3852">
              <w:rPr>
                <w:rFonts w:ascii="Arial" w:hAnsi="Arial" w:cs="Arial"/>
                <w:sz w:val="20"/>
                <w:szCs w:val="20"/>
              </w:rPr>
              <w:t>[Backup supplier / substitute / route]</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79B4BC2" w14:textId="77777777" w:rsidR="00AB3852" w:rsidRPr="00AB3852" w:rsidRDefault="00AB3852" w:rsidP="00AB3852">
            <w:pPr>
              <w:rPr>
                <w:rFonts w:ascii="Arial" w:hAnsi="Arial" w:cs="Arial"/>
                <w:sz w:val="20"/>
                <w:szCs w:val="20"/>
              </w:rPr>
            </w:pPr>
            <w:r w:rsidRPr="00AB3852">
              <w:rPr>
                <w:rFonts w:ascii="Arial" w:hAnsi="Arial" w:cs="Arial"/>
                <w:sz w:val="20"/>
                <w:szCs w:val="20"/>
              </w:rPr>
              <w:t>[Target]</w:t>
            </w:r>
          </w:p>
        </w:tc>
        <w:tc>
          <w:tcPr>
            <w:tcW w:w="10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B63821" w14:textId="77777777" w:rsidR="00AB3852" w:rsidRPr="00AB3852" w:rsidRDefault="00AB3852" w:rsidP="00AB3852">
            <w:pPr>
              <w:rPr>
                <w:rFonts w:ascii="Arial" w:hAnsi="Arial" w:cs="Arial"/>
                <w:sz w:val="20"/>
                <w:szCs w:val="20"/>
              </w:rPr>
            </w:pPr>
            <w:r w:rsidRPr="00AB3852">
              <w:rPr>
                <w:rFonts w:ascii="Arial" w:hAnsi="Arial" w:cs="Arial"/>
                <w:sz w:val="20"/>
                <w:szCs w:val="20"/>
              </w:rPr>
              <w:t>[1-4]</w:t>
            </w:r>
          </w:p>
        </w:tc>
        <w:tc>
          <w:tcPr>
            <w:tcW w:w="195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8941DFD"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95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54F17C7"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[Assumption]</w:t>
            </w:r>
          </w:p>
        </w:tc>
        <w:tc>
          <w:tcPr>
            <w:tcW w:w="10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64FEEDB"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94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8B1EED"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88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B2E3BFE"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77CE894B" w14:textId="77777777" w:rsidTr="006A3252">
        <w:trPr>
          <w:cantSplit/>
          <w:trHeight w:val="300"/>
          <w:jc w:val="center"/>
        </w:trPr>
        <w:tc>
          <w:tcPr>
            <w:tcW w:w="132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C383BE6" w14:textId="77777777" w:rsidR="00AB3852" w:rsidRPr="00AB3852" w:rsidRDefault="00AB3852" w:rsidP="00AB3852">
            <w:pPr>
              <w:rPr>
                <w:rFonts w:ascii="Arial" w:hAnsi="Arial" w:cs="Arial"/>
                <w:sz w:val="20"/>
                <w:szCs w:val="20"/>
              </w:rPr>
            </w:pPr>
            <w:r w:rsidRPr="00AB3852">
              <w:rPr>
                <w:rFonts w:ascii="Arial" w:hAnsi="Arial" w:cs="Arial"/>
                <w:sz w:val="20"/>
                <w:szCs w:val="20"/>
              </w:rPr>
              <w:t>[Critical process]</w:t>
            </w:r>
          </w:p>
        </w:tc>
        <w:tc>
          <w:tcPr>
            <w:tcW w:w="17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5ED9CB" w14:textId="77777777" w:rsidR="00AB3852" w:rsidRPr="00AB3852" w:rsidRDefault="00AB3852" w:rsidP="00AB3852">
            <w:pPr>
              <w:rPr>
                <w:rFonts w:ascii="Arial" w:hAnsi="Arial" w:cs="Arial"/>
                <w:sz w:val="20"/>
                <w:szCs w:val="20"/>
              </w:rPr>
            </w:pPr>
            <w:r w:rsidRPr="00AB3852">
              <w:rPr>
                <w:rFonts w:ascii="Arial" w:hAnsi="Arial" w:cs="Arial"/>
                <w:sz w:val="20"/>
                <w:szCs w:val="20"/>
              </w:rPr>
              <w:t>[Information / records]</w:t>
            </w:r>
          </w:p>
        </w:tc>
        <w:tc>
          <w:tcPr>
            <w:tcW w:w="163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5D628AD" w14:textId="77777777" w:rsidR="00AB3852" w:rsidRPr="00AB3852" w:rsidRDefault="00AB3852" w:rsidP="00AB3852">
            <w:pPr>
              <w:rPr>
                <w:rFonts w:ascii="Arial" w:hAnsi="Arial" w:cs="Arial"/>
                <w:sz w:val="20"/>
                <w:szCs w:val="20"/>
              </w:rPr>
            </w:pPr>
            <w:r w:rsidRPr="00AB3852">
              <w:rPr>
                <w:rFonts w:ascii="Arial" w:hAnsi="Arial" w:cs="Arial"/>
                <w:sz w:val="20"/>
                <w:szCs w:val="20"/>
              </w:rPr>
              <w:t>[Contracts, customer, employee or financial records unavailable]</w:t>
            </w:r>
          </w:p>
        </w:tc>
        <w:tc>
          <w:tcPr>
            <w:tcW w:w="17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3E325DB" w14:textId="77777777" w:rsidR="00AB3852" w:rsidRPr="00AB3852" w:rsidRDefault="00AB3852" w:rsidP="00AB3852">
            <w:pPr>
              <w:rPr>
                <w:rFonts w:ascii="Arial" w:hAnsi="Arial" w:cs="Arial"/>
                <w:sz w:val="20"/>
                <w:szCs w:val="20"/>
              </w:rPr>
            </w:pPr>
            <w:r w:rsidRPr="00AB3852">
              <w:rPr>
                <w:rFonts w:ascii="Arial" w:hAnsi="Arial" w:cs="Arial"/>
                <w:sz w:val="20"/>
                <w:szCs w:val="20"/>
              </w:rPr>
              <w:t>[Backup / offline / offsite access]</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C2FEE18" w14:textId="77777777" w:rsidR="00AB3852" w:rsidRPr="00AB3852" w:rsidRDefault="00AB3852" w:rsidP="00AB3852">
            <w:pPr>
              <w:rPr>
                <w:rFonts w:ascii="Arial" w:hAnsi="Arial" w:cs="Arial"/>
                <w:sz w:val="20"/>
                <w:szCs w:val="20"/>
              </w:rPr>
            </w:pPr>
            <w:r w:rsidRPr="00AB3852">
              <w:rPr>
                <w:rFonts w:ascii="Arial" w:hAnsi="Arial" w:cs="Arial"/>
                <w:sz w:val="20"/>
                <w:szCs w:val="20"/>
              </w:rPr>
              <w:t>[Target]</w:t>
            </w:r>
          </w:p>
        </w:tc>
        <w:tc>
          <w:tcPr>
            <w:tcW w:w="10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5CDD6A7" w14:textId="77777777" w:rsidR="00AB3852" w:rsidRPr="00AB3852" w:rsidRDefault="00AB3852" w:rsidP="00AB3852">
            <w:pPr>
              <w:rPr>
                <w:rFonts w:ascii="Arial" w:hAnsi="Arial" w:cs="Arial"/>
                <w:sz w:val="20"/>
                <w:szCs w:val="20"/>
              </w:rPr>
            </w:pPr>
            <w:r w:rsidRPr="00AB3852">
              <w:rPr>
                <w:rFonts w:ascii="Arial" w:hAnsi="Arial" w:cs="Arial"/>
                <w:sz w:val="20"/>
                <w:szCs w:val="20"/>
              </w:rPr>
              <w:t>[1-4]</w:t>
            </w:r>
          </w:p>
        </w:tc>
        <w:tc>
          <w:tcPr>
            <w:tcW w:w="195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4B08688"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95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25DC48"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[Assumption]</w:t>
            </w:r>
          </w:p>
        </w:tc>
        <w:tc>
          <w:tcPr>
            <w:tcW w:w="10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809DEE"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94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37A341"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88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C7ECEC1"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25A3C487" w14:textId="77777777" w:rsidTr="006A3252">
        <w:trPr>
          <w:cantSplit/>
          <w:trHeight w:val="300"/>
          <w:jc w:val="center"/>
        </w:trPr>
        <w:tc>
          <w:tcPr>
            <w:tcW w:w="132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75F184" w14:textId="77777777" w:rsidR="00AB3852" w:rsidRPr="00AB3852" w:rsidRDefault="00AB3852" w:rsidP="00AB3852">
            <w:pPr>
              <w:rPr>
                <w:rFonts w:ascii="Arial" w:hAnsi="Arial" w:cs="Arial"/>
                <w:sz w:val="20"/>
                <w:szCs w:val="20"/>
              </w:rPr>
            </w:pPr>
            <w:r w:rsidRPr="00AB3852">
              <w:rPr>
                <w:rFonts w:ascii="Arial" w:hAnsi="Arial" w:cs="Arial"/>
                <w:sz w:val="20"/>
                <w:szCs w:val="20"/>
              </w:rPr>
              <w:t>[Critical process]</w:t>
            </w:r>
          </w:p>
        </w:tc>
        <w:tc>
          <w:tcPr>
            <w:tcW w:w="17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CBF24C0" w14:textId="77777777" w:rsidR="00AB3852" w:rsidRPr="00AB3852" w:rsidRDefault="00AB3852" w:rsidP="00AB3852">
            <w:pPr>
              <w:rPr>
                <w:rFonts w:ascii="Arial" w:hAnsi="Arial" w:cs="Arial"/>
                <w:sz w:val="20"/>
                <w:szCs w:val="20"/>
              </w:rPr>
            </w:pPr>
            <w:r w:rsidRPr="00AB3852">
              <w:rPr>
                <w:rFonts w:ascii="Arial" w:hAnsi="Arial" w:cs="Arial"/>
                <w:sz w:val="20"/>
                <w:szCs w:val="20"/>
              </w:rPr>
              <w:t>[Finance / banking / authority]</w:t>
            </w:r>
          </w:p>
        </w:tc>
        <w:tc>
          <w:tcPr>
            <w:tcW w:w="163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F1C4BF" w14:textId="77777777" w:rsidR="00AB3852" w:rsidRPr="00AB3852" w:rsidRDefault="00AB3852" w:rsidP="00AB3852">
            <w:pPr>
              <w:rPr>
                <w:rFonts w:ascii="Arial" w:hAnsi="Arial" w:cs="Arial"/>
                <w:sz w:val="20"/>
                <w:szCs w:val="20"/>
              </w:rPr>
            </w:pPr>
            <w:r w:rsidRPr="00AB3852">
              <w:rPr>
                <w:rFonts w:ascii="Arial" w:hAnsi="Arial" w:cs="Arial"/>
                <w:sz w:val="20"/>
                <w:szCs w:val="20"/>
              </w:rPr>
              <w:t>[Payments, payroll or procurement blocked]</w:t>
            </w:r>
          </w:p>
        </w:tc>
        <w:tc>
          <w:tcPr>
            <w:tcW w:w="17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15BBE9" w14:textId="77777777" w:rsidR="00AB3852" w:rsidRPr="00AB3852" w:rsidRDefault="00AB3852" w:rsidP="00AB3852">
            <w:pPr>
              <w:rPr>
                <w:rFonts w:ascii="Arial" w:hAnsi="Arial" w:cs="Arial"/>
                <w:sz w:val="20"/>
                <w:szCs w:val="20"/>
              </w:rPr>
            </w:pPr>
            <w:r w:rsidRPr="00AB3852">
              <w:rPr>
                <w:rFonts w:ascii="Arial" w:hAnsi="Arial" w:cs="Arial"/>
                <w:sz w:val="20"/>
                <w:szCs w:val="20"/>
              </w:rPr>
              <w:t>[Backup approver / alternate access]</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DD6C266" w14:textId="77777777" w:rsidR="00AB3852" w:rsidRPr="00AB3852" w:rsidRDefault="00AB3852" w:rsidP="00AB3852">
            <w:pPr>
              <w:rPr>
                <w:rFonts w:ascii="Arial" w:hAnsi="Arial" w:cs="Arial"/>
                <w:sz w:val="20"/>
                <w:szCs w:val="20"/>
              </w:rPr>
            </w:pPr>
            <w:r w:rsidRPr="00AB3852">
              <w:rPr>
                <w:rFonts w:ascii="Arial" w:hAnsi="Arial" w:cs="Arial"/>
                <w:sz w:val="20"/>
                <w:szCs w:val="20"/>
              </w:rPr>
              <w:t>[Target]</w:t>
            </w:r>
          </w:p>
        </w:tc>
        <w:tc>
          <w:tcPr>
            <w:tcW w:w="10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2EC73FD" w14:textId="77777777" w:rsidR="00AB3852" w:rsidRPr="00AB3852" w:rsidRDefault="00AB3852" w:rsidP="00AB3852">
            <w:pPr>
              <w:rPr>
                <w:rFonts w:ascii="Arial" w:hAnsi="Arial" w:cs="Arial"/>
                <w:sz w:val="20"/>
                <w:szCs w:val="20"/>
              </w:rPr>
            </w:pPr>
            <w:r w:rsidRPr="00AB3852">
              <w:rPr>
                <w:rFonts w:ascii="Arial" w:hAnsi="Arial" w:cs="Arial"/>
                <w:sz w:val="20"/>
                <w:szCs w:val="20"/>
              </w:rPr>
              <w:t>[1-4]</w:t>
            </w:r>
          </w:p>
        </w:tc>
        <w:tc>
          <w:tcPr>
            <w:tcW w:w="195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2A557A"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95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71DF560"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[Assumption]</w:t>
            </w:r>
          </w:p>
        </w:tc>
        <w:tc>
          <w:tcPr>
            <w:tcW w:w="10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35B3C5E"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94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E27A97C"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88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9DAA86"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2445B14B" w14:textId="77777777" w:rsidTr="006A3252">
        <w:trPr>
          <w:cantSplit/>
          <w:trHeight w:val="300"/>
          <w:jc w:val="center"/>
        </w:trPr>
        <w:tc>
          <w:tcPr>
            <w:tcW w:w="132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6B72D9C" w14:textId="77777777" w:rsidR="00AB3852" w:rsidRPr="00AB3852" w:rsidRDefault="00AB3852" w:rsidP="00AB3852">
            <w:pPr>
              <w:rPr>
                <w:rFonts w:ascii="Arial" w:hAnsi="Arial" w:cs="Arial"/>
                <w:sz w:val="20"/>
                <w:szCs w:val="20"/>
              </w:rPr>
            </w:pPr>
            <w:r w:rsidRPr="00AB3852">
              <w:rPr>
                <w:rFonts w:ascii="Arial" w:hAnsi="Arial" w:cs="Arial"/>
                <w:sz w:val="20"/>
                <w:szCs w:val="20"/>
              </w:rPr>
              <w:t>[Other area]</w:t>
            </w:r>
          </w:p>
        </w:tc>
        <w:tc>
          <w:tcPr>
            <w:tcW w:w="17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C5D86DA" w14:textId="77777777" w:rsidR="00AB3852" w:rsidRPr="00AB3852" w:rsidRDefault="00AB3852" w:rsidP="00AB3852">
            <w:pPr>
              <w:rPr>
                <w:rFonts w:ascii="Arial" w:hAnsi="Arial" w:cs="Arial"/>
                <w:sz w:val="20"/>
                <w:szCs w:val="20"/>
              </w:rPr>
            </w:pPr>
            <w:r w:rsidRPr="00AB3852">
              <w:rPr>
                <w:rFonts w:ascii="Arial" w:hAnsi="Arial" w:cs="Arial"/>
                <w:sz w:val="20"/>
                <w:szCs w:val="20"/>
              </w:rPr>
              <w:t>[Dependency]</w:t>
            </w:r>
          </w:p>
        </w:tc>
        <w:tc>
          <w:tcPr>
            <w:tcW w:w="163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B0B101D" w14:textId="77777777" w:rsidR="00AB3852" w:rsidRPr="00AB3852" w:rsidRDefault="00AB3852" w:rsidP="00AB3852">
            <w:pPr>
              <w:rPr>
                <w:rFonts w:ascii="Arial" w:hAnsi="Arial" w:cs="Arial"/>
                <w:sz w:val="20"/>
                <w:szCs w:val="20"/>
              </w:rPr>
            </w:pPr>
            <w:r w:rsidRPr="00AB3852">
              <w:rPr>
                <w:rFonts w:ascii="Arial" w:hAnsi="Arial" w:cs="Arial"/>
                <w:sz w:val="20"/>
                <w:szCs w:val="20"/>
              </w:rPr>
              <w:t>[Risk]</w:t>
            </w:r>
          </w:p>
        </w:tc>
        <w:tc>
          <w:tcPr>
            <w:tcW w:w="17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762E34" w14:textId="77777777" w:rsidR="00AB3852" w:rsidRPr="00AB3852" w:rsidRDefault="00AB3852" w:rsidP="00AB3852">
            <w:pPr>
              <w:rPr>
                <w:rFonts w:ascii="Arial" w:hAnsi="Arial" w:cs="Arial"/>
                <w:sz w:val="20"/>
                <w:szCs w:val="20"/>
              </w:rPr>
            </w:pPr>
            <w:r w:rsidRPr="00AB3852">
              <w:rPr>
                <w:rFonts w:ascii="Arial" w:hAnsi="Arial" w:cs="Arial"/>
                <w:sz w:val="20"/>
                <w:szCs w:val="20"/>
              </w:rPr>
              <w:t>[Backup option or none]</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AD782E4" w14:textId="77777777" w:rsidR="00AB3852" w:rsidRPr="00AB3852" w:rsidRDefault="00AB3852" w:rsidP="00AB3852">
            <w:pPr>
              <w:rPr>
                <w:rFonts w:ascii="Arial" w:hAnsi="Arial" w:cs="Arial"/>
                <w:sz w:val="20"/>
                <w:szCs w:val="20"/>
              </w:rPr>
            </w:pPr>
            <w:r w:rsidRPr="00AB3852">
              <w:rPr>
                <w:rFonts w:ascii="Arial" w:hAnsi="Arial" w:cs="Arial"/>
                <w:sz w:val="20"/>
                <w:szCs w:val="20"/>
              </w:rPr>
              <w:t>[Target]</w:t>
            </w:r>
          </w:p>
        </w:tc>
        <w:tc>
          <w:tcPr>
            <w:tcW w:w="10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8C5445C" w14:textId="77777777" w:rsidR="00AB3852" w:rsidRPr="00AB3852" w:rsidRDefault="00AB3852" w:rsidP="00AB3852">
            <w:pPr>
              <w:rPr>
                <w:rFonts w:ascii="Arial" w:hAnsi="Arial" w:cs="Arial"/>
                <w:sz w:val="20"/>
                <w:szCs w:val="20"/>
              </w:rPr>
            </w:pPr>
            <w:r w:rsidRPr="00AB3852">
              <w:rPr>
                <w:rFonts w:ascii="Arial" w:hAnsi="Arial" w:cs="Arial"/>
                <w:sz w:val="20"/>
                <w:szCs w:val="20"/>
              </w:rPr>
              <w:t>[1-4]</w:t>
            </w:r>
          </w:p>
        </w:tc>
        <w:tc>
          <w:tcPr>
            <w:tcW w:w="195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2DC6DF7"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95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D736FFA" w14:textId="77777777" w:rsidR="00AB3852" w:rsidRPr="00AB3852" w:rsidRDefault="00AB3852" w:rsidP="00AB3852">
            <w:pPr>
              <w:spacing w:after="80"/>
              <w:rPr>
                <w:rFonts w:ascii="Arial" w:hAnsi="Arial" w:cs="Arial"/>
                <w:sz w:val="20"/>
                <w:szCs w:val="20"/>
              </w:rPr>
            </w:pPr>
            <w:r w:rsidRPr="00AB3852">
              <w:rPr>
                <w:rFonts w:ascii="Arial" w:hAnsi="Arial" w:cs="Arial"/>
                <w:sz w:val="20"/>
                <w:szCs w:val="20"/>
              </w:rPr>
              <w:t>[Assumption]</w:t>
            </w:r>
          </w:p>
        </w:tc>
        <w:tc>
          <w:tcPr>
            <w:tcW w:w="10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09B9C17"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94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CC00921"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88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2B0AB0"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bl>
    <w:p w14:paraId="20AF5C4B"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02747F1E"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2.3 People, safety and wellbeing plan</w:t>
      </w:r>
    </w:p>
    <w:p w14:paraId="4A3D5B85"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Complete during plan preparation. Keep this practical and aligned to role names in 2.1; use the checklist below during an incident or test.</w:t>
      </w:r>
    </w:p>
    <w:tbl>
      <w:tblPr>
        <w:tblStyle w:val="TableGrid"/>
        <w:tblW w:w="15262" w:type="dxa"/>
        <w:jc w:val="center"/>
        <w:tblLayout w:type="fixed"/>
        <w:tblLook w:val="04A0" w:firstRow="1" w:lastRow="0" w:firstColumn="1" w:lastColumn="0" w:noHBand="0" w:noVBand="1"/>
      </w:tblPr>
      <w:tblGrid>
        <w:gridCol w:w="2880"/>
        <w:gridCol w:w="7056"/>
        <w:gridCol w:w="2015"/>
        <w:gridCol w:w="2015"/>
        <w:gridCol w:w="1296"/>
      </w:tblGrid>
      <w:tr w:rsidR="00AB3852" w:rsidRPr="00AB3852" w14:paraId="7B963190" w14:textId="77777777" w:rsidTr="00F81D49">
        <w:trPr>
          <w:cantSplit/>
          <w:tblHeader/>
          <w:jc w:val="center"/>
        </w:trPr>
        <w:tc>
          <w:tcPr>
            <w:tcW w:w="288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EECCAF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Area</w:t>
            </w:r>
          </w:p>
        </w:tc>
        <w:tc>
          <w:tcPr>
            <w:tcW w:w="705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D327749"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Plan details</w:t>
            </w:r>
          </w:p>
        </w:tc>
        <w:tc>
          <w:tcPr>
            <w:tcW w:w="201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4170F67"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w:t>
            </w:r>
          </w:p>
        </w:tc>
        <w:tc>
          <w:tcPr>
            <w:tcW w:w="201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3B69AC4"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Backup</w:t>
            </w:r>
          </w:p>
        </w:tc>
        <w:tc>
          <w:tcPr>
            <w:tcW w:w="129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F5C1B75"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Status</w:t>
            </w:r>
          </w:p>
        </w:tc>
      </w:tr>
      <w:tr w:rsidR="00AB3852" w:rsidRPr="00AB3852" w14:paraId="002F518C" w14:textId="77777777" w:rsidTr="00F81D49">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F86E41" w14:textId="77777777" w:rsidR="00AB3852" w:rsidRPr="00AB3852" w:rsidRDefault="00AB3852" w:rsidP="00AB3852">
            <w:pPr>
              <w:rPr>
                <w:rFonts w:ascii="Arial" w:hAnsi="Arial" w:cs="Arial"/>
                <w:sz w:val="20"/>
                <w:szCs w:val="20"/>
              </w:rPr>
            </w:pPr>
            <w:r w:rsidRPr="00AB3852">
              <w:rPr>
                <w:rFonts w:ascii="Arial" w:hAnsi="Arial" w:cs="Arial"/>
                <w:sz w:val="20"/>
                <w:szCs w:val="20"/>
              </w:rPr>
              <w:t>Staff safety check process</w:t>
            </w:r>
          </w:p>
        </w:tc>
        <w:tc>
          <w:tcPr>
            <w:tcW w:w="7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4AA80B8" w14:textId="77777777" w:rsidR="00AB3852" w:rsidRPr="00AB3852" w:rsidRDefault="00AB3852" w:rsidP="00AB3852">
            <w:pPr>
              <w:rPr>
                <w:rFonts w:ascii="Arial" w:hAnsi="Arial" w:cs="Arial"/>
                <w:sz w:val="20"/>
                <w:szCs w:val="20"/>
              </w:rPr>
            </w:pPr>
            <w:r w:rsidRPr="00AB3852">
              <w:rPr>
                <w:rFonts w:ascii="Arial" w:hAnsi="Arial" w:cs="Arial"/>
                <w:sz w:val="20"/>
                <w:szCs w:val="20"/>
              </w:rPr>
              <w:t>[How staff will be contacted and recorded as safe / needing help / unreachable]</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C18C2CC"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CF5EF8B" w14:textId="77777777" w:rsidR="00AB3852" w:rsidRPr="00AB3852" w:rsidRDefault="00AB3852" w:rsidP="00AB3852">
            <w:pPr>
              <w:rPr>
                <w:rFonts w:ascii="Arial" w:hAnsi="Arial" w:cs="Arial"/>
                <w:sz w:val="20"/>
                <w:szCs w:val="20"/>
              </w:rPr>
            </w:pPr>
            <w:r w:rsidRPr="00AB3852">
              <w:rPr>
                <w:rFonts w:ascii="Arial" w:hAnsi="Arial" w:cs="Arial"/>
                <w:sz w:val="20"/>
                <w:szCs w:val="20"/>
              </w:rPr>
              <w:t>[Backup]</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1F35C78"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4E358E1D" w14:textId="77777777" w:rsidTr="00F81D49">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581531" w14:textId="77777777" w:rsidR="00AB3852" w:rsidRPr="00AB3852" w:rsidRDefault="00AB3852" w:rsidP="00AB3852">
            <w:pPr>
              <w:rPr>
                <w:rFonts w:ascii="Arial" w:hAnsi="Arial" w:cs="Arial"/>
                <w:sz w:val="20"/>
                <w:szCs w:val="20"/>
              </w:rPr>
            </w:pPr>
            <w:r w:rsidRPr="00AB3852">
              <w:rPr>
                <w:rFonts w:ascii="Arial" w:hAnsi="Arial" w:cs="Arial"/>
                <w:sz w:val="20"/>
                <w:szCs w:val="20"/>
              </w:rPr>
              <w:t>Staff availability and rosters</w:t>
            </w:r>
          </w:p>
        </w:tc>
        <w:tc>
          <w:tcPr>
            <w:tcW w:w="7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831CE84" w14:textId="77777777" w:rsidR="00AB3852" w:rsidRPr="00AB3852" w:rsidRDefault="00AB3852" w:rsidP="00AB3852">
            <w:pPr>
              <w:rPr>
                <w:rFonts w:ascii="Arial" w:hAnsi="Arial" w:cs="Arial"/>
                <w:sz w:val="20"/>
                <w:szCs w:val="20"/>
              </w:rPr>
            </w:pPr>
            <w:r w:rsidRPr="00AB3852">
              <w:rPr>
                <w:rFonts w:ascii="Arial" w:hAnsi="Arial" w:cs="Arial"/>
                <w:sz w:val="20"/>
                <w:szCs w:val="20"/>
              </w:rPr>
              <w:t>[How availability, caring responsibilities, fatigue and remote work will be managed]</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9CCA4C0"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D92AE6" w14:textId="77777777" w:rsidR="00AB3852" w:rsidRPr="00AB3852" w:rsidRDefault="00AB3852" w:rsidP="00AB3852">
            <w:pPr>
              <w:rPr>
                <w:rFonts w:ascii="Arial" w:hAnsi="Arial" w:cs="Arial"/>
                <w:sz w:val="20"/>
                <w:szCs w:val="20"/>
              </w:rPr>
            </w:pPr>
            <w:r w:rsidRPr="00AB3852">
              <w:rPr>
                <w:rFonts w:ascii="Arial" w:hAnsi="Arial" w:cs="Arial"/>
                <w:sz w:val="20"/>
                <w:szCs w:val="20"/>
              </w:rPr>
              <w:t>[Backup]</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84F8887"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55DECE0B" w14:textId="77777777" w:rsidTr="00F81D49">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799DE06" w14:textId="77777777" w:rsidR="00AB3852" w:rsidRPr="00AB3852" w:rsidRDefault="00AB3852" w:rsidP="00AB3852">
            <w:pPr>
              <w:rPr>
                <w:rFonts w:ascii="Arial" w:hAnsi="Arial" w:cs="Arial"/>
                <w:sz w:val="20"/>
                <w:szCs w:val="20"/>
              </w:rPr>
            </w:pPr>
            <w:r w:rsidRPr="00AB3852">
              <w:rPr>
                <w:rFonts w:ascii="Arial" w:hAnsi="Arial" w:cs="Arial"/>
                <w:sz w:val="20"/>
                <w:szCs w:val="20"/>
              </w:rPr>
              <w:t>Key person backup</w:t>
            </w:r>
          </w:p>
        </w:tc>
        <w:tc>
          <w:tcPr>
            <w:tcW w:w="7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E7972B" w14:textId="77777777" w:rsidR="00AB3852" w:rsidRPr="00AB3852" w:rsidRDefault="00AB3852" w:rsidP="00AB3852">
            <w:pPr>
              <w:rPr>
                <w:rFonts w:ascii="Arial" w:hAnsi="Arial" w:cs="Arial"/>
                <w:sz w:val="20"/>
                <w:szCs w:val="20"/>
              </w:rPr>
            </w:pPr>
            <w:r w:rsidRPr="00AB3852">
              <w:rPr>
                <w:rFonts w:ascii="Arial" w:hAnsi="Arial" w:cs="Arial"/>
                <w:sz w:val="20"/>
                <w:szCs w:val="20"/>
              </w:rPr>
              <w:t>[Who can cover owner, manager, payroll, banking, systems and customer roles]</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39F4ABA"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1028FF2" w14:textId="77777777" w:rsidR="00AB3852" w:rsidRPr="00AB3852" w:rsidRDefault="00AB3852" w:rsidP="00AB3852">
            <w:pPr>
              <w:rPr>
                <w:rFonts w:ascii="Arial" w:hAnsi="Arial" w:cs="Arial"/>
                <w:sz w:val="20"/>
                <w:szCs w:val="20"/>
              </w:rPr>
            </w:pPr>
            <w:r w:rsidRPr="00AB3852">
              <w:rPr>
                <w:rFonts w:ascii="Arial" w:hAnsi="Arial" w:cs="Arial"/>
                <w:sz w:val="20"/>
                <w:szCs w:val="20"/>
              </w:rPr>
              <w:t>[Backup]</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A59109A"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22CAC278" w14:textId="77777777" w:rsidTr="00F81D49">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F935DA0" w14:textId="77777777" w:rsidR="00AB3852" w:rsidRPr="00AB3852" w:rsidRDefault="00AB3852" w:rsidP="00AB3852">
            <w:pPr>
              <w:rPr>
                <w:rFonts w:ascii="Arial" w:hAnsi="Arial" w:cs="Arial"/>
                <w:sz w:val="20"/>
                <w:szCs w:val="20"/>
              </w:rPr>
            </w:pPr>
            <w:r w:rsidRPr="00AB3852">
              <w:rPr>
                <w:rFonts w:ascii="Arial" w:hAnsi="Arial" w:cs="Arial"/>
                <w:sz w:val="20"/>
                <w:szCs w:val="20"/>
              </w:rPr>
              <w:t>Wellbeing support</w:t>
            </w:r>
          </w:p>
        </w:tc>
        <w:tc>
          <w:tcPr>
            <w:tcW w:w="7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7BB6F7" w14:textId="77777777" w:rsidR="00AB3852" w:rsidRPr="00AB3852" w:rsidRDefault="00AB3852" w:rsidP="00AB3852">
            <w:pPr>
              <w:rPr>
                <w:rFonts w:ascii="Arial" w:hAnsi="Arial" w:cs="Arial"/>
                <w:sz w:val="20"/>
                <w:szCs w:val="20"/>
              </w:rPr>
            </w:pPr>
            <w:r w:rsidRPr="00AB3852">
              <w:rPr>
                <w:rFonts w:ascii="Arial" w:hAnsi="Arial" w:cs="Arial"/>
                <w:sz w:val="20"/>
                <w:szCs w:val="20"/>
              </w:rPr>
              <w:t>[Support options, escalation points, workload limits and follow-up rhythm]</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C26F487"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7FADDD" w14:textId="77777777" w:rsidR="00AB3852" w:rsidRPr="00AB3852" w:rsidRDefault="00AB3852" w:rsidP="00AB3852">
            <w:pPr>
              <w:rPr>
                <w:rFonts w:ascii="Arial" w:hAnsi="Arial" w:cs="Arial"/>
                <w:sz w:val="20"/>
                <w:szCs w:val="20"/>
              </w:rPr>
            </w:pPr>
            <w:r w:rsidRPr="00AB3852">
              <w:rPr>
                <w:rFonts w:ascii="Arial" w:hAnsi="Arial" w:cs="Arial"/>
                <w:sz w:val="20"/>
                <w:szCs w:val="20"/>
              </w:rPr>
              <w:t>[Backup]</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63DFAC9"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31AB866F" w14:textId="77777777" w:rsidTr="00F81D49">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933A14" w14:textId="77777777" w:rsidR="00AB3852" w:rsidRPr="00AB3852" w:rsidRDefault="00AB3852" w:rsidP="00AB3852">
            <w:pPr>
              <w:rPr>
                <w:rFonts w:ascii="Arial" w:hAnsi="Arial" w:cs="Arial"/>
                <w:sz w:val="20"/>
                <w:szCs w:val="20"/>
              </w:rPr>
            </w:pPr>
            <w:r w:rsidRPr="00AB3852">
              <w:rPr>
                <w:rFonts w:ascii="Arial" w:hAnsi="Arial" w:cs="Arial"/>
                <w:sz w:val="20"/>
                <w:szCs w:val="20"/>
              </w:rPr>
              <w:t>Accessibility support</w:t>
            </w:r>
          </w:p>
        </w:tc>
        <w:tc>
          <w:tcPr>
            <w:tcW w:w="7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27EBDB" w14:textId="77777777" w:rsidR="00AB3852" w:rsidRPr="00AB3852" w:rsidRDefault="00AB3852" w:rsidP="00AB3852">
            <w:pPr>
              <w:rPr>
                <w:rFonts w:ascii="Arial" w:hAnsi="Arial" w:cs="Arial"/>
                <w:sz w:val="20"/>
                <w:szCs w:val="20"/>
              </w:rPr>
            </w:pPr>
            <w:r w:rsidRPr="00AB3852">
              <w:rPr>
                <w:rFonts w:ascii="Arial" w:hAnsi="Arial" w:cs="Arial"/>
                <w:sz w:val="20"/>
                <w:szCs w:val="20"/>
              </w:rPr>
              <w:t>[Support for disabled staff, customers or visitors during emergency or recovery]</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48FFB31"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A436FB" w14:textId="77777777" w:rsidR="00AB3852" w:rsidRPr="00AB3852" w:rsidRDefault="00AB3852" w:rsidP="00AB3852">
            <w:pPr>
              <w:rPr>
                <w:rFonts w:ascii="Arial" w:hAnsi="Arial" w:cs="Arial"/>
                <w:sz w:val="20"/>
                <w:szCs w:val="20"/>
              </w:rPr>
            </w:pPr>
            <w:r w:rsidRPr="00AB3852">
              <w:rPr>
                <w:rFonts w:ascii="Arial" w:hAnsi="Arial" w:cs="Arial"/>
                <w:sz w:val="20"/>
                <w:szCs w:val="20"/>
              </w:rPr>
              <w:t>[Backup]</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0DE0D29"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50C3A7C1" w14:textId="77777777" w:rsidTr="00F81D49">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C510E11" w14:textId="77777777" w:rsidR="00AB3852" w:rsidRPr="00AB3852" w:rsidRDefault="00AB3852" w:rsidP="00AB3852">
            <w:pPr>
              <w:rPr>
                <w:rFonts w:ascii="Arial" w:hAnsi="Arial" w:cs="Arial"/>
                <w:sz w:val="20"/>
                <w:szCs w:val="20"/>
              </w:rPr>
            </w:pPr>
            <w:r w:rsidRPr="00AB3852">
              <w:rPr>
                <w:rFonts w:ascii="Arial" w:hAnsi="Arial" w:cs="Arial"/>
                <w:sz w:val="20"/>
                <w:szCs w:val="20"/>
              </w:rPr>
              <w:t>Payroll and employment communication</w:t>
            </w:r>
          </w:p>
        </w:tc>
        <w:tc>
          <w:tcPr>
            <w:tcW w:w="7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C956F6D" w14:textId="77777777" w:rsidR="00AB3852" w:rsidRPr="00AB3852" w:rsidRDefault="00AB3852" w:rsidP="00AB3852">
            <w:pPr>
              <w:rPr>
                <w:rFonts w:ascii="Arial" w:hAnsi="Arial" w:cs="Arial"/>
                <w:sz w:val="20"/>
                <w:szCs w:val="20"/>
              </w:rPr>
            </w:pPr>
            <w:r w:rsidRPr="00AB3852">
              <w:rPr>
                <w:rFonts w:ascii="Arial" w:hAnsi="Arial" w:cs="Arial"/>
                <w:sz w:val="20"/>
                <w:szCs w:val="20"/>
              </w:rPr>
              <w:t>[How payroll and staff updates will continue if normal systems are unavailable]</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E08CDA"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886289" w14:textId="77777777" w:rsidR="00AB3852" w:rsidRPr="00AB3852" w:rsidRDefault="00AB3852" w:rsidP="00AB3852">
            <w:pPr>
              <w:rPr>
                <w:rFonts w:ascii="Arial" w:hAnsi="Arial" w:cs="Arial"/>
                <w:sz w:val="20"/>
                <w:szCs w:val="20"/>
              </w:rPr>
            </w:pPr>
            <w:r w:rsidRPr="00AB3852">
              <w:rPr>
                <w:rFonts w:ascii="Arial" w:hAnsi="Arial" w:cs="Arial"/>
                <w:sz w:val="20"/>
                <w:szCs w:val="20"/>
              </w:rPr>
              <w:t>[Backup]</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B38E55A"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F81D49" w:rsidRPr="00AB3852" w14:paraId="082F45BE" w14:textId="77777777" w:rsidTr="00F81D49">
        <w:trPr>
          <w:cantSplit/>
          <w:trHeight w:val="340"/>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23EFFD1" w14:textId="77777777" w:rsidR="00F81D49" w:rsidRPr="00AB3852" w:rsidRDefault="00F81D49" w:rsidP="00AB3852">
            <w:pPr>
              <w:rPr>
                <w:rFonts w:ascii="Arial" w:hAnsi="Arial" w:cs="Arial"/>
                <w:sz w:val="20"/>
                <w:szCs w:val="20"/>
              </w:rPr>
            </w:pPr>
          </w:p>
        </w:tc>
        <w:tc>
          <w:tcPr>
            <w:tcW w:w="7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5E8CB52" w14:textId="77777777" w:rsidR="00F81D49" w:rsidRPr="00AB3852" w:rsidRDefault="00F81D49" w:rsidP="00AB3852">
            <w:pPr>
              <w:rPr>
                <w:rFonts w:ascii="Arial" w:hAnsi="Arial" w:cs="Arial"/>
                <w:sz w:val="20"/>
                <w:szCs w:val="20"/>
              </w:rPr>
            </w:pP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CCCCD3" w14:textId="77777777" w:rsidR="00F81D49" w:rsidRPr="00AB3852" w:rsidRDefault="00F81D49" w:rsidP="00AB3852">
            <w:pPr>
              <w:rPr>
                <w:rFonts w:ascii="Arial" w:hAnsi="Arial" w:cs="Arial"/>
                <w:sz w:val="20"/>
                <w:szCs w:val="20"/>
              </w:rPr>
            </w:pP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1DA91CC" w14:textId="77777777" w:rsidR="00F81D49" w:rsidRPr="00AB3852" w:rsidRDefault="00F81D49" w:rsidP="00AB3852">
            <w:pPr>
              <w:rPr>
                <w:rFonts w:ascii="Arial" w:hAnsi="Arial" w:cs="Arial"/>
                <w:sz w:val="20"/>
                <w:szCs w:val="20"/>
              </w:rPr>
            </w:pP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17FC1A" w14:textId="77777777" w:rsidR="00F81D49" w:rsidRPr="00AB3852" w:rsidRDefault="00F81D49" w:rsidP="00AB3852">
            <w:pPr>
              <w:rPr>
                <w:rFonts w:ascii="Arial" w:hAnsi="Arial" w:cs="Arial"/>
                <w:sz w:val="20"/>
                <w:szCs w:val="20"/>
              </w:rPr>
            </w:pPr>
          </w:p>
        </w:tc>
      </w:tr>
    </w:tbl>
    <w:p w14:paraId="7D076CE7"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20E9D94C"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t>People and wellbeing checklist</w:t>
      </w:r>
    </w:p>
    <w:p w14:paraId="46420A5B"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Use during an incident or scenario test. Leave completion boxes blank until needed.</w:t>
      </w:r>
    </w:p>
    <w:tbl>
      <w:tblPr>
        <w:tblStyle w:val="TableGrid"/>
        <w:tblW w:w="0" w:type="auto"/>
        <w:jc w:val="center"/>
        <w:tblLayout w:type="fixed"/>
        <w:tblLook w:val="04A0" w:firstRow="1" w:lastRow="0" w:firstColumn="1" w:lastColumn="0" w:noHBand="0" w:noVBand="1"/>
      </w:tblPr>
      <w:tblGrid>
        <w:gridCol w:w="864"/>
        <w:gridCol w:w="7488"/>
        <w:gridCol w:w="2304"/>
        <w:gridCol w:w="3456"/>
        <w:gridCol w:w="1152"/>
      </w:tblGrid>
      <w:tr w:rsidR="00AB3852" w:rsidRPr="00AB3852" w14:paraId="078E8500" w14:textId="77777777" w:rsidTr="006A3252">
        <w:trPr>
          <w:cantSplit/>
          <w:tblHeader/>
          <w:jc w:val="center"/>
        </w:trPr>
        <w:tc>
          <w:tcPr>
            <w:tcW w:w="86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E94256A"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Step</w:t>
            </w:r>
          </w:p>
        </w:tc>
        <w:tc>
          <w:tcPr>
            <w:tcW w:w="748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46C43FA" w14:textId="77777777" w:rsidR="00AB3852" w:rsidRPr="00AB3852" w:rsidRDefault="00AB3852" w:rsidP="00AB3852">
            <w:pPr>
              <w:jc w:val="center"/>
              <w:rPr>
                <w:rFonts w:ascii="Arial" w:hAnsi="Arial" w:cs="Arial"/>
                <w:color w:val="FFFFFF"/>
                <w:sz w:val="20"/>
                <w:szCs w:val="20"/>
              </w:rPr>
            </w:pPr>
            <w:r w:rsidRPr="00AB3852">
              <w:rPr>
                <w:rFonts w:ascii="Arial" w:hAnsi="Arial" w:cs="Arial"/>
                <w:b/>
                <w:bCs/>
                <w:color w:val="FFFFFF"/>
                <w:sz w:val="20"/>
                <w:szCs w:val="20"/>
              </w:rPr>
              <w:t>Wellbeing action</w:t>
            </w:r>
          </w:p>
        </w:tc>
        <w:tc>
          <w:tcPr>
            <w:tcW w:w="230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8789A07"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w:t>
            </w:r>
          </w:p>
        </w:tc>
        <w:tc>
          <w:tcPr>
            <w:tcW w:w="345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5B9A79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Tool / record</w:t>
            </w:r>
          </w:p>
        </w:tc>
        <w:tc>
          <w:tcPr>
            <w:tcW w:w="115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E5FAD78"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Complete</w:t>
            </w:r>
          </w:p>
        </w:tc>
      </w:tr>
      <w:tr w:rsidR="00AB3852" w:rsidRPr="00AB3852" w14:paraId="298B39F4"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1911184" w14:textId="77777777" w:rsidR="00AB3852" w:rsidRPr="00AB3852" w:rsidRDefault="00AB3852" w:rsidP="00AB3852">
            <w:pPr>
              <w:rPr>
                <w:rFonts w:ascii="Arial" w:hAnsi="Arial" w:cs="Arial"/>
                <w:sz w:val="20"/>
                <w:szCs w:val="20"/>
              </w:rPr>
            </w:pPr>
            <w:r w:rsidRPr="00AB3852">
              <w:rPr>
                <w:rFonts w:ascii="Arial" w:hAnsi="Arial" w:cs="Arial"/>
                <w:sz w:val="20"/>
                <w:szCs w:val="20"/>
              </w:rPr>
              <w:t>1</w:t>
            </w:r>
          </w:p>
        </w:tc>
        <w:tc>
          <w:tcPr>
            <w:tcW w:w="74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559B77E" w14:textId="77777777" w:rsidR="00AB3852" w:rsidRPr="00AB3852" w:rsidRDefault="00AB3852" w:rsidP="00AB3852">
            <w:pPr>
              <w:rPr>
                <w:rFonts w:ascii="Arial" w:hAnsi="Arial" w:cs="Arial"/>
                <w:sz w:val="20"/>
                <w:szCs w:val="20"/>
              </w:rPr>
            </w:pPr>
            <w:r w:rsidRPr="00AB3852">
              <w:rPr>
                <w:rFonts w:ascii="Arial" w:hAnsi="Arial" w:cs="Arial"/>
                <w:sz w:val="20"/>
                <w:szCs w:val="20"/>
              </w:rPr>
              <w:t>Send initial safety check using primary and backup channels.</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DE11BA4" w14:textId="77777777" w:rsidR="00AB3852" w:rsidRPr="00AB3852" w:rsidRDefault="00AB3852" w:rsidP="00AB3852">
            <w:pPr>
              <w:rPr>
                <w:rFonts w:ascii="Arial" w:hAnsi="Arial" w:cs="Arial"/>
                <w:sz w:val="20"/>
                <w:szCs w:val="20"/>
              </w:rPr>
            </w:pPr>
            <w:r w:rsidRPr="00AB3852">
              <w:rPr>
                <w:rFonts w:ascii="Arial" w:hAnsi="Arial" w:cs="Arial"/>
                <w:sz w:val="20"/>
                <w:szCs w:val="20"/>
              </w:rPr>
              <w:t>[People lead]</w:t>
            </w:r>
          </w:p>
        </w:tc>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FEE30C4" w14:textId="77777777" w:rsidR="00AB3852" w:rsidRPr="00AB3852" w:rsidRDefault="00AB3852" w:rsidP="00AB3852">
            <w:pPr>
              <w:rPr>
                <w:rFonts w:ascii="Arial" w:hAnsi="Arial" w:cs="Arial"/>
                <w:sz w:val="20"/>
                <w:szCs w:val="20"/>
              </w:rPr>
            </w:pPr>
            <w:r w:rsidRPr="00AB3852">
              <w:rPr>
                <w:rFonts w:ascii="Arial" w:hAnsi="Arial" w:cs="Arial"/>
                <w:sz w:val="20"/>
                <w:szCs w:val="20"/>
              </w:rPr>
              <w:t>[SMS / email / phone tree / register]</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FD1AA9D"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427CE29A"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3B154A" w14:textId="77777777" w:rsidR="00AB3852" w:rsidRPr="00AB3852" w:rsidRDefault="00AB3852" w:rsidP="00AB3852">
            <w:pPr>
              <w:rPr>
                <w:rFonts w:ascii="Arial" w:hAnsi="Arial" w:cs="Arial"/>
                <w:sz w:val="20"/>
                <w:szCs w:val="20"/>
              </w:rPr>
            </w:pPr>
            <w:r w:rsidRPr="00AB3852">
              <w:rPr>
                <w:rFonts w:ascii="Arial" w:hAnsi="Arial" w:cs="Arial"/>
                <w:sz w:val="20"/>
                <w:szCs w:val="20"/>
              </w:rPr>
              <w:t>2</w:t>
            </w:r>
          </w:p>
        </w:tc>
        <w:tc>
          <w:tcPr>
            <w:tcW w:w="74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EAC94F2" w14:textId="77777777" w:rsidR="00AB3852" w:rsidRPr="00AB3852" w:rsidRDefault="00AB3852" w:rsidP="00AB3852">
            <w:pPr>
              <w:rPr>
                <w:rFonts w:ascii="Arial" w:hAnsi="Arial" w:cs="Arial"/>
                <w:sz w:val="20"/>
                <w:szCs w:val="20"/>
              </w:rPr>
            </w:pPr>
            <w:r w:rsidRPr="00AB3852">
              <w:rPr>
                <w:rFonts w:ascii="Arial" w:hAnsi="Arial" w:cs="Arial"/>
                <w:sz w:val="20"/>
                <w:szCs w:val="20"/>
              </w:rPr>
              <w:t>Record status: safe, assistance required, unreachable, unavailable for work.</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DDAD250" w14:textId="77777777" w:rsidR="00AB3852" w:rsidRPr="00AB3852" w:rsidRDefault="00AB3852" w:rsidP="00AB3852">
            <w:pPr>
              <w:rPr>
                <w:rFonts w:ascii="Arial" w:hAnsi="Arial" w:cs="Arial"/>
                <w:sz w:val="20"/>
                <w:szCs w:val="20"/>
              </w:rPr>
            </w:pPr>
            <w:r w:rsidRPr="00AB3852">
              <w:rPr>
                <w:rFonts w:ascii="Arial" w:hAnsi="Arial" w:cs="Arial"/>
                <w:sz w:val="20"/>
                <w:szCs w:val="20"/>
              </w:rPr>
              <w:t>[People lead]</w:t>
            </w:r>
          </w:p>
        </w:tc>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C3556D" w14:textId="77777777" w:rsidR="00AB3852" w:rsidRPr="00AB3852" w:rsidRDefault="00AB3852" w:rsidP="00AB3852">
            <w:pPr>
              <w:rPr>
                <w:rFonts w:ascii="Arial" w:hAnsi="Arial" w:cs="Arial"/>
                <w:sz w:val="20"/>
                <w:szCs w:val="20"/>
              </w:rPr>
            </w:pPr>
            <w:r w:rsidRPr="00AB3852">
              <w:rPr>
                <w:rFonts w:ascii="Arial" w:hAnsi="Arial" w:cs="Arial"/>
                <w:sz w:val="20"/>
                <w:szCs w:val="20"/>
              </w:rPr>
              <w:t>[Wellbeing tracker]</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6B114EF"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3A359DFB"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C0DF640" w14:textId="77777777" w:rsidR="00AB3852" w:rsidRPr="00AB3852" w:rsidRDefault="00AB3852" w:rsidP="00AB3852">
            <w:pPr>
              <w:rPr>
                <w:rFonts w:ascii="Arial" w:hAnsi="Arial" w:cs="Arial"/>
                <w:sz w:val="20"/>
                <w:szCs w:val="20"/>
              </w:rPr>
            </w:pPr>
            <w:r w:rsidRPr="00AB3852">
              <w:rPr>
                <w:rFonts w:ascii="Arial" w:hAnsi="Arial" w:cs="Arial"/>
                <w:sz w:val="20"/>
                <w:szCs w:val="20"/>
              </w:rPr>
              <w:t>3</w:t>
            </w:r>
          </w:p>
        </w:tc>
        <w:tc>
          <w:tcPr>
            <w:tcW w:w="74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ACD9F4" w14:textId="77777777" w:rsidR="00AB3852" w:rsidRPr="00AB3852" w:rsidRDefault="00AB3852" w:rsidP="00AB3852">
            <w:pPr>
              <w:rPr>
                <w:rFonts w:ascii="Arial" w:hAnsi="Arial" w:cs="Arial"/>
                <w:sz w:val="20"/>
                <w:szCs w:val="20"/>
              </w:rPr>
            </w:pPr>
            <w:r w:rsidRPr="00AB3852">
              <w:rPr>
                <w:rFonts w:ascii="Arial" w:hAnsi="Arial" w:cs="Arial"/>
                <w:sz w:val="20"/>
                <w:szCs w:val="20"/>
              </w:rPr>
              <w:t>Escalate urgent wellbeing concerns to emergency services or nominated contacts.</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324446" w14:textId="77777777" w:rsidR="00AB3852" w:rsidRPr="00AB3852" w:rsidRDefault="00AB3852" w:rsidP="00AB3852">
            <w:pPr>
              <w:rPr>
                <w:rFonts w:ascii="Arial" w:hAnsi="Arial" w:cs="Arial"/>
                <w:sz w:val="20"/>
                <w:szCs w:val="20"/>
              </w:rPr>
            </w:pPr>
            <w:r w:rsidRPr="00AB3852">
              <w:rPr>
                <w:rFonts w:ascii="Arial" w:hAnsi="Arial" w:cs="Arial"/>
                <w:sz w:val="20"/>
                <w:szCs w:val="20"/>
              </w:rPr>
              <w:t>[People lead]</w:t>
            </w:r>
          </w:p>
        </w:tc>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721B15" w14:textId="77777777" w:rsidR="00AB3852" w:rsidRPr="00AB3852" w:rsidRDefault="00AB3852" w:rsidP="00AB3852">
            <w:pPr>
              <w:rPr>
                <w:rFonts w:ascii="Arial" w:hAnsi="Arial" w:cs="Arial"/>
                <w:sz w:val="20"/>
                <w:szCs w:val="20"/>
              </w:rPr>
            </w:pPr>
            <w:r w:rsidRPr="00AB3852">
              <w:rPr>
                <w:rFonts w:ascii="Arial" w:hAnsi="Arial" w:cs="Arial"/>
                <w:sz w:val="20"/>
                <w:szCs w:val="20"/>
              </w:rPr>
              <w:t>[Emergency contact register]</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385AC74"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44D47A29"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5FA76BC" w14:textId="77777777" w:rsidR="00AB3852" w:rsidRPr="00AB3852" w:rsidRDefault="00AB3852" w:rsidP="00AB3852">
            <w:pPr>
              <w:rPr>
                <w:rFonts w:ascii="Arial" w:hAnsi="Arial" w:cs="Arial"/>
                <w:sz w:val="20"/>
                <w:szCs w:val="20"/>
              </w:rPr>
            </w:pPr>
            <w:r w:rsidRPr="00AB3852">
              <w:rPr>
                <w:rFonts w:ascii="Arial" w:hAnsi="Arial" w:cs="Arial"/>
                <w:sz w:val="20"/>
                <w:szCs w:val="20"/>
              </w:rPr>
              <w:t>4</w:t>
            </w:r>
          </w:p>
        </w:tc>
        <w:tc>
          <w:tcPr>
            <w:tcW w:w="74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A9C7E3" w14:textId="77777777" w:rsidR="00AB3852" w:rsidRPr="00AB3852" w:rsidRDefault="00AB3852" w:rsidP="00AB3852">
            <w:pPr>
              <w:rPr>
                <w:rFonts w:ascii="Arial" w:hAnsi="Arial" w:cs="Arial"/>
                <w:sz w:val="20"/>
                <w:szCs w:val="20"/>
              </w:rPr>
            </w:pPr>
            <w:r w:rsidRPr="00AB3852">
              <w:rPr>
                <w:rFonts w:ascii="Arial" w:hAnsi="Arial" w:cs="Arial"/>
                <w:sz w:val="20"/>
                <w:szCs w:val="20"/>
              </w:rPr>
              <w:t>Confirm work availability, remote work limits, rosters and fatigue risk.</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0663524" w14:textId="77777777" w:rsidR="00AB3852" w:rsidRPr="00AB3852" w:rsidRDefault="00AB3852" w:rsidP="00AB3852">
            <w:pPr>
              <w:rPr>
                <w:rFonts w:ascii="Arial" w:hAnsi="Arial" w:cs="Arial"/>
                <w:sz w:val="20"/>
                <w:szCs w:val="20"/>
              </w:rPr>
            </w:pPr>
            <w:r w:rsidRPr="00AB3852">
              <w:rPr>
                <w:rFonts w:ascii="Arial" w:hAnsi="Arial" w:cs="Arial"/>
                <w:sz w:val="20"/>
                <w:szCs w:val="20"/>
              </w:rPr>
              <w:t>[Managers]</w:t>
            </w:r>
          </w:p>
        </w:tc>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C119293" w14:textId="77777777" w:rsidR="00AB3852" w:rsidRPr="00AB3852" w:rsidRDefault="00AB3852" w:rsidP="00AB3852">
            <w:pPr>
              <w:rPr>
                <w:rFonts w:ascii="Arial" w:hAnsi="Arial" w:cs="Arial"/>
                <w:sz w:val="20"/>
                <w:szCs w:val="20"/>
              </w:rPr>
            </w:pPr>
            <w:r w:rsidRPr="00AB3852">
              <w:rPr>
                <w:rFonts w:ascii="Arial" w:hAnsi="Arial" w:cs="Arial"/>
                <w:sz w:val="20"/>
                <w:szCs w:val="20"/>
              </w:rPr>
              <w:t>[Roster / availability sheet]</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30EBD7"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290902E1"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5F55AE" w14:textId="77777777" w:rsidR="00AB3852" w:rsidRPr="00AB3852" w:rsidRDefault="00AB3852" w:rsidP="00AB3852">
            <w:pPr>
              <w:rPr>
                <w:rFonts w:ascii="Arial" w:hAnsi="Arial" w:cs="Arial"/>
                <w:sz w:val="20"/>
                <w:szCs w:val="20"/>
              </w:rPr>
            </w:pPr>
            <w:r w:rsidRPr="00AB3852">
              <w:rPr>
                <w:rFonts w:ascii="Arial" w:hAnsi="Arial" w:cs="Arial"/>
                <w:sz w:val="20"/>
                <w:szCs w:val="20"/>
              </w:rPr>
              <w:t>5</w:t>
            </w:r>
          </w:p>
        </w:tc>
        <w:tc>
          <w:tcPr>
            <w:tcW w:w="74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66C56F" w14:textId="77777777" w:rsidR="00AB3852" w:rsidRPr="00AB3852" w:rsidRDefault="00AB3852" w:rsidP="00AB3852">
            <w:pPr>
              <w:rPr>
                <w:rFonts w:ascii="Arial" w:hAnsi="Arial" w:cs="Arial"/>
                <w:sz w:val="20"/>
                <w:szCs w:val="20"/>
              </w:rPr>
            </w:pPr>
            <w:r w:rsidRPr="00AB3852">
              <w:rPr>
                <w:rFonts w:ascii="Arial" w:hAnsi="Arial" w:cs="Arial"/>
                <w:sz w:val="20"/>
                <w:szCs w:val="20"/>
              </w:rPr>
              <w:t>Set follow-up timing and wellbeing support.</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B10945" w14:textId="77777777" w:rsidR="00AB3852" w:rsidRPr="00AB3852" w:rsidRDefault="00AB3852" w:rsidP="00AB3852">
            <w:pPr>
              <w:rPr>
                <w:rFonts w:ascii="Arial" w:hAnsi="Arial" w:cs="Arial"/>
                <w:sz w:val="20"/>
                <w:szCs w:val="20"/>
              </w:rPr>
            </w:pPr>
            <w:r w:rsidRPr="00AB3852">
              <w:rPr>
                <w:rFonts w:ascii="Arial" w:hAnsi="Arial" w:cs="Arial"/>
                <w:sz w:val="20"/>
                <w:szCs w:val="20"/>
              </w:rPr>
              <w:t>[People lead]</w:t>
            </w:r>
          </w:p>
        </w:tc>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1BD5CA8" w14:textId="77777777" w:rsidR="00AB3852" w:rsidRPr="00AB3852" w:rsidRDefault="00AB3852" w:rsidP="00AB3852">
            <w:pPr>
              <w:rPr>
                <w:rFonts w:ascii="Arial" w:hAnsi="Arial" w:cs="Arial"/>
                <w:sz w:val="20"/>
                <w:szCs w:val="20"/>
              </w:rPr>
            </w:pPr>
            <w:r w:rsidRPr="00AB3852">
              <w:rPr>
                <w:rFonts w:ascii="Arial" w:hAnsi="Arial" w:cs="Arial"/>
                <w:sz w:val="20"/>
                <w:szCs w:val="20"/>
              </w:rPr>
              <w:t>[Communication log]</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898628A"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bl>
    <w:p w14:paraId="59C034CC"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11346B36" w14:textId="77777777" w:rsidR="00832E91" w:rsidRDefault="00832E91">
      <w:pPr>
        <w:rPr>
          <w:rFonts w:ascii="Arial" w:eastAsia="MS Gothic" w:hAnsi="Arial" w:cs="Arial"/>
          <w:b/>
          <w:bCs/>
          <w:color w:val="3D3D3D"/>
          <w:kern w:val="0"/>
          <w:sz w:val="20"/>
          <w:szCs w:val="20"/>
          <w:lang w:val="en-US"/>
          <w14:ligatures w14:val="none"/>
        </w:rPr>
      </w:pPr>
      <w:r>
        <w:rPr>
          <w:rFonts w:ascii="Arial" w:eastAsia="MS Gothic" w:hAnsi="Arial" w:cs="Arial"/>
          <w:b/>
          <w:bCs/>
          <w:color w:val="3D3D3D"/>
          <w:kern w:val="0"/>
          <w:sz w:val="20"/>
          <w:szCs w:val="20"/>
          <w:lang w:val="en-US"/>
          <w14:ligatures w14:val="none"/>
        </w:rPr>
        <w:br w:type="page"/>
      </w:r>
    </w:p>
    <w:p w14:paraId="3DB665C1" w14:textId="2C3BE7B2"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2.4 Technology, records, backups and offline access register</w:t>
      </w:r>
    </w:p>
    <w:p w14:paraId="196A6951"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Complete during plan preparation. Treat this as the master technology, records and offline access register. Refer to system names or IDs elsewhere rather than repeating full details.</w:t>
      </w:r>
    </w:p>
    <w:tbl>
      <w:tblPr>
        <w:tblStyle w:val="TableGrid"/>
        <w:tblW w:w="14111" w:type="dxa"/>
        <w:jc w:val="center"/>
        <w:tblLayout w:type="fixed"/>
        <w:tblLook w:val="04A0" w:firstRow="1" w:lastRow="0" w:firstColumn="1" w:lastColumn="0" w:noHBand="0" w:noVBand="1"/>
      </w:tblPr>
      <w:tblGrid>
        <w:gridCol w:w="1944"/>
        <w:gridCol w:w="1800"/>
        <w:gridCol w:w="1224"/>
        <w:gridCol w:w="1296"/>
        <w:gridCol w:w="1224"/>
        <w:gridCol w:w="1224"/>
        <w:gridCol w:w="2015"/>
        <w:gridCol w:w="1944"/>
        <w:gridCol w:w="1440"/>
      </w:tblGrid>
      <w:tr w:rsidR="00AB3852" w:rsidRPr="00AB3852" w14:paraId="5938A613" w14:textId="77777777" w:rsidTr="00F81D49">
        <w:trPr>
          <w:cantSplit/>
          <w:tblHeader/>
          <w:jc w:val="center"/>
        </w:trPr>
        <w:tc>
          <w:tcPr>
            <w:tcW w:w="194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25717DA"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System / record / data set ID</w:t>
            </w:r>
          </w:p>
        </w:tc>
        <w:tc>
          <w:tcPr>
            <w:tcW w:w="180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23ACE5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Critical process supported</w:t>
            </w:r>
          </w:p>
        </w:tc>
        <w:tc>
          <w:tcPr>
            <w:tcW w:w="122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50B2977"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Business owner</w:t>
            </w:r>
          </w:p>
        </w:tc>
        <w:tc>
          <w:tcPr>
            <w:tcW w:w="129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8427ABF"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Provider / support</w:t>
            </w:r>
          </w:p>
        </w:tc>
        <w:tc>
          <w:tcPr>
            <w:tcW w:w="122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96BCAEC"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Recovery timeframe</w:t>
            </w:r>
          </w:p>
        </w:tc>
        <w:tc>
          <w:tcPr>
            <w:tcW w:w="122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754C24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Acceptable data loss</w:t>
            </w:r>
          </w:p>
        </w:tc>
        <w:tc>
          <w:tcPr>
            <w:tcW w:w="201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9AD47DA"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Backup / offline access</w:t>
            </w:r>
          </w:p>
        </w:tc>
        <w:tc>
          <w:tcPr>
            <w:tcW w:w="194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7AA42EC"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Manual action</w:t>
            </w:r>
          </w:p>
        </w:tc>
        <w:tc>
          <w:tcPr>
            <w:tcW w:w="144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9D6319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Last tested / status</w:t>
            </w:r>
          </w:p>
        </w:tc>
      </w:tr>
      <w:tr w:rsidR="00AB3852" w:rsidRPr="00AB3852" w14:paraId="224E5A11" w14:textId="77777777" w:rsidTr="00F81D49">
        <w:trPr>
          <w:cantSplit/>
          <w:jc w:val="center"/>
        </w:trPr>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48004A" w14:textId="77777777" w:rsidR="00AB3852" w:rsidRPr="00AB3852" w:rsidRDefault="00AB3852" w:rsidP="00AB3852">
            <w:pPr>
              <w:rPr>
                <w:rFonts w:ascii="Arial" w:hAnsi="Arial" w:cs="Arial"/>
                <w:sz w:val="20"/>
                <w:szCs w:val="20"/>
              </w:rPr>
            </w:pPr>
            <w:r w:rsidRPr="00AB3852">
              <w:rPr>
                <w:rFonts w:ascii="Arial" w:hAnsi="Arial" w:cs="Arial"/>
                <w:sz w:val="20"/>
                <w:szCs w:val="20"/>
              </w:rPr>
              <w:t>SYS1 Accounting system</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400B78" w14:textId="77777777" w:rsidR="00AB3852" w:rsidRPr="00AB3852" w:rsidRDefault="00AB3852" w:rsidP="00AB3852">
            <w:pPr>
              <w:rPr>
                <w:rFonts w:ascii="Arial" w:hAnsi="Arial" w:cs="Arial"/>
                <w:sz w:val="20"/>
                <w:szCs w:val="20"/>
              </w:rPr>
            </w:pPr>
            <w:r w:rsidRPr="00AB3852">
              <w:rPr>
                <w:rFonts w:ascii="Arial" w:hAnsi="Arial" w:cs="Arial"/>
                <w:sz w:val="20"/>
                <w:szCs w:val="20"/>
              </w:rPr>
              <w:t>Invoicing / payments / reporting</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A04ECB5"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9F9CE2C" w14:textId="77777777" w:rsidR="00AB3852" w:rsidRPr="00AB3852" w:rsidRDefault="00AB3852" w:rsidP="00AB3852">
            <w:pPr>
              <w:rPr>
                <w:rFonts w:ascii="Arial" w:hAnsi="Arial" w:cs="Arial"/>
                <w:sz w:val="20"/>
                <w:szCs w:val="20"/>
              </w:rPr>
            </w:pPr>
            <w:r w:rsidRPr="00AB3852">
              <w:rPr>
                <w:rFonts w:ascii="Arial" w:hAnsi="Arial" w:cs="Arial"/>
                <w:sz w:val="20"/>
                <w:szCs w:val="20"/>
              </w:rPr>
              <w:t>[Provider]</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F672F8B"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97E539" w14:textId="77777777" w:rsidR="00AB3852" w:rsidRPr="00AB3852" w:rsidRDefault="00AB3852" w:rsidP="00AB3852">
            <w:pPr>
              <w:rPr>
                <w:rFonts w:ascii="Arial" w:hAnsi="Arial" w:cs="Arial"/>
                <w:sz w:val="20"/>
                <w:szCs w:val="20"/>
              </w:rPr>
            </w:pPr>
            <w:r w:rsidRPr="00AB3852">
              <w:rPr>
                <w:rFonts w:ascii="Arial" w:hAnsi="Arial" w:cs="Arial"/>
                <w:sz w:val="20"/>
                <w:szCs w:val="20"/>
              </w:rPr>
              <w:t>[Data loss limit]</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41B41E" w14:textId="77777777" w:rsidR="00AB3852" w:rsidRPr="00AB3852" w:rsidRDefault="00AB3852" w:rsidP="00AB3852">
            <w:pPr>
              <w:rPr>
                <w:rFonts w:ascii="Arial" w:hAnsi="Arial" w:cs="Arial"/>
                <w:sz w:val="20"/>
                <w:szCs w:val="20"/>
              </w:rPr>
            </w:pPr>
            <w:r w:rsidRPr="00AB3852">
              <w:rPr>
                <w:rFonts w:ascii="Arial" w:hAnsi="Arial" w:cs="Arial"/>
                <w:sz w:val="20"/>
                <w:szCs w:val="20"/>
              </w:rPr>
              <w:t>[Backup / export / offline copy]</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DA7B8C5" w14:textId="77777777" w:rsidR="00AB3852" w:rsidRPr="00AB3852" w:rsidRDefault="00AB3852" w:rsidP="00AB3852">
            <w:pPr>
              <w:rPr>
                <w:rFonts w:ascii="Arial" w:hAnsi="Arial" w:cs="Arial"/>
                <w:sz w:val="20"/>
                <w:szCs w:val="20"/>
              </w:rPr>
            </w:pPr>
            <w:r w:rsidRPr="00AB3852">
              <w:rPr>
                <w:rFonts w:ascii="Arial" w:hAnsi="Arial" w:cs="Arial"/>
                <w:sz w:val="20"/>
                <w:szCs w:val="20"/>
              </w:rPr>
              <w:t>[Manual invoice / payment log]</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681730" w14:textId="77777777" w:rsidR="00AB3852" w:rsidRPr="00AB3852" w:rsidRDefault="00AB3852" w:rsidP="00AB3852">
            <w:pPr>
              <w:rPr>
                <w:rFonts w:ascii="Arial" w:hAnsi="Arial" w:cs="Arial"/>
                <w:sz w:val="20"/>
                <w:szCs w:val="20"/>
              </w:rPr>
            </w:pPr>
            <w:r w:rsidRPr="00AB3852">
              <w:rPr>
                <w:rFonts w:ascii="Arial" w:hAnsi="Arial" w:cs="Arial"/>
                <w:sz w:val="20"/>
                <w:szCs w:val="20"/>
              </w:rPr>
              <w:t>[Date / status]</w:t>
            </w:r>
          </w:p>
        </w:tc>
      </w:tr>
      <w:tr w:rsidR="00AB3852" w:rsidRPr="00AB3852" w14:paraId="5F56F6F4" w14:textId="77777777" w:rsidTr="00F81D49">
        <w:trPr>
          <w:cantSplit/>
          <w:jc w:val="center"/>
        </w:trPr>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E1F88C" w14:textId="77777777" w:rsidR="00AB3852" w:rsidRPr="00AB3852" w:rsidRDefault="00AB3852" w:rsidP="00AB3852">
            <w:pPr>
              <w:rPr>
                <w:rFonts w:ascii="Arial" w:hAnsi="Arial" w:cs="Arial"/>
                <w:sz w:val="20"/>
                <w:szCs w:val="20"/>
              </w:rPr>
            </w:pPr>
            <w:r w:rsidRPr="00AB3852">
              <w:rPr>
                <w:rFonts w:ascii="Arial" w:hAnsi="Arial" w:cs="Arial"/>
                <w:sz w:val="20"/>
                <w:szCs w:val="20"/>
              </w:rPr>
              <w:t>SYS2 Payroll system</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08D972" w14:textId="77777777" w:rsidR="00AB3852" w:rsidRPr="00AB3852" w:rsidRDefault="00AB3852" w:rsidP="00AB3852">
            <w:pPr>
              <w:rPr>
                <w:rFonts w:ascii="Arial" w:hAnsi="Arial" w:cs="Arial"/>
                <w:sz w:val="20"/>
                <w:szCs w:val="20"/>
              </w:rPr>
            </w:pPr>
            <w:r w:rsidRPr="00AB3852">
              <w:rPr>
                <w:rFonts w:ascii="Arial" w:hAnsi="Arial" w:cs="Arial"/>
                <w:sz w:val="20"/>
                <w:szCs w:val="20"/>
              </w:rPr>
              <w:t>Payroll</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88AA1F0"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9733E85" w14:textId="77777777" w:rsidR="00AB3852" w:rsidRPr="00AB3852" w:rsidRDefault="00AB3852" w:rsidP="00AB3852">
            <w:pPr>
              <w:rPr>
                <w:rFonts w:ascii="Arial" w:hAnsi="Arial" w:cs="Arial"/>
                <w:sz w:val="20"/>
                <w:szCs w:val="20"/>
              </w:rPr>
            </w:pPr>
            <w:r w:rsidRPr="00AB3852">
              <w:rPr>
                <w:rFonts w:ascii="Arial" w:hAnsi="Arial" w:cs="Arial"/>
                <w:sz w:val="20"/>
                <w:szCs w:val="20"/>
              </w:rPr>
              <w:t>[Provider]</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5322EFD"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1415C01" w14:textId="77777777" w:rsidR="00AB3852" w:rsidRPr="00AB3852" w:rsidRDefault="00AB3852" w:rsidP="00AB3852">
            <w:pPr>
              <w:rPr>
                <w:rFonts w:ascii="Arial" w:hAnsi="Arial" w:cs="Arial"/>
                <w:sz w:val="20"/>
                <w:szCs w:val="20"/>
              </w:rPr>
            </w:pPr>
            <w:r w:rsidRPr="00AB3852">
              <w:rPr>
                <w:rFonts w:ascii="Arial" w:hAnsi="Arial" w:cs="Arial"/>
                <w:sz w:val="20"/>
                <w:szCs w:val="20"/>
              </w:rPr>
              <w:t>[Data loss limit]</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735FC4" w14:textId="77777777" w:rsidR="00AB3852" w:rsidRPr="00AB3852" w:rsidRDefault="00AB3852" w:rsidP="00AB3852">
            <w:pPr>
              <w:rPr>
                <w:rFonts w:ascii="Arial" w:hAnsi="Arial" w:cs="Arial"/>
                <w:sz w:val="20"/>
                <w:szCs w:val="20"/>
              </w:rPr>
            </w:pPr>
            <w:r w:rsidRPr="00AB3852">
              <w:rPr>
                <w:rFonts w:ascii="Arial" w:hAnsi="Arial" w:cs="Arial"/>
                <w:sz w:val="20"/>
                <w:szCs w:val="20"/>
              </w:rPr>
              <w:t>[Backup / export / offline copy]</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C2DAE08" w14:textId="77777777" w:rsidR="00AB3852" w:rsidRPr="00AB3852" w:rsidRDefault="00AB3852" w:rsidP="00AB3852">
            <w:pPr>
              <w:rPr>
                <w:rFonts w:ascii="Arial" w:hAnsi="Arial" w:cs="Arial"/>
                <w:sz w:val="20"/>
                <w:szCs w:val="20"/>
              </w:rPr>
            </w:pPr>
            <w:r w:rsidRPr="00AB3852">
              <w:rPr>
                <w:rFonts w:ascii="Arial" w:hAnsi="Arial" w:cs="Arial"/>
                <w:sz w:val="20"/>
                <w:szCs w:val="20"/>
              </w:rPr>
              <w:t>[Offline payroll input]</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F7A3BDB" w14:textId="77777777" w:rsidR="00AB3852" w:rsidRPr="00AB3852" w:rsidRDefault="00AB3852" w:rsidP="00AB3852">
            <w:pPr>
              <w:rPr>
                <w:rFonts w:ascii="Arial" w:hAnsi="Arial" w:cs="Arial"/>
                <w:sz w:val="20"/>
                <w:szCs w:val="20"/>
              </w:rPr>
            </w:pPr>
            <w:r w:rsidRPr="00AB3852">
              <w:rPr>
                <w:rFonts w:ascii="Arial" w:hAnsi="Arial" w:cs="Arial"/>
                <w:sz w:val="20"/>
                <w:szCs w:val="20"/>
              </w:rPr>
              <w:t>[Date / status]</w:t>
            </w:r>
          </w:p>
        </w:tc>
      </w:tr>
      <w:tr w:rsidR="00AB3852" w:rsidRPr="00AB3852" w14:paraId="49313D12" w14:textId="77777777" w:rsidTr="00F81D49">
        <w:trPr>
          <w:cantSplit/>
          <w:jc w:val="center"/>
        </w:trPr>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4CE9E6" w14:textId="77777777" w:rsidR="00AB3852" w:rsidRPr="00AB3852" w:rsidRDefault="00AB3852" w:rsidP="00AB3852">
            <w:pPr>
              <w:rPr>
                <w:rFonts w:ascii="Arial" w:hAnsi="Arial" w:cs="Arial"/>
                <w:sz w:val="20"/>
                <w:szCs w:val="20"/>
              </w:rPr>
            </w:pPr>
            <w:r w:rsidRPr="00AB3852">
              <w:rPr>
                <w:rFonts w:ascii="Arial" w:hAnsi="Arial" w:cs="Arial"/>
                <w:sz w:val="20"/>
                <w:szCs w:val="20"/>
              </w:rPr>
              <w:t>SYS3 Customer records / CRM</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FB5EEAC" w14:textId="77777777" w:rsidR="00AB3852" w:rsidRPr="00AB3852" w:rsidRDefault="00AB3852" w:rsidP="00AB3852">
            <w:pPr>
              <w:rPr>
                <w:rFonts w:ascii="Arial" w:hAnsi="Arial" w:cs="Arial"/>
                <w:sz w:val="20"/>
                <w:szCs w:val="20"/>
              </w:rPr>
            </w:pPr>
            <w:r w:rsidRPr="00AB3852">
              <w:rPr>
                <w:rFonts w:ascii="Arial" w:hAnsi="Arial" w:cs="Arial"/>
                <w:sz w:val="20"/>
                <w:szCs w:val="20"/>
              </w:rPr>
              <w:t>Customer service / sales</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1923FAF"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2A1F883" w14:textId="77777777" w:rsidR="00AB3852" w:rsidRPr="00AB3852" w:rsidRDefault="00AB3852" w:rsidP="00AB3852">
            <w:pPr>
              <w:rPr>
                <w:rFonts w:ascii="Arial" w:hAnsi="Arial" w:cs="Arial"/>
                <w:sz w:val="20"/>
                <w:szCs w:val="20"/>
              </w:rPr>
            </w:pPr>
            <w:r w:rsidRPr="00AB3852">
              <w:rPr>
                <w:rFonts w:ascii="Arial" w:hAnsi="Arial" w:cs="Arial"/>
                <w:sz w:val="20"/>
                <w:szCs w:val="20"/>
              </w:rPr>
              <w:t>[Provider]</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C78E8F"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B4DD0A" w14:textId="77777777" w:rsidR="00AB3852" w:rsidRPr="00AB3852" w:rsidRDefault="00AB3852" w:rsidP="00AB3852">
            <w:pPr>
              <w:rPr>
                <w:rFonts w:ascii="Arial" w:hAnsi="Arial" w:cs="Arial"/>
                <w:sz w:val="20"/>
                <w:szCs w:val="20"/>
              </w:rPr>
            </w:pPr>
            <w:r w:rsidRPr="00AB3852">
              <w:rPr>
                <w:rFonts w:ascii="Arial" w:hAnsi="Arial" w:cs="Arial"/>
                <w:sz w:val="20"/>
                <w:szCs w:val="20"/>
              </w:rPr>
              <w:t>[Data loss limit]</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990A158" w14:textId="77777777" w:rsidR="00AB3852" w:rsidRPr="00AB3852" w:rsidRDefault="00AB3852" w:rsidP="00AB3852">
            <w:pPr>
              <w:rPr>
                <w:rFonts w:ascii="Arial" w:hAnsi="Arial" w:cs="Arial"/>
                <w:sz w:val="20"/>
                <w:szCs w:val="20"/>
              </w:rPr>
            </w:pPr>
            <w:r w:rsidRPr="00AB3852">
              <w:rPr>
                <w:rFonts w:ascii="Arial" w:hAnsi="Arial" w:cs="Arial"/>
                <w:sz w:val="20"/>
                <w:szCs w:val="20"/>
              </w:rPr>
              <w:t>[Backup / export / offline copy]</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C8AAF91" w14:textId="77777777" w:rsidR="00AB3852" w:rsidRPr="00AB3852" w:rsidRDefault="00AB3852" w:rsidP="00AB3852">
            <w:pPr>
              <w:rPr>
                <w:rFonts w:ascii="Arial" w:hAnsi="Arial" w:cs="Arial"/>
                <w:sz w:val="20"/>
                <w:szCs w:val="20"/>
              </w:rPr>
            </w:pPr>
            <w:r w:rsidRPr="00AB3852">
              <w:rPr>
                <w:rFonts w:ascii="Arial" w:hAnsi="Arial" w:cs="Arial"/>
                <w:sz w:val="20"/>
                <w:szCs w:val="20"/>
              </w:rPr>
              <w:t>[Customer contact log]</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7E3E85" w14:textId="77777777" w:rsidR="00AB3852" w:rsidRPr="00AB3852" w:rsidRDefault="00AB3852" w:rsidP="00AB3852">
            <w:pPr>
              <w:rPr>
                <w:rFonts w:ascii="Arial" w:hAnsi="Arial" w:cs="Arial"/>
                <w:sz w:val="20"/>
                <w:szCs w:val="20"/>
              </w:rPr>
            </w:pPr>
            <w:r w:rsidRPr="00AB3852">
              <w:rPr>
                <w:rFonts w:ascii="Arial" w:hAnsi="Arial" w:cs="Arial"/>
                <w:sz w:val="20"/>
                <w:szCs w:val="20"/>
              </w:rPr>
              <w:t>[Date / status]</w:t>
            </w:r>
          </w:p>
        </w:tc>
      </w:tr>
      <w:tr w:rsidR="00AB3852" w:rsidRPr="00AB3852" w14:paraId="0EB1D7DF" w14:textId="77777777" w:rsidTr="00F81D49">
        <w:trPr>
          <w:cantSplit/>
          <w:jc w:val="center"/>
        </w:trPr>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100C3B2" w14:textId="77777777" w:rsidR="00AB3852" w:rsidRPr="00AB3852" w:rsidRDefault="00AB3852" w:rsidP="00AB3852">
            <w:pPr>
              <w:rPr>
                <w:rFonts w:ascii="Arial" w:hAnsi="Arial" w:cs="Arial"/>
                <w:sz w:val="20"/>
                <w:szCs w:val="20"/>
              </w:rPr>
            </w:pPr>
            <w:r w:rsidRPr="00AB3852">
              <w:rPr>
                <w:rFonts w:ascii="Arial" w:hAnsi="Arial" w:cs="Arial"/>
                <w:sz w:val="20"/>
                <w:szCs w:val="20"/>
              </w:rPr>
              <w:t>SYS4 Job / booking / stock system</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5602336" w14:textId="77777777" w:rsidR="00AB3852" w:rsidRPr="00AB3852" w:rsidRDefault="00AB3852" w:rsidP="00AB3852">
            <w:pPr>
              <w:rPr>
                <w:rFonts w:ascii="Arial" w:hAnsi="Arial" w:cs="Arial"/>
                <w:sz w:val="20"/>
                <w:szCs w:val="20"/>
              </w:rPr>
            </w:pPr>
            <w:r w:rsidRPr="00AB3852">
              <w:rPr>
                <w:rFonts w:ascii="Arial" w:hAnsi="Arial" w:cs="Arial"/>
                <w:sz w:val="20"/>
                <w:szCs w:val="20"/>
              </w:rPr>
              <w:t>Operations / delivery</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4339427"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9C770B9" w14:textId="77777777" w:rsidR="00AB3852" w:rsidRPr="00AB3852" w:rsidRDefault="00AB3852" w:rsidP="00AB3852">
            <w:pPr>
              <w:rPr>
                <w:rFonts w:ascii="Arial" w:hAnsi="Arial" w:cs="Arial"/>
                <w:sz w:val="20"/>
                <w:szCs w:val="20"/>
              </w:rPr>
            </w:pPr>
            <w:r w:rsidRPr="00AB3852">
              <w:rPr>
                <w:rFonts w:ascii="Arial" w:hAnsi="Arial" w:cs="Arial"/>
                <w:sz w:val="20"/>
                <w:szCs w:val="20"/>
              </w:rPr>
              <w:t>[Provider]</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33C5585"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CA9851D" w14:textId="77777777" w:rsidR="00AB3852" w:rsidRPr="00AB3852" w:rsidRDefault="00AB3852" w:rsidP="00AB3852">
            <w:pPr>
              <w:rPr>
                <w:rFonts w:ascii="Arial" w:hAnsi="Arial" w:cs="Arial"/>
                <w:sz w:val="20"/>
                <w:szCs w:val="20"/>
              </w:rPr>
            </w:pPr>
            <w:r w:rsidRPr="00AB3852">
              <w:rPr>
                <w:rFonts w:ascii="Arial" w:hAnsi="Arial" w:cs="Arial"/>
                <w:sz w:val="20"/>
                <w:szCs w:val="20"/>
              </w:rPr>
              <w:t>[Data loss limit]</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649368" w14:textId="77777777" w:rsidR="00AB3852" w:rsidRPr="00AB3852" w:rsidRDefault="00AB3852" w:rsidP="00AB3852">
            <w:pPr>
              <w:rPr>
                <w:rFonts w:ascii="Arial" w:hAnsi="Arial" w:cs="Arial"/>
                <w:sz w:val="20"/>
                <w:szCs w:val="20"/>
              </w:rPr>
            </w:pPr>
            <w:r w:rsidRPr="00AB3852">
              <w:rPr>
                <w:rFonts w:ascii="Arial" w:hAnsi="Arial" w:cs="Arial"/>
                <w:sz w:val="20"/>
                <w:szCs w:val="20"/>
              </w:rPr>
              <w:t>[Backup / export / offline copy]</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377EFE0" w14:textId="77777777" w:rsidR="00AB3852" w:rsidRPr="00AB3852" w:rsidRDefault="00AB3852" w:rsidP="00AB3852">
            <w:pPr>
              <w:rPr>
                <w:rFonts w:ascii="Arial" w:hAnsi="Arial" w:cs="Arial"/>
                <w:sz w:val="20"/>
                <w:szCs w:val="20"/>
              </w:rPr>
            </w:pPr>
            <w:r w:rsidRPr="00AB3852">
              <w:rPr>
                <w:rFonts w:ascii="Arial" w:hAnsi="Arial" w:cs="Arial"/>
                <w:sz w:val="20"/>
                <w:szCs w:val="20"/>
              </w:rPr>
              <w:t>[Manual order / job log]</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3A17DA" w14:textId="77777777" w:rsidR="00AB3852" w:rsidRPr="00AB3852" w:rsidRDefault="00AB3852" w:rsidP="00AB3852">
            <w:pPr>
              <w:rPr>
                <w:rFonts w:ascii="Arial" w:hAnsi="Arial" w:cs="Arial"/>
                <w:sz w:val="20"/>
                <w:szCs w:val="20"/>
              </w:rPr>
            </w:pPr>
            <w:r w:rsidRPr="00AB3852">
              <w:rPr>
                <w:rFonts w:ascii="Arial" w:hAnsi="Arial" w:cs="Arial"/>
                <w:sz w:val="20"/>
                <w:szCs w:val="20"/>
              </w:rPr>
              <w:t>[Date / status]</w:t>
            </w:r>
          </w:p>
        </w:tc>
      </w:tr>
      <w:tr w:rsidR="00AB3852" w:rsidRPr="00AB3852" w14:paraId="7EC19399" w14:textId="77777777" w:rsidTr="00F81D49">
        <w:trPr>
          <w:cantSplit/>
          <w:jc w:val="center"/>
        </w:trPr>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B33909" w14:textId="77777777" w:rsidR="00AB3852" w:rsidRPr="00AB3852" w:rsidRDefault="00AB3852" w:rsidP="00AB3852">
            <w:pPr>
              <w:rPr>
                <w:rFonts w:ascii="Arial" w:hAnsi="Arial" w:cs="Arial"/>
                <w:sz w:val="20"/>
                <w:szCs w:val="20"/>
              </w:rPr>
            </w:pPr>
            <w:r w:rsidRPr="00AB3852">
              <w:rPr>
                <w:rFonts w:ascii="Arial" w:hAnsi="Arial" w:cs="Arial"/>
                <w:sz w:val="20"/>
                <w:szCs w:val="20"/>
              </w:rPr>
              <w:t>SYS5 Email / phones / collaboration</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1A002DC" w14:textId="77777777" w:rsidR="00AB3852" w:rsidRPr="00AB3852" w:rsidRDefault="00AB3852" w:rsidP="00AB3852">
            <w:pPr>
              <w:rPr>
                <w:rFonts w:ascii="Arial" w:hAnsi="Arial" w:cs="Arial"/>
                <w:sz w:val="20"/>
                <w:szCs w:val="20"/>
              </w:rPr>
            </w:pPr>
            <w:r w:rsidRPr="00AB3852">
              <w:rPr>
                <w:rFonts w:ascii="Arial" w:hAnsi="Arial" w:cs="Arial"/>
                <w:sz w:val="20"/>
                <w:szCs w:val="20"/>
              </w:rPr>
              <w:t>Communication</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29A7DAD"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D421D3" w14:textId="77777777" w:rsidR="00AB3852" w:rsidRPr="00AB3852" w:rsidRDefault="00AB3852" w:rsidP="00AB3852">
            <w:pPr>
              <w:rPr>
                <w:rFonts w:ascii="Arial" w:hAnsi="Arial" w:cs="Arial"/>
                <w:sz w:val="20"/>
                <w:szCs w:val="20"/>
              </w:rPr>
            </w:pPr>
            <w:r w:rsidRPr="00AB3852">
              <w:rPr>
                <w:rFonts w:ascii="Arial" w:hAnsi="Arial" w:cs="Arial"/>
                <w:sz w:val="20"/>
                <w:szCs w:val="20"/>
              </w:rPr>
              <w:t>[Provider]</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4227C89"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A10684A" w14:textId="77777777" w:rsidR="00AB3852" w:rsidRPr="00AB3852" w:rsidRDefault="00AB3852" w:rsidP="00AB3852">
            <w:pPr>
              <w:rPr>
                <w:rFonts w:ascii="Arial" w:hAnsi="Arial" w:cs="Arial"/>
                <w:sz w:val="20"/>
                <w:szCs w:val="20"/>
              </w:rPr>
            </w:pPr>
            <w:r w:rsidRPr="00AB3852">
              <w:rPr>
                <w:rFonts w:ascii="Arial" w:hAnsi="Arial" w:cs="Arial"/>
                <w:sz w:val="20"/>
                <w:szCs w:val="20"/>
              </w:rPr>
              <w:t>[Data loss limit]</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7DB486" w14:textId="77777777" w:rsidR="00AB3852" w:rsidRPr="00AB3852" w:rsidRDefault="00AB3852" w:rsidP="00AB3852">
            <w:pPr>
              <w:rPr>
                <w:rFonts w:ascii="Arial" w:hAnsi="Arial" w:cs="Arial"/>
                <w:sz w:val="20"/>
                <w:szCs w:val="20"/>
              </w:rPr>
            </w:pPr>
            <w:r w:rsidRPr="00AB3852">
              <w:rPr>
                <w:rFonts w:ascii="Arial" w:hAnsi="Arial" w:cs="Arial"/>
                <w:sz w:val="20"/>
                <w:szCs w:val="20"/>
              </w:rPr>
              <w:t>[Backup channel]</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836A1F" w14:textId="77777777" w:rsidR="00AB3852" w:rsidRPr="00AB3852" w:rsidRDefault="00AB3852" w:rsidP="00AB3852">
            <w:pPr>
              <w:rPr>
                <w:rFonts w:ascii="Arial" w:hAnsi="Arial" w:cs="Arial"/>
                <w:sz w:val="20"/>
                <w:szCs w:val="20"/>
              </w:rPr>
            </w:pPr>
            <w:r w:rsidRPr="00AB3852">
              <w:rPr>
                <w:rFonts w:ascii="Arial" w:hAnsi="Arial" w:cs="Arial"/>
                <w:sz w:val="20"/>
                <w:szCs w:val="20"/>
              </w:rPr>
              <w:t>[Phone tree / group chat]</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8B0166" w14:textId="77777777" w:rsidR="00AB3852" w:rsidRPr="00AB3852" w:rsidRDefault="00AB3852" w:rsidP="00AB3852">
            <w:pPr>
              <w:rPr>
                <w:rFonts w:ascii="Arial" w:hAnsi="Arial" w:cs="Arial"/>
                <w:sz w:val="20"/>
                <w:szCs w:val="20"/>
              </w:rPr>
            </w:pPr>
            <w:r w:rsidRPr="00AB3852">
              <w:rPr>
                <w:rFonts w:ascii="Arial" w:hAnsi="Arial" w:cs="Arial"/>
                <w:sz w:val="20"/>
                <w:szCs w:val="20"/>
              </w:rPr>
              <w:t>[Date / status]</w:t>
            </w:r>
          </w:p>
        </w:tc>
      </w:tr>
      <w:tr w:rsidR="00AB3852" w:rsidRPr="00AB3852" w14:paraId="077F550D" w14:textId="77777777" w:rsidTr="00F81D49">
        <w:trPr>
          <w:cantSplit/>
          <w:jc w:val="center"/>
        </w:trPr>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34843D9" w14:textId="77777777" w:rsidR="00AB3852" w:rsidRPr="00AB3852" w:rsidRDefault="00AB3852" w:rsidP="00AB3852">
            <w:pPr>
              <w:rPr>
                <w:rFonts w:ascii="Arial" w:hAnsi="Arial" w:cs="Arial"/>
                <w:sz w:val="20"/>
                <w:szCs w:val="20"/>
              </w:rPr>
            </w:pPr>
            <w:r w:rsidRPr="00AB3852">
              <w:rPr>
                <w:rFonts w:ascii="Arial" w:hAnsi="Arial" w:cs="Arial"/>
                <w:sz w:val="20"/>
                <w:szCs w:val="20"/>
              </w:rPr>
              <w:t>SYS6 Banking authorities / tokens</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65FD1FE" w14:textId="77777777" w:rsidR="00AB3852" w:rsidRPr="00AB3852" w:rsidRDefault="00AB3852" w:rsidP="00AB3852">
            <w:pPr>
              <w:rPr>
                <w:rFonts w:ascii="Arial" w:hAnsi="Arial" w:cs="Arial"/>
                <w:sz w:val="20"/>
                <w:szCs w:val="20"/>
              </w:rPr>
            </w:pPr>
            <w:r w:rsidRPr="00AB3852">
              <w:rPr>
                <w:rFonts w:ascii="Arial" w:hAnsi="Arial" w:cs="Arial"/>
                <w:sz w:val="20"/>
                <w:szCs w:val="20"/>
              </w:rPr>
              <w:t>Payments / payroll / funding</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507E846"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668798" w14:textId="77777777" w:rsidR="00AB3852" w:rsidRPr="00AB3852" w:rsidRDefault="00AB3852" w:rsidP="00AB3852">
            <w:pPr>
              <w:rPr>
                <w:rFonts w:ascii="Arial" w:hAnsi="Arial" w:cs="Arial"/>
                <w:sz w:val="20"/>
                <w:szCs w:val="20"/>
              </w:rPr>
            </w:pPr>
            <w:r w:rsidRPr="00AB3852">
              <w:rPr>
                <w:rFonts w:ascii="Arial" w:hAnsi="Arial" w:cs="Arial"/>
                <w:sz w:val="20"/>
                <w:szCs w:val="20"/>
              </w:rPr>
              <w:t>[Bank]</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76C949B"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8DD59A" w14:textId="77777777" w:rsidR="00AB3852" w:rsidRPr="00AB3852" w:rsidRDefault="00AB3852" w:rsidP="00AB3852">
            <w:pPr>
              <w:rPr>
                <w:rFonts w:ascii="Arial" w:hAnsi="Arial" w:cs="Arial"/>
                <w:sz w:val="20"/>
                <w:szCs w:val="20"/>
              </w:rPr>
            </w:pPr>
            <w:r w:rsidRPr="00AB3852">
              <w:rPr>
                <w:rFonts w:ascii="Arial" w:hAnsi="Arial" w:cs="Arial"/>
                <w:sz w:val="20"/>
                <w:szCs w:val="20"/>
              </w:rPr>
              <w:t>[N/A]</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B483FDF" w14:textId="77777777" w:rsidR="00AB3852" w:rsidRPr="00AB3852" w:rsidRDefault="00AB3852" w:rsidP="00AB3852">
            <w:pPr>
              <w:rPr>
                <w:rFonts w:ascii="Arial" w:hAnsi="Arial" w:cs="Arial"/>
                <w:sz w:val="20"/>
                <w:szCs w:val="20"/>
              </w:rPr>
            </w:pPr>
            <w:r w:rsidRPr="00AB3852">
              <w:rPr>
                <w:rFonts w:ascii="Arial" w:hAnsi="Arial" w:cs="Arial"/>
                <w:sz w:val="20"/>
                <w:szCs w:val="20"/>
              </w:rPr>
              <w:t>[Backup approver / access method]</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DC7406E" w14:textId="77777777" w:rsidR="00AB3852" w:rsidRPr="00AB3852" w:rsidRDefault="00AB3852" w:rsidP="00AB3852">
            <w:pPr>
              <w:rPr>
                <w:rFonts w:ascii="Arial" w:hAnsi="Arial" w:cs="Arial"/>
                <w:sz w:val="20"/>
                <w:szCs w:val="20"/>
              </w:rPr>
            </w:pPr>
            <w:r w:rsidRPr="00AB3852">
              <w:rPr>
                <w:rFonts w:ascii="Arial" w:hAnsi="Arial" w:cs="Arial"/>
                <w:sz w:val="20"/>
                <w:szCs w:val="20"/>
              </w:rPr>
              <w:t>[Manual approval record]</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FFF7D85" w14:textId="77777777" w:rsidR="00AB3852" w:rsidRPr="00AB3852" w:rsidRDefault="00AB3852" w:rsidP="00AB3852">
            <w:pPr>
              <w:rPr>
                <w:rFonts w:ascii="Arial" w:hAnsi="Arial" w:cs="Arial"/>
                <w:sz w:val="20"/>
                <w:szCs w:val="20"/>
              </w:rPr>
            </w:pPr>
            <w:r w:rsidRPr="00AB3852">
              <w:rPr>
                <w:rFonts w:ascii="Arial" w:hAnsi="Arial" w:cs="Arial"/>
                <w:sz w:val="20"/>
                <w:szCs w:val="20"/>
              </w:rPr>
              <w:t>[Date / status]</w:t>
            </w:r>
          </w:p>
        </w:tc>
      </w:tr>
      <w:tr w:rsidR="00AB3852" w:rsidRPr="00AB3852" w14:paraId="14028F23" w14:textId="77777777" w:rsidTr="00F81D49">
        <w:trPr>
          <w:cantSplit/>
          <w:jc w:val="center"/>
        </w:trPr>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AEE7F68" w14:textId="77777777" w:rsidR="00AB3852" w:rsidRPr="00AB3852" w:rsidRDefault="00AB3852" w:rsidP="00AB3852">
            <w:pPr>
              <w:rPr>
                <w:rFonts w:ascii="Arial" w:hAnsi="Arial" w:cs="Arial"/>
                <w:sz w:val="20"/>
                <w:szCs w:val="20"/>
              </w:rPr>
            </w:pPr>
            <w:r w:rsidRPr="00AB3852">
              <w:rPr>
                <w:rFonts w:ascii="Arial" w:hAnsi="Arial" w:cs="Arial"/>
                <w:sz w:val="20"/>
                <w:szCs w:val="20"/>
              </w:rPr>
              <w:t>REC1 Contracts and obligations</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A9A8EA6" w14:textId="77777777" w:rsidR="00AB3852" w:rsidRPr="00AB3852" w:rsidRDefault="00AB3852" w:rsidP="00AB3852">
            <w:pPr>
              <w:rPr>
                <w:rFonts w:ascii="Arial" w:hAnsi="Arial" w:cs="Arial"/>
                <w:sz w:val="20"/>
                <w:szCs w:val="20"/>
              </w:rPr>
            </w:pPr>
            <w:r w:rsidRPr="00AB3852">
              <w:rPr>
                <w:rFonts w:ascii="Arial" w:hAnsi="Arial" w:cs="Arial"/>
                <w:sz w:val="20"/>
                <w:szCs w:val="20"/>
              </w:rPr>
              <w:t>Customer / supplier / legal</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5F564A"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27E2282" w14:textId="77777777" w:rsidR="00AB3852" w:rsidRPr="00AB3852" w:rsidRDefault="00AB3852" w:rsidP="00AB3852">
            <w:pPr>
              <w:rPr>
                <w:rFonts w:ascii="Arial" w:hAnsi="Arial" w:cs="Arial"/>
                <w:sz w:val="20"/>
                <w:szCs w:val="20"/>
              </w:rPr>
            </w:pPr>
            <w:r w:rsidRPr="00AB3852">
              <w:rPr>
                <w:rFonts w:ascii="Arial" w:hAnsi="Arial" w:cs="Arial"/>
                <w:sz w:val="20"/>
                <w:szCs w:val="20"/>
              </w:rPr>
              <w:t>[Location]</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FEB5F5"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59764F4" w14:textId="77777777" w:rsidR="00AB3852" w:rsidRPr="00AB3852" w:rsidRDefault="00AB3852" w:rsidP="00AB3852">
            <w:pPr>
              <w:rPr>
                <w:rFonts w:ascii="Arial" w:hAnsi="Arial" w:cs="Arial"/>
                <w:sz w:val="20"/>
                <w:szCs w:val="20"/>
              </w:rPr>
            </w:pPr>
            <w:r w:rsidRPr="00AB3852">
              <w:rPr>
                <w:rFonts w:ascii="Arial" w:hAnsi="Arial" w:cs="Arial"/>
                <w:sz w:val="20"/>
                <w:szCs w:val="20"/>
              </w:rPr>
              <w:t>[Data loss limit]</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C089C2A" w14:textId="77777777" w:rsidR="00AB3852" w:rsidRPr="00AB3852" w:rsidRDefault="00AB3852" w:rsidP="00AB3852">
            <w:pPr>
              <w:rPr>
                <w:rFonts w:ascii="Arial" w:hAnsi="Arial" w:cs="Arial"/>
                <w:sz w:val="20"/>
                <w:szCs w:val="20"/>
              </w:rPr>
            </w:pPr>
            <w:r w:rsidRPr="00AB3852">
              <w:rPr>
                <w:rFonts w:ascii="Arial" w:hAnsi="Arial" w:cs="Arial"/>
                <w:sz w:val="20"/>
                <w:szCs w:val="20"/>
              </w:rPr>
              <w:t>[Cloud / offsite / physical copy]</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15BC197" w14:textId="77777777" w:rsidR="00AB3852" w:rsidRPr="00AB3852" w:rsidRDefault="00AB3852" w:rsidP="00AB3852">
            <w:pPr>
              <w:rPr>
                <w:rFonts w:ascii="Arial" w:hAnsi="Arial" w:cs="Arial"/>
                <w:sz w:val="20"/>
                <w:szCs w:val="20"/>
              </w:rPr>
            </w:pPr>
            <w:r w:rsidRPr="00AB3852">
              <w:rPr>
                <w:rFonts w:ascii="Arial" w:hAnsi="Arial" w:cs="Arial"/>
                <w:sz w:val="20"/>
                <w:szCs w:val="20"/>
              </w:rPr>
              <w:t>[Contract register]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81E7887" w14:textId="77777777" w:rsidR="00AB3852" w:rsidRPr="00AB3852" w:rsidRDefault="00AB3852" w:rsidP="00AB3852">
            <w:pPr>
              <w:rPr>
                <w:rFonts w:ascii="Arial" w:hAnsi="Arial" w:cs="Arial"/>
                <w:sz w:val="20"/>
                <w:szCs w:val="20"/>
              </w:rPr>
            </w:pPr>
            <w:r w:rsidRPr="00AB3852">
              <w:rPr>
                <w:rFonts w:ascii="Arial" w:hAnsi="Arial" w:cs="Arial"/>
                <w:sz w:val="20"/>
                <w:szCs w:val="20"/>
              </w:rPr>
              <w:t>[Date / status]</w:t>
            </w:r>
          </w:p>
        </w:tc>
      </w:tr>
      <w:tr w:rsidR="00AB3852" w:rsidRPr="00AB3852" w14:paraId="0F52D9AB" w14:textId="77777777" w:rsidTr="00F81D49">
        <w:trPr>
          <w:cantSplit/>
          <w:jc w:val="center"/>
        </w:trPr>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139FF1E" w14:textId="77777777" w:rsidR="00AB3852" w:rsidRPr="00AB3852" w:rsidRDefault="00AB3852" w:rsidP="00AB3852">
            <w:pPr>
              <w:rPr>
                <w:rFonts w:ascii="Arial" w:hAnsi="Arial" w:cs="Arial"/>
                <w:sz w:val="20"/>
                <w:szCs w:val="20"/>
              </w:rPr>
            </w:pPr>
            <w:r w:rsidRPr="00AB3852">
              <w:rPr>
                <w:rFonts w:ascii="Arial" w:hAnsi="Arial" w:cs="Arial"/>
                <w:sz w:val="20"/>
                <w:szCs w:val="20"/>
              </w:rPr>
              <w:t>REC2 Insurance policies and claim steps</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8FCEDB9" w14:textId="77777777" w:rsidR="00AB3852" w:rsidRPr="00AB3852" w:rsidRDefault="00AB3852" w:rsidP="00AB3852">
            <w:pPr>
              <w:rPr>
                <w:rFonts w:ascii="Arial" w:hAnsi="Arial" w:cs="Arial"/>
                <w:sz w:val="20"/>
                <w:szCs w:val="20"/>
              </w:rPr>
            </w:pPr>
            <w:r w:rsidRPr="00AB3852">
              <w:rPr>
                <w:rFonts w:ascii="Arial" w:hAnsi="Arial" w:cs="Arial"/>
                <w:sz w:val="20"/>
                <w:szCs w:val="20"/>
              </w:rPr>
              <w:t>Insurance / recovery funding</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A38CB84"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FE463B6" w14:textId="77777777" w:rsidR="00AB3852" w:rsidRPr="00AB3852" w:rsidRDefault="00AB3852" w:rsidP="00AB3852">
            <w:pPr>
              <w:rPr>
                <w:rFonts w:ascii="Arial" w:hAnsi="Arial" w:cs="Arial"/>
                <w:sz w:val="20"/>
                <w:szCs w:val="20"/>
              </w:rPr>
            </w:pPr>
            <w:r w:rsidRPr="00AB3852">
              <w:rPr>
                <w:rFonts w:ascii="Arial" w:hAnsi="Arial" w:cs="Arial"/>
                <w:sz w:val="20"/>
                <w:szCs w:val="20"/>
              </w:rPr>
              <w:t>[Broker / insurer]</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7D2385F" w14:textId="77777777" w:rsidR="00AB3852" w:rsidRPr="00AB3852" w:rsidRDefault="00AB3852" w:rsidP="00AB3852">
            <w:pPr>
              <w:rPr>
                <w:rFonts w:ascii="Arial" w:hAnsi="Arial" w:cs="Arial"/>
                <w:sz w:val="20"/>
                <w:szCs w:val="20"/>
              </w:rPr>
            </w:pPr>
            <w:r w:rsidRPr="00AB3852">
              <w:rPr>
                <w:rFonts w:ascii="Arial" w:hAnsi="Arial" w:cs="Arial"/>
                <w:sz w:val="20"/>
                <w:szCs w:val="20"/>
              </w:rPr>
              <w:t>[Timeframe]</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6C98D12" w14:textId="77777777" w:rsidR="00AB3852" w:rsidRPr="00AB3852" w:rsidRDefault="00AB3852" w:rsidP="00AB3852">
            <w:pPr>
              <w:rPr>
                <w:rFonts w:ascii="Arial" w:hAnsi="Arial" w:cs="Arial"/>
                <w:sz w:val="20"/>
                <w:szCs w:val="20"/>
              </w:rPr>
            </w:pPr>
            <w:r w:rsidRPr="00AB3852">
              <w:rPr>
                <w:rFonts w:ascii="Arial" w:hAnsi="Arial" w:cs="Arial"/>
                <w:sz w:val="20"/>
                <w:szCs w:val="20"/>
              </w:rPr>
              <w:t>[N/A]</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D35CF6C" w14:textId="77777777" w:rsidR="00AB3852" w:rsidRPr="00AB3852" w:rsidRDefault="00AB3852" w:rsidP="00AB3852">
            <w:pPr>
              <w:rPr>
                <w:rFonts w:ascii="Arial" w:hAnsi="Arial" w:cs="Arial"/>
                <w:sz w:val="20"/>
                <w:szCs w:val="20"/>
              </w:rPr>
            </w:pPr>
            <w:r w:rsidRPr="00AB3852">
              <w:rPr>
                <w:rFonts w:ascii="Arial" w:hAnsi="Arial" w:cs="Arial"/>
                <w:sz w:val="20"/>
                <w:szCs w:val="20"/>
              </w:rPr>
              <w:t>[Offline policy copy]</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631A94" w14:textId="77777777" w:rsidR="00AB3852" w:rsidRPr="00AB3852" w:rsidRDefault="00AB3852" w:rsidP="00AB3852">
            <w:pPr>
              <w:rPr>
                <w:rFonts w:ascii="Arial" w:hAnsi="Arial" w:cs="Arial"/>
                <w:sz w:val="20"/>
                <w:szCs w:val="20"/>
              </w:rPr>
            </w:pPr>
            <w:r w:rsidRPr="00AB3852">
              <w:rPr>
                <w:rFonts w:ascii="Arial" w:hAnsi="Arial" w:cs="Arial"/>
                <w:sz w:val="20"/>
                <w:szCs w:val="20"/>
              </w:rPr>
              <w:t>[Claim evidence checklist]</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8FF9062" w14:textId="77777777" w:rsidR="00AB3852" w:rsidRPr="00AB3852" w:rsidRDefault="00AB3852" w:rsidP="00AB3852">
            <w:pPr>
              <w:rPr>
                <w:rFonts w:ascii="Arial" w:hAnsi="Arial" w:cs="Arial"/>
                <w:sz w:val="20"/>
                <w:szCs w:val="20"/>
              </w:rPr>
            </w:pPr>
            <w:r w:rsidRPr="00AB3852">
              <w:rPr>
                <w:rFonts w:ascii="Arial" w:hAnsi="Arial" w:cs="Arial"/>
                <w:sz w:val="20"/>
                <w:szCs w:val="20"/>
              </w:rPr>
              <w:t>[Date / status]</w:t>
            </w:r>
          </w:p>
        </w:tc>
      </w:tr>
      <w:tr w:rsidR="00F81D49" w:rsidRPr="00AB3852" w14:paraId="281053AA" w14:textId="77777777" w:rsidTr="00F81D49">
        <w:trPr>
          <w:cantSplit/>
          <w:trHeight w:val="340"/>
          <w:jc w:val="center"/>
        </w:trPr>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6D096C8" w14:textId="77777777" w:rsidR="00F81D49" w:rsidRPr="00AB3852" w:rsidRDefault="00F81D49" w:rsidP="00AB3852">
            <w:pPr>
              <w:rPr>
                <w:rFonts w:ascii="Arial" w:hAnsi="Arial" w:cs="Arial"/>
                <w:sz w:val="20"/>
                <w:szCs w:val="20"/>
              </w:rPr>
            </w:pP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354ACE" w14:textId="77777777" w:rsidR="00F81D49" w:rsidRPr="00AB3852" w:rsidRDefault="00F81D49" w:rsidP="00AB3852">
            <w:pPr>
              <w:rPr>
                <w:rFonts w:ascii="Arial" w:hAnsi="Arial" w:cs="Arial"/>
                <w:sz w:val="20"/>
                <w:szCs w:val="20"/>
              </w:rPr>
            </w:pP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68373A3" w14:textId="77777777" w:rsidR="00F81D49" w:rsidRPr="00AB3852" w:rsidRDefault="00F81D49" w:rsidP="00AB3852">
            <w:pPr>
              <w:rPr>
                <w:rFonts w:ascii="Arial" w:hAnsi="Arial" w:cs="Arial"/>
                <w:sz w:val="20"/>
                <w:szCs w:val="20"/>
              </w:rPr>
            </w:pP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F813E6" w14:textId="77777777" w:rsidR="00F81D49" w:rsidRPr="00AB3852" w:rsidRDefault="00F81D49" w:rsidP="00AB3852">
            <w:pPr>
              <w:rPr>
                <w:rFonts w:ascii="Arial" w:hAnsi="Arial" w:cs="Arial"/>
                <w:sz w:val="20"/>
                <w:szCs w:val="20"/>
              </w:rPr>
            </w:pP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2036AB" w14:textId="77777777" w:rsidR="00F81D49" w:rsidRPr="00AB3852" w:rsidRDefault="00F81D49" w:rsidP="00AB3852">
            <w:pPr>
              <w:rPr>
                <w:rFonts w:ascii="Arial" w:hAnsi="Arial" w:cs="Arial"/>
                <w:sz w:val="20"/>
                <w:szCs w:val="20"/>
              </w:rPr>
            </w:pP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9DE2F57" w14:textId="77777777" w:rsidR="00F81D49" w:rsidRPr="00AB3852" w:rsidRDefault="00F81D49" w:rsidP="00AB3852">
            <w:pPr>
              <w:rPr>
                <w:rFonts w:ascii="Arial" w:hAnsi="Arial" w:cs="Arial"/>
                <w:sz w:val="20"/>
                <w:szCs w:val="20"/>
              </w:rPr>
            </w:pP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CAE1B1" w14:textId="77777777" w:rsidR="00F81D49" w:rsidRPr="00AB3852" w:rsidRDefault="00F81D49" w:rsidP="00AB3852">
            <w:pPr>
              <w:rPr>
                <w:rFonts w:ascii="Arial" w:hAnsi="Arial" w:cs="Arial"/>
                <w:sz w:val="20"/>
                <w:szCs w:val="20"/>
              </w:rPr>
            </w:pP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14108E9" w14:textId="77777777" w:rsidR="00F81D49" w:rsidRPr="00AB3852" w:rsidRDefault="00F81D49" w:rsidP="00AB3852">
            <w:pPr>
              <w:rPr>
                <w:rFonts w:ascii="Arial" w:hAnsi="Arial" w:cs="Arial"/>
                <w:sz w:val="20"/>
                <w:szCs w:val="20"/>
              </w:rPr>
            </w:pP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6FFA2AB" w14:textId="77777777" w:rsidR="00F81D49" w:rsidRPr="00AB3852" w:rsidRDefault="00F81D49" w:rsidP="00AB3852">
            <w:pPr>
              <w:rPr>
                <w:rFonts w:ascii="Arial" w:hAnsi="Arial" w:cs="Arial"/>
                <w:sz w:val="20"/>
                <w:szCs w:val="20"/>
              </w:rPr>
            </w:pPr>
          </w:p>
        </w:tc>
      </w:tr>
      <w:tr w:rsidR="00F81D49" w:rsidRPr="00AB3852" w14:paraId="78E1F9B6" w14:textId="77777777" w:rsidTr="00F81D49">
        <w:trPr>
          <w:cantSplit/>
          <w:trHeight w:val="340"/>
          <w:jc w:val="center"/>
        </w:trPr>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65FF4D" w14:textId="77777777" w:rsidR="00F81D49" w:rsidRPr="00AB3852" w:rsidRDefault="00F81D49" w:rsidP="00AB3852">
            <w:pPr>
              <w:rPr>
                <w:rFonts w:ascii="Arial" w:hAnsi="Arial" w:cs="Arial"/>
                <w:sz w:val="20"/>
                <w:szCs w:val="20"/>
              </w:rPr>
            </w:pP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002E73" w14:textId="77777777" w:rsidR="00F81D49" w:rsidRPr="00AB3852" w:rsidRDefault="00F81D49" w:rsidP="00AB3852">
            <w:pPr>
              <w:rPr>
                <w:rFonts w:ascii="Arial" w:hAnsi="Arial" w:cs="Arial"/>
                <w:sz w:val="20"/>
                <w:szCs w:val="20"/>
              </w:rPr>
            </w:pP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802C6D1" w14:textId="77777777" w:rsidR="00F81D49" w:rsidRPr="00AB3852" w:rsidRDefault="00F81D49" w:rsidP="00AB3852">
            <w:pPr>
              <w:rPr>
                <w:rFonts w:ascii="Arial" w:hAnsi="Arial" w:cs="Arial"/>
                <w:sz w:val="20"/>
                <w:szCs w:val="20"/>
              </w:rPr>
            </w:pP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D924659" w14:textId="77777777" w:rsidR="00F81D49" w:rsidRPr="00AB3852" w:rsidRDefault="00F81D49" w:rsidP="00AB3852">
            <w:pPr>
              <w:rPr>
                <w:rFonts w:ascii="Arial" w:hAnsi="Arial" w:cs="Arial"/>
                <w:sz w:val="20"/>
                <w:szCs w:val="20"/>
              </w:rPr>
            </w:pP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FA19914" w14:textId="77777777" w:rsidR="00F81D49" w:rsidRPr="00AB3852" w:rsidRDefault="00F81D49" w:rsidP="00AB3852">
            <w:pPr>
              <w:rPr>
                <w:rFonts w:ascii="Arial" w:hAnsi="Arial" w:cs="Arial"/>
                <w:sz w:val="20"/>
                <w:szCs w:val="20"/>
              </w:rPr>
            </w:pP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7A5873" w14:textId="77777777" w:rsidR="00F81D49" w:rsidRPr="00AB3852" w:rsidRDefault="00F81D49" w:rsidP="00AB3852">
            <w:pPr>
              <w:rPr>
                <w:rFonts w:ascii="Arial" w:hAnsi="Arial" w:cs="Arial"/>
                <w:sz w:val="20"/>
                <w:szCs w:val="20"/>
              </w:rPr>
            </w:pP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1A018DC" w14:textId="77777777" w:rsidR="00F81D49" w:rsidRPr="00AB3852" w:rsidRDefault="00F81D49" w:rsidP="00AB3852">
            <w:pPr>
              <w:rPr>
                <w:rFonts w:ascii="Arial" w:hAnsi="Arial" w:cs="Arial"/>
                <w:sz w:val="20"/>
                <w:szCs w:val="20"/>
              </w:rPr>
            </w:pP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5E664AB" w14:textId="77777777" w:rsidR="00F81D49" w:rsidRPr="00AB3852" w:rsidRDefault="00F81D49" w:rsidP="00AB3852">
            <w:pPr>
              <w:rPr>
                <w:rFonts w:ascii="Arial" w:hAnsi="Arial" w:cs="Arial"/>
                <w:sz w:val="20"/>
                <w:szCs w:val="20"/>
              </w:rPr>
            </w:pP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B0EF88" w14:textId="77777777" w:rsidR="00F81D49" w:rsidRPr="00AB3852" w:rsidRDefault="00F81D49" w:rsidP="00AB3852">
            <w:pPr>
              <w:rPr>
                <w:rFonts w:ascii="Arial" w:hAnsi="Arial" w:cs="Arial"/>
                <w:sz w:val="20"/>
                <w:szCs w:val="20"/>
              </w:rPr>
            </w:pPr>
          </w:p>
        </w:tc>
      </w:tr>
    </w:tbl>
    <w:p w14:paraId="78753555"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438BF145" w14:textId="77777777" w:rsidR="00AB3852" w:rsidRPr="00AB3852" w:rsidRDefault="00AB3852" w:rsidP="00AB3852">
      <w:pPr>
        <w:spacing w:after="200" w:line="276" w:lineRule="auto"/>
        <w:rPr>
          <w:rFonts w:ascii="Arial" w:eastAsia="MS Gothic" w:hAnsi="Arial" w:cs="Arial"/>
          <w:b/>
          <w:bCs/>
          <w:color w:val="3D3D3D"/>
          <w:kern w:val="0"/>
          <w:sz w:val="20"/>
          <w:szCs w:val="20"/>
          <w:lang w:val="en-US"/>
          <w14:ligatures w14:val="none"/>
        </w:rPr>
      </w:pPr>
      <w:r w:rsidRPr="00AB3852">
        <w:rPr>
          <w:rFonts w:ascii="Arial" w:eastAsia="MS Mincho" w:hAnsi="Arial" w:cs="Arial"/>
          <w:kern w:val="0"/>
          <w:sz w:val="20"/>
          <w:szCs w:val="20"/>
          <w:lang w:val="en-US"/>
          <w14:ligatures w14:val="none"/>
        </w:rPr>
        <w:br w:type="page"/>
      </w:r>
    </w:p>
    <w:p w14:paraId="6AB3B36A"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2.5 Key parties and critical provider register</w:t>
      </w:r>
    </w:p>
    <w:p w14:paraId="0AF6D110"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Complete during plan preparation. Record critical parties and providers here; use Appendix B as the detailed contact register where more phone or email details are required.</w:t>
      </w:r>
    </w:p>
    <w:tbl>
      <w:tblPr>
        <w:tblStyle w:val="TableGrid"/>
        <w:tblW w:w="0" w:type="auto"/>
        <w:jc w:val="center"/>
        <w:tblLayout w:type="fixed"/>
        <w:tblLook w:val="04A0" w:firstRow="1" w:lastRow="0" w:firstColumn="1" w:lastColumn="0" w:noHBand="0" w:noVBand="1"/>
      </w:tblPr>
      <w:tblGrid>
        <w:gridCol w:w="2088"/>
        <w:gridCol w:w="1296"/>
        <w:gridCol w:w="2232"/>
        <w:gridCol w:w="1800"/>
        <w:gridCol w:w="2088"/>
        <w:gridCol w:w="1368"/>
        <w:gridCol w:w="2088"/>
        <w:gridCol w:w="1512"/>
      </w:tblGrid>
      <w:tr w:rsidR="00AB3852" w:rsidRPr="00AB3852" w14:paraId="2FB0FD1E" w14:textId="77777777" w:rsidTr="006A3252">
        <w:trPr>
          <w:cantSplit/>
          <w:tblHeader/>
          <w:jc w:val="center"/>
        </w:trPr>
        <w:tc>
          <w:tcPr>
            <w:tcW w:w="208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9BF0757" w14:textId="77777777" w:rsidR="00AB3852" w:rsidRPr="00AB3852" w:rsidRDefault="00AB3852" w:rsidP="00AB3852">
            <w:pPr>
              <w:jc w:val="center"/>
              <w:rPr>
                <w:rFonts w:ascii="Arial" w:hAnsi="Arial" w:cs="Arial"/>
                <w:color w:val="FFFFFF"/>
                <w:sz w:val="20"/>
                <w:szCs w:val="20"/>
              </w:rPr>
            </w:pPr>
            <w:r w:rsidRPr="00AB3852">
              <w:rPr>
                <w:rFonts w:ascii="Arial" w:hAnsi="Arial" w:cs="Arial"/>
                <w:b/>
                <w:bCs/>
                <w:color w:val="FFFFFF"/>
                <w:sz w:val="20"/>
                <w:szCs w:val="20"/>
              </w:rPr>
              <w:t>Key parties / provider ID</w:t>
            </w:r>
          </w:p>
        </w:tc>
        <w:tc>
          <w:tcPr>
            <w:tcW w:w="129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08954BE"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Type</w:t>
            </w:r>
          </w:p>
        </w:tc>
        <w:tc>
          <w:tcPr>
            <w:tcW w:w="223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F84E971"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Service, input or promise</w:t>
            </w:r>
          </w:p>
        </w:tc>
        <w:tc>
          <w:tcPr>
            <w:tcW w:w="180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8FC8DF6"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Critical process supported</w:t>
            </w:r>
          </w:p>
        </w:tc>
        <w:tc>
          <w:tcPr>
            <w:tcW w:w="208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BDEDE26"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Backup option</w:t>
            </w:r>
          </w:p>
        </w:tc>
        <w:tc>
          <w:tcPr>
            <w:tcW w:w="136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FFD3219"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Lead time / limit</w:t>
            </w:r>
          </w:p>
        </w:tc>
        <w:tc>
          <w:tcPr>
            <w:tcW w:w="208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F7797D5"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Escalation contact</w:t>
            </w:r>
          </w:p>
        </w:tc>
        <w:tc>
          <w:tcPr>
            <w:tcW w:w="151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A08D3C5"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 / status</w:t>
            </w:r>
          </w:p>
        </w:tc>
      </w:tr>
      <w:tr w:rsidR="00AB3852" w:rsidRPr="00AB3852" w14:paraId="715D2A81" w14:textId="77777777" w:rsidTr="006A3252">
        <w:trPr>
          <w:cantSplit/>
          <w:jc w:val="center"/>
        </w:trPr>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EB257E" w14:textId="77777777" w:rsidR="00AB3852" w:rsidRPr="00AB3852" w:rsidRDefault="00AB3852" w:rsidP="00AB3852">
            <w:pPr>
              <w:rPr>
                <w:rFonts w:ascii="Arial" w:hAnsi="Arial" w:cs="Arial"/>
                <w:sz w:val="20"/>
                <w:szCs w:val="20"/>
              </w:rPr>
            </w:pPr>
            <w:r w:rsidRPr="00AB3852">
              <w:rPr>
                <w:rFonts w:ascii="Arial" w:hAnsi="Arial" w:cs="Arial"/>
                <w:sz w:val="20"/>
                <w:szCs w:val="20"/>
              </w:rPr>
              <w:t>SP1 [Critical supplier]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F0A1216" w14:textId="77777777" w:rsidR="00AB3852" w:rsidRPr="00AB3852" w:rsidRDefault="00AB3852" w:rsidP="00AB3852">
            <w:pPr>
              <w:rPr>
                <w:rFonts w:ascii="Arial" w:hAnsi="Arial" w:cs="Arial"/>
                <w:sz w:val="20"/>
                <w:szCs w:val="20"/>
              </w:rPr>
            </w:pPr>
            <w:r w:rsidRPr="00AB3852">
              <w:rPr>
                <w:rFonts w:ascii="Arial" w:hAnsi="Arial" w:cs="Arial"/>
                <w:sz w:val="20"/>
                <w:szCs w:val="20"/>
              </w:rPr>
              <w:t>Supplier</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064C27E" w14:textId="77777777" w:rsidR="00AB3852" w:rsidRPr="00AB3852" w:rsidRDefault="00AB3852" w:rsidP="00AB3852">
            <w:pPr>
              <w:rPr>
                <w:rFonts w:ascii="Arial" w:hAnsi="Arial" w:cs="Arial"/>
                <w:sz w:val="20"/>
                <w:szCs w:val="20"/>
              </w:rPr>
            </w:pPr>
            <w:r w:rsidRPr="00AB3852">
              <w:rPr>
                <w:rFonts w:ascii="Arial" w:hAnsi="Arial" w:cs="Arial"/>
                <w:sz w:val="20"/>
                <w:szCs w:val="20"/>
              </w:rPr>
              <w:t>[Goods / services]</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4860FD9" w14:textId="77777777" w:rsidR="00AB3852" w:rsidRPr="00AB3852" w:rsidRDefault="00AB3852" w:rsidP="00AB3852">
            <w:pPr>
              <w:rPr>
                <w:rFonts w:ascii="Arial" w:hAnsi="Arial" w:cs="Arial"/>
                <w:sz w:val="20"/>
                <w:szCs w:val="20"/>
              </w:rPr>
            </w:pPr>
            <w:r w:rsidRPr="00AB3852">
              <w:rPr>
                <w:rFonts w:ascii="Arial" w:hAnsi="Arial" w:cs="Arial"/>
                <w:sz w:val="20"/>
                <w:szCs w:val="20"/>
              </w:rPr>
              <w:t>[Critical process]</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61ADAE3" w14:textId="77777777" w:rsidR="00AB3852" w:rsidRPr="00AB3852" w:rsidRDefault="00AB3852" w:rsidP="00AB3852">
            <w:pPr>
              <w:rPr>
                <w:rFonts w:ascii="Arial" w:hAnsi="Arial" w:cs="Arial"/>
                <w:sz w:val="20"/>
                <w:szCs w:val="20"/>
              </w:rPr>
            </w:pPr>
            <w:r w:rsidRPr="00AB3852">
              <w:rPr>
                <w:rFonts w:ascii="Arial" w:hAnsi="Arial" w:cs="Arial"/>
                <w:sz w:val="20"/>
                <w:szCs w:val="20"/>
              </w:rPr>
              <w:t>[Backup supplier / substitute]</w:t>
            </w:r>
          </w:p>
        </w:tc>
        <w:tc>
          <w:tcPr>
            <w:tcW w:w="13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F4C1540" w14:textId="77777777" w:rsidR="00AB3852" w:rsidRPr="00AB3852" w:rsidRDefault="00AB3852" w:rsidP="00AB3852">
            <w:pPr>
              <w:rPr>
                <w:rFonts w:ascii="Arial" w:hAnsi="Arial" w:cs="Arial"/>
                <w:sz w:val="20"/>
                <w:szCs w:val="20"/>
              </w:rPr>
            </w:pPr>
            <w:r w:rsidRPr="00AB3852">
              <w:rPr>
                <w:rFonts w:ascii="Arial" w:hAnsi="Arial" w:cs="Arial"/>
                <w:sz w:val="20"/>
                <w:szCs w:val="20"/>
              </w:rPr>
              <w:t>[Lead time / limit]</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D80978" w14:textId="77777777" w:rsidR="00AB3852" w:rsidRPr="00AB3852" w:rsidRDefault="00AB3852" w:rsidP="00AB3852">
            <w:pPr>
              <w:rPr>
                <w:rFonts w:ascii="Arial" w:hAnsi="Arial" w:cs="Arial"/>
                <w:sz w:val="20"/>
                <w:szCs w:val="20"/>
              </w:rPr>
            </w:pPr>
            <w:r w:rsidRPr="00AB3852">
              <w:rPr>
                <w:rFonts w:ascii="Arial" w:hAnsi="Arial" w:cs="Arial"/>
                <w:sz w:val="20"/>
                <w:szCs w:val="20"/>
              </w:rPr>
              <w:t>[Name / phone / email]</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F03CE6"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7309BB84" w14:textId="77777777" w:rsidTr="006A3252">
        <w:trPr>
          <w:cantSplit/>
          <w:jc w:val="center"/>
        </w:trPr>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E3486BC" w14:textId="77777777" w:rsidR="00AB3852" w:rsidRPr="00AB3852" w:rsidRDefault="00AB3852" w:rsidP="00AB3852">
            <w:pPr>
              <w:rPr>
                <w:rFonts w:ascii="Arial" w:hAnsi="Arial" w:cs="Arial"/>
                <w:sz w:val="20"/>
                <w:szCs w:val="20"/>
              </w:rPr>
            </w:pPr>
            <w:r w:rsidRPr="00AB3852">
              <w:rPr>
                <w:rFonts w:ascii="Arial" w:hAnsi="Arial" w:cs="Arial"/>
                <w:sz w:val="20"/>
                <w:szCs w:val="20"/>
              </w:rPr>
              <w:t>SP2 [Outsourced provider]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021951D" w14:textId="77777777" w:rsidR="00AB3852" w:rsidRPr="00AB3852" w:rsidRDefault="00AB3852" w:rsidP="00AB3852">
            <w:pPr>
              <w:rPr>
                <w:rFonts w:ascii="Arial" w:hAnsi="Arial" w:cs="Arial"/>
                <w:sz w:val="20"/>
                <w:szCs w:val="20"/>
              </w:rPr>
            </w:pPr>
            <w:r w:rsidRPr="00AB3852">
              <w:rPr>
                <w:rFonts w:ascii="Arial" w:hAnsi="Arial" w:cs="Arial"/>
                <w:sz w:val="20"/>
                <w:szCs w:val="20"/>
              </w:rPr>
              <w:t>Outsourced provider</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36269EE" w14:textId="77777777" w:rsidR="00AB3852" w:rsidRPr="00AB3852" w:rsidRDefault="00AB3852" w:rsidP="00AB3852">
            <w:pPr>
              <w:rPr>
                <w:rFonts w:ascii="Arial" w:hAnsi="Arial" w:cs="Arial"/>
                <w:sz w:val="20"/>
                <w:szCs w:val="20"/>
              </w:rPr>
            </w:pPr>
            <w:r w:rsidRPr="00AB3852">
              <w:rPr>
                <w:rFonts w:ascii="Arial" w:hAnsi="Arial" w:cs="Arial"/>
                <w:sz w:val="20"/>
                <w:szCs w:val="20"/>
              </w:rPr>
              <w:t>[Payroll / IT / logistics / warehousing / accounting]</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186949E" w14:textId="77777777" w:rsidR="00AB3852" w:rsidRPr="00AB3852" w:rsidRDefault="00AB3852" w:rsidP="00AB3852">
            <w:pPr>
              <w:rPr>
                <w:rFonts w:ascii="Arial" w:hAnsi="Arial" w:cs="Arial"/>
                <w:sz w:val="20"/>
                <w:szCs w:val="20"/>
              </w:rPr>
            </w:pPr>
            <w:r w:rsidRPr="00AB3852">
              <w:rPr>
                <w:rFonts w:ascii="Arial" w:hAnsi="Arial" w:cs="Arial"/>
                <w:sz w:val="20"/>
                <w:szCs w:val="20"/>
              </w:rPr>
              <w:t>[Critical process]</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006456" w14:textId="77777777" w:rsidR="00AB3852" w:rsidRPr="00AB3852" w:rsidRDefault="00AB3852" w:rsidP="00AB3852">
            <w:pPr>
              <w:rPr>
                <w:rFonts w:ascii="Arial" w:hAnsi="Arial" w:cs="Arial"/>
                <w:sz w:val="20"/>
                <w:szCs w:val="20"/>
              </w:rPr>
            </w:pPr>
            <w:r w:rsidRPr="00AB3852">
              <w:rPr>
                <w:rFonts w:ascii="Arial" w:hAnsi="Arial" w:cs="Arial"/>
                <w:sz w:val="20"/>
                <w:szCs w:val="20"/>
              </w:rPr>
              <w:t>[Backup option]</w:t>
            </w:r>
          </w:p>
        </w:tc>
        <w:tc>
          <w:tcPr>
            <w:tcW w:w="13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11629A8" w14:textId="77777777" w:rsidR="00AB3852" w:rsidRPr="00AB3852" w:rsidRDefault="00AB3852" w:rsidP="00AB3852">
            <w:pPr>
              <w:rPr>
                <w:rFonts w:ascii="Arial" w:hAnsi="Arial" w:cs="Arial"/>
                <w:sz w:val="20"/>
                <w:szCs w:val="20"/>
              </w:rPr>
            </w:pPr>
            <w:r w:rsidRPr="00AB3852">
              <w:rPr>
                <w:rFonts w:ascii="Arial" w:hAnsi="Arial" w:cs="Arial"/>
                <w:sz w:val="20"/>
                <w:szCs w:val="20"/>
              </w:rPr>
              <w:t>[Lead time / limit]</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A48F9E1" w14:textId="77777777" w:rsidR="00AB3852" w:rsidRPr="00AB3852" w:rsidRDefault="00AB3852" w:rsidP="00AB3852">
            <w:pPr>
              <w:rPr>
                <w:rFonts w:ascii="Arial" w:hAnsi="Arial" w:cs="Arial"/>
                <w:sz w:val="20"/>
                <w:szCs w:val="20"/>
              </w:rPr>
            </w:pPr>
            <w:r w:rsidRPr="00AB3852">
              <w:rPr>
                <w:rFonts w:ascii="Arial" w:hAnsi="Arial" w:cs="Arial"/>
                <w:sz w:val="20"/>
                <w:szCs w:val="20"/>
              </w:rPr>
              <w:t>[Contact]</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CA72380"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62BF5AD5" w14:textId="77777777" w:rsidTr="006A3252">
        <w:trPr>
          <w:cantSplit/>
          <w:jc w:val="center"/>
        </w:trPr>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6BA4DF" w14:textId="77777777" w:rsidR="00AB3852" w:rsidRPr="00AB3852" w:rsidRDefault="00AB3852" w:rsidP="00AB3852">
            <w:pPr>
              <w:rPr>
                <w:rFonts w:ascii="Arial" w:hAnsi="Arial" w:cs="Arial"/>
                <w:sz w:val="20"/>
                <w:szCs w:val="20"/>
              </w:rPr>
            </w:pPr>
            <w:r w:rsidRPr="00AB3852">
              <w:rPr>
                <w:rFonts w:ascii="Arial" w:hAnsi="Arial" w:cs="Arial"/>
                <w:sz w:val="20"/>
                <w:szCs w:val="20"/>
              </w:rPr>
              <w:t>SP3 [Logistics provider]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A0EAD5" w14:textId="77777777" w:rsidR="00AB3852" w:rsidRPr="00AB3852" w:rsidRDefault="00AB3852" w:rsidP="00AB3852">
            <w:pPr>
              <w:rPr>
                <w:rFonts w:ascii="Arial" w:hAnsi="Arial" w:cs="Arial"/>
                <w:sz w:val="20"/>
                <w:szCs w:val="20"/>
              </w:rPr>
            </w:pPr>
            <w:r w:rsidRPr="00AB3852">
              <w:rPr>
                <w:rFonts w:ascii="Arial" w:hAnsi="Arial" w:cs="Arial"/>
                <w:sz w:val="20"/>
                <w:szCs w:val="20"/>
              </w:rPr>
              <w:t>Logistics</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5DD5D4" w14:textId="77777777" w:rsidR="00AB3852" w:rsidRPr="00AB3852" w:rsidRDefault="00AB3852" w:rsidP="00AB3852">
            <w:pPr>
              <w:rPr>
                <w:rFonts w:ascii="Arial" w:hAnsi="Arial" w:cs="Arial"/>
                <w:sz w:val="20"/>
                <w:szCs w:val="20"/>
              </w:rPr>
            </w:pPr>
            <w:r w:rsidRPr="00AB3852">
              <w:rPr>
                <w:rFonts w:ascii="Arial" w:hAnsi="Arial" w:cs="Arial"/>
                <w:sz w:val="20"/>
                <w:szCs w:val="20"/>
              </w:rPr>
              <w:t>[Freight / courier / transport]</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1E107CC" w14:textId="77777777" w:rsidR="00AB3852" w:rsidRPr="00AB3852" w:rsidRDefault="00AB3852" w:rsidP="00AB3852">
            <w:pPr>
              <w:rPr>
                <w:rFonts w:ascii="Arial" w:hAnsi="Arial" w:cs="Arial"/>
                <w:sz w:val="20"/>
                <w:szCs w:val="20"/>
              </w:rPr>
            </w:pPr>
            <w:r w:rsidRPr="00AB3852">
              <w:rPr>
                <w:rFonts w:ascii="Arial" w:hAnsi="Arial" w:cs="Arial"/>
                <w:sz w:val="20"/>
                <w:szCs w:val="20"/>
              </w:rPr>
              <w:t>[Critical process]</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0F4F886" w14:textId="77777777" w:rsidR="00AB3852" w:rsidRPr="00AB3852" w:rsidRDefault="00AB3852" w:rsidP="00AB3852">
            <w:pPr>
              <w:rPr>
                <w:rFonts w:ascii="Arial" w:hAnsi="Arial" w:cs="Arial"/>
                <w:sz w:val="20"/>
                <w:szCs w:val="20"/>
              </w:rPr>
            </w:pPr>
            <w:r w:rsidRPr="00AB3852">
              <w:rPr>
                <w:rFonts w:ascii="Arial" w:hAnsi="Arial" w:cs="Arial"/>
                <w:sz w:val="20"/>
                <w:szCs w:val="20"/>
              </w:rPr>
              <w:t>[Backup route / provider]</w:t>
            </w:r>
          </w:p>
        </w:tc>
        <w:tc>
          <w:tcPr>
            <w:tcW w:w="13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0EEF73D" w14:textId="77777777" w:rsidR="00AB3852" w:rsidRPr="00AB3852" w:rsidRDefault="00AB3852" w:rsidP="00AB3852">
            <w:pPr>
              <w:rPr>
                <w:rFonts w:ascii="Arial" w:hAnsi="Arial" w:cs="Arial"/>
                <w:sz w:val="20"/>
                <w:szCs w:val="20"/>
              </w:rPr>
            </w:pPr>
            <w:r w:rsidRPr="00AB3852">
              <w:rPr>
                <w:rFonts w:ascii="Arial" w:hAnsi="Arial" w:cs="Arial"/>
                <w:sz w:val="20"/>
                <w:szCs w:val="20"/>
              </w:rPr>
              <w:t>[Lead time / limit]</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A8F885F" w14:textId="77777777" w:rsidR="00AB3852" w:rsidRPr="00AB3852" w:rsidRDefault="00AB3852" w:rsidP="00AB3852">
            <w:pPr>
              <w:rPr>
                <w:rFonts w:ascii="Arial" w:hAnsi="Arial" w:cs="Arial"/>
                <w:sz w:val="20"/>
                <w:szCs w:val="20"/>
              </w:rPr>
            </w:pPr>
            <w:r w:rsidRPr="00AB3852">
              <w:rPr>
                <w:rFonts w:ascii="Arial" w:hAnsi="Arial" w:cs="Arial"/>
                <w:sz w:val="20"/>
                <w:szCs w:val="20"/>
              </w:rPr>
              <w:t>[Contact]</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F6F7A9B"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59B62971" w14:textId="77777777" w:rsidTr="006A3252">
        <w:trPr>
          <w:cantSplit/>
          <w:jc w:val="center"/>
        </w:trPr>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20C8501" w14:textId="77777777" w:rsidR="00AB3852" w:rsidRPr="00AB3852" w:rsidRDefault="00AB3852" w:rsidP="00AB3852">
            <w:pPr>
              <w:rPr>
                <w:rFonts w:ascii="Arial" w:hAnsi="Arial" w:cs="Arial"/>
                <w:sz w:val="20"/>
                <w:szCs w:val="20"/>
              </w:rPr>
            </w:pPr>
            <w:r w:rsidRPr="00AB3852">
              <w:rPr>
                <w:rFonts w:ascii="Arial" w:hAnsi="Arial" w:cs="Arial"/>
                <w:sz w:val="20"/>
                <w:szCs w:val="20"/>
              </w:rPr>
              <w:t>CU1 [Priority customer / group]</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5575939" w14:textId="77777777" w:rsidR="00AB3852" w:rsidRPr="00AB3852" w:rsidRDefault="00AB3852" w:rsidP="00AB3852">
            <w:pPr>
              <w:rPr>
                <w:rFonts w:ascii="Arial" w:hAnsi="Arial" w:cs="Arial"/>
                <w:sz w:val="20"/>
                <w:szCs w:val="20"/>
              </w:rPr>
            </w:pPr>
            <w:r w:rsidRPr="00AB3852">
              <w:rPr>
                <w:rFonts w:ascii="Arial" w:hAnsi="Arial" w:cs="Arial"/>
                <w:sz w:val="20"/>
                <w:szCs w:val="20"/>
              </w:rPr>
              <w:t>Customer</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069BB9" w14:textId="77777777" w:rsidR="00AB3852" w:rsidRPr="00AB3852" w:rsidRDefault="00AB3852" w:rsidP="00AB3852">
            <w:pPr>
              <w:rPr>
                <w:rFonts w:ascii="Arial" w:hAnsi="Arial" w:cs="Arial"/>
                <w:sz w:val="20"/>
                <w:szCs w:val="20"/>
              </w:rPr>
            </w:pPr>
            <w:r w:rsidRPr="00AB3852">
              <w:rPr>
                <w:rFonts w:ascii="Arial" w:hAnsi="Arial" w:cs="Arial"/>
                <w:sz w:val="20"/>
                <w:szCs w:val="20"/>
              </w:rPr>
              <w:t>[Service promise / deadline / obligation]</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F90F501" w14:textId="77777777" w:rsidR="00AB3852" w:rsidRPr="00AB3852" w:rsidRDefault="00AB3852" w:rsidP="00AB3852">
            <w:pPr>
              <w:rPr>
                <w:rFonts w:ascii="Arial" w:hAnsi="Arial" w:cs="Arial"/>
                <w:sz w:val="20"/>
                <w:szCs w:val="20"/>
              </w:rPr>
            </w:pPr>
            <w:r w:rsidRPr="00AB3852">
              <w:rPr>
                <w:rFonts w:ascii="Arial" w:hAnsi="Arial" w:cs="Arial"/>
                <w:sz w:val="20"/>
                <w:szCs w:val="20"/>
              </w:rPr>
              <w:t>[Critical process]</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713F750" w14:textId="77777777" w:rsidR="00AB3852" w:rsidRPr="00AB3852" w:rsidRDefault="00AB3852" w:rsidP="00AB3852">
            <w:pPr>
              <w:rPr>
                <w:rFonts w:ascii="Arial" w:hAnsi="Arial" w:cs="Arial"/>
                <w:sz w:val="20"/>
                <w:szCs w:val="20"/>
              </w:rPr>
            </w:pPr>
            <w:r w:rsidRPr="00AB3852">
              <w:rPr>
                <w:rFonts w:ascii="Arial" w:hAnsi="Arial" w:cs="Arial"/>
                <w:sz w:val="20"/>
                <w:szCs w:val="20"/>
              </w:rPr>
              <w:t>[Reduced service / alternate delivery / reschedule]</w:t>
            </w:r>
          </w:p>
        </w:tc>
        <w:tc>
          <w:tcPr>
            <w:tcW w:w="13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4038AA3" w14:textId="77777777" w:rsidR="00AB3852" w:rsidRPr="00AB3852" w:rsidRDefault="00AB3852" w:rsidP="00AB3852">
            <w:pPr>
              <w:rPr>
                <w:rFonts w:ascii="Arial" w:hAnsi="Arial" w:cs="Arial"/>
                <w:sz w:val="20"/>
                <w:szCs w:val="20"/>
              </w:rPr>
            </w:pPr>
            <w:r w:rsidRPr="00AB3852">
              <w:rPr>
                <w:rFonts w:ascii="Arial" w:hAnsi="Arial" w:cs="Arial"/>
                <w:sz w:val="20"/>
                <w:szCs w:val="20"/>
              </w:rPr>
              <w:t>[Limit / timing]</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6EA4922" w14:textId="77777777" w:rsidR="00AB3852" w:rsidRPr="00AB3852" w:rsidRDefault="00AB3852" w:rsidP="00AB3852">
            <w:pPr>
              <w:rPr>
                <w:rFonts w:ascii="Arial" w:hAnsi="Arial" w:cs="Arial"/>
                <w:sz w:val="20"/>
                <w:szCs w:val="20"/>
              </w:rPr>
            </w:pPr>
            <w:r w:rsidRPr="00AB3852">
              <w:rPr>
                <w:rFonts w:ascii="Arial" w:hAnsi="Arial" w:cs="Arial"/>
                <w:sz w:val="20"/>
                <w:szCs w:val="20"/>
              </w:rPr>
              <w:t>[Account manager / contact]</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0486DA"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23E5C51C" w14:textId="77777777" w:rsidTr="006A3252">
        <w:trPr>
          <w:cantSplit/>
          <w:jc w:val="center"/>
        </w:trPr>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C60C27F" w14:textId="77777777" w:rsidR="00AB3852" w:rsidRPr="00AB3852" w:rsidRDefault="00AB3852" w:rsidP="00AB3852">
            <w:pPr>
              <w:rPr>
                <w:rFonts w:ascii="Arial" w:hAnsi="Arial" w:cs="Arial"/>
                <w:sz w:val="20"/>
                <w:szCs w:val="20"/>
              </w:rPr>
            </w:pPr>
            <w:r w:rsidRPr="00AB3852">
              <w:rPr>
                <w:rFonts w:ascii="Arial" w:hAnsi="Arial" w:cs="Arial"/>
                <w:sz w:val="20"/>
                <w:szCs w:val="20"/>
              </w:rPr>
              <w:t>FN1 [Bank / funder]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71251EF" w14:textId="77777777" w:rsidR="00AB3852" w:rsidRPr="00AB3852" w:rsidRDefault="00AB3852" w:rsidP="00AB3852">
            <w:pPr>
              <w:rPr>
                <w:rFonts w:ascii="Arial" w:hAnsi="Arial" w:cs="Arial"/>
                <w:sz w:val="20"/>
                <w:szCs w:val="20"/>
              </w:rPr>
            </w:pPr>
            <w:r w:rsidRPr="00AB3852">
              <w:rPr>
                <w:rFonts w:ascii="Arial" w:hAnsi="Arial" w:cs="Arial"/>
                <w:sz w:val="20"/>
                <w:szCs w:val="20"/>
              </w:rPr>
              <w:t>Finance</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DE28D2" w14:textId="77777777" w:rsidR="00AB3852" w:rsidRPr="00AB3852" w:rsidRDefault="00AB3852" w:rsidP="00AB3852">
            <w:pPr>
              <w:rPr>
                <w:rFonts w:ascii="Arial" w:hAnsi="Arial" w:cs="Arial"/>
                <w:sz w:val="20"/>
                <w:szCs w:val="20"/>
              </w:rPr>
            </w:pPr>
            <w:r w:rsidRPr="00AB3852">
              <w:rPr>
                <w:rFonts w:ascii="Arial" w:hAnsi="Arial" w:cs="Arial"/>
                <w:sz w:val="20"/>
                <w:szCs w:val="20"/>
              </w:rPr>
              <w:t>[Facilities / accounts / covenants]</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9D0E8D1" w14:textId="77777777" w:rsidR="00AB3852" w:rsidRPr="00AB3852" w:rsidRDefault="00AB3852" w:rsidP="00AB3852">
            <w:pPr>
              <w:rPr>
                <w:rFonts w:ascii="Arial" w:hAnsi="Arial" w:cs="Arial"/>
                <w:sz w:val="20"/>
                <w:szCs w:val="20"/>
              </w:rPr>
            </w:pPr>
            <w:r w:rsidRPr="00AB3852">
              <w:rPr>
                <w:rFonts w:ascii="Arial" w:hAnsi="Arial" w:cs="Arial"/>
                <w:sz w:val="20"/>
                <w:szCs w:val="20"/>
              </w:rPr>
              <w:t>[Payments / funding]</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805C4F" w14:textId="77777777" w:rsidR="00AB3852" w:rsidRPr="00AB3852" w:rsidRDefault="00AB3852" w:rsidP="00AB3852">
            <w:pPr>
              <w:rPr>
                <w:rFonts w:ascii="Arial" w:hAnsi="Arial" w:cs="Arial"/>
                <w:sz w:val="20"/>
                <w:szCs w:val="20"/>
              </w:rPr>
            </w:pPr>
            <w:r w:rsidRPr="00AB3852">
              <w:rPr>
                <w:rFonts w:ascii="Arial" w:hAnsi="Arial" w:cs="Arial"/>
                <w:sz w:val="20"/>
                <w:szCs w:val="20"/>
              </w:rPr>
              <w:t>[Backup approver / emergency facility]</w:t>
            </w:r>
          </w:p>
        </w:tc>
        <w:tc>
          <w:tcPr>
            <w:tcW w:w="13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D62405B" w14:textId="77777777" w:rsidR="00AB3852" w:rsidRPr="00AB3852" w:rsidRDefault="00AB3852" w:rsidP="00AB3852">
            <w:pPr>
              <w:rPr>
                <w:rFonts w:ascii="Arial" w:hAnsi="Arial" w:cs="Arial"/>
                <w:sz w:val="20"/>
                <w:szCs w:val="20"/>
              </w:rPr>
            </w:pPr>
            <w:r w:rsidRPr="00AB3852">
              <w:rPr>
                <w:rFonts w:ascii="Arial" w:hAnsi="Arial" w:cs="Arial"/>
                <w:sz w:val="20"/>
                <w:szCs w:val="20"/>
              </w:rPr>
              <w:t>[Limits]</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4BAE0F" w14:textId="77777777" w:rsidR="00AB3852" w:rsidRPr="00AB3852" w:rsidRDefault="00AB3852" w:rsidP="00AB3852">
            <w:pPr>
              <w:rPr>
                <w:rFonts w:ascii="Arial" w:hAnsi="Arial" w:cs="Arial"/>
                <w:sz w:val="20"/>
                <w:szCs w:val="20"/>
              </w:rPr>
            </w:pPr>
            <w:r w:rsidRPr="00AB3852">
              <w:rPr>
                <w:rFonts w:ascii="Arial" w:hAnsi="Arial" w:cs="Arial"/>
                <w:sz w:val="20"/>
                <w:szCs w:val="20"/>
              </w:rPr>
              <w:t>[Relationship manager]</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616ED5"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07316DDA" w14:textId="77777777" w:rsidTr="006A3252">
        <w:trPr>
          <w:cantSplit/>
          <w:jc w:val="center"/>
        </w:trPr>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0C793F2" w14:textId="77777777" w:rsidR="00AB3852" w:rsidRPr="00AB3852" w:rsidRDefault="00AB3852" w:rsidP="00AB3852">
            <w:pPr>
              <w:rPr>
                <w:rFonts w:ascii="Arial" w:hAnsi="Arial" w:cs="Arial"/>
                <w:sz w:val="20"/>
                <w:szCs w:val="20"/>
              </w:rPr>
            </w:pPr>
            <w:r w:rsidRPr="00AB3852">
              <w:rPr>
                <w:rFonts w:ascii="Arial" w:hAnsi="Arial" w:cs="Arial"/>
                <w:sz w:val="20"/>
                <w:szCs w:val="20"/>
              </w:rPr>
              <w:t>IN1 [Insurance broker / insurer]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3837D69" w14:textId="77777777" w:rsidR="00AB3852" w:rsidRPr="00AB3852" w:rsidRDefault="00AB3852" w:rsidP="00AB3852">
            <w:pPr>
              <w:rPr>
                <w:rFonts w:ascii="Arial" w:hAnsi="Arial" w:cs="Arial"/>
                <w:sz w:val="20"/>
                <w:szCs w:val="20"/>
              </w:rPr>
            </w:pPr>
            <w:r w:rsidRPr="00AB3852">
              <w:rPr>
                <w:rFonts w:ascii="Arial" w:hAnsi="Arial" w:cs="Arial"/>
                <w:sz w:val="20"/>
                <w:szCs w:val="20"/>
              </w:rPr>
              <w:t>Insurance</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6EFE76" w14:textId="77777777" w:rsidR="00AB3852" w:rsidRPr="00AB3852" w:rsidRDefault="00AB3852" w:rsidP="00AB3852">
            <w:pPr>
              <w:rPr>
                <w:rFonts w:ascii="Arial" w:hAnsi="Arial" w:cs="Arial"/>
                <w:sz w:val="20"/>
                <w:szCs w:val="20"/>
              </w:rPr>
            </w:pPr>
            <w:r w:rsidRPr="00AB3852">
              <w:rPr>
                <w:rFonts w:ascii="Arial" w:hAnsi="Arial" w:cs="Arial"/>
                <w:sz w:val="20"/>
                <w:szCs w:val="20"/>
              </w:rPr>
              <w:t>[Policy / claim support]</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B24BC21" w14:textId="77777777" w:rsidR="00AB3852" w:rsidRPr="00AB3852" w:rsidRDefault="00AB3852" w:rsidP="00AB3852">
            <w:pPr>
              <w:rPr>
                <w:rFonts w:ascii="Arial" w:hAnsi="Arial" w:cs="Arial"/>
                <w:sz w:val="20"/>
                <w:szCs w:val="20"/>
              </w:rPr>
            </w:pPr>
            <w:r w:rsidRPr="00AB3852">
              <w:rPr>
                <w:rFonts w:ascii="Arial" w:hAnsi="Arial" w:cs="Arial"/>
                <w:sz w:val="20"/>
                <w:szCs w:val="20"/>
              </w:rPr>
              <w:t>[Claim / recovery]</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51E780" w14:textId="77777777" w:rsidR="00AB3852" w:rsidRPr="00AB3852" w:rsidRDefault="00AB3852" w:rsidP="00AB3852">
            <w:pPr>
              <w:rPr>
                <w:rFonts w:ascii="Arial" w:hAnsi="Arial" w:cs="Arial"/>
                <w:sz w:val="20"/>
                <w:szCs w:val="20"/>
              </w:rPr>
            </w:pPr>
            <w:r w:rsidRPr="00AB3852">
              <w:rPr>
                <w:rFonts w:ascii="Arial" w:hAnsi="Arial" w:cs="Arial"/>
                <w:sz w:val="20"/>
                <w:szCs w:val="20"/>
              </w:rPr>
              <w:t>[Alternate contact]</w:t>
            </w:r>
          </w:p>
        </w:tc>
        <w:tc>
          <w:tcPr>
            <w:tcW w:w="13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2AE51B" w14:textId="77777777" w:rsidR="00AB3852" w:rsidRPr="00AB3852" w:rsidRDefault="00AB3852" w:rsidP="00AB3852">
            <w:pPr>
              <w:rPr>
                <w:rFonts w:ascii="Arial" w:hAnsi="Arial" w:cs="Arial"/>
                <w:sz w:val="20"/>
                <w:szCs w:val="20"/>
              </w:rPr>
            </w:pPr>
            <w:r w:rsidRPr="00AB3852">
              <w:rPr>
                <w:rFonts w:ascii="Arial" w:hAnsi="Arial" w:cs="Arial"/>
                <w:sz w:val="20"/>
                <w:szCs w:val="20"/>
              </w:rPr>
              <w:t>[Claim timing]</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8A3FAD9" w14:textId="77777777" w:rsidR="00AB3852" w:rsidRPr="00AB3852" w:rsidRDefault="00AB3852" w:rsidP="00AB3852">
            <w:pPr>
              <w:rPr>
                <w:rFonts w:ascii="Arial" w:hAnsi="Arial" w:cs="Arial"/>
                <w:sz w:val="20"/>
                <w:szCs w:val="20"/>
              </w:rPr>
            </w:pPr>
            <w:r w:rsidRPr="00AB3852">
              <w:rPr>
                <w:rFonts w:ascii="Arial" w:hAnsi="Arial" w:cs="Arial"/>
                <w:sz w:val="20"/>
                <w:szCs w:val="20"/>
              </w:rPr>
              <w:t>[Broker / claim contact]</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DB3FF5"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543CDF84" w14:textId="77777777" w:rsidTr="006A3252">
        <w:trPr>
          <w:cantSplit/>
          <w:jc w:val="center"/>
        </w:trPr>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50017D" w14:textId="77777777" w:rsidR="00AB3852" w:rsidRPr="00AB3852" w:rsidRDefault="00AB3852" w:rsidP="00AB3852">
            <w:pPr>
              <w:rPr>
                <w:rFonts w:ascii="Arial" w:hAnsi="Arial" w:cs="Arial"/>
                <w:sz w:val="20"/>
                <w:szCs w:val="20"/>
              </w:rPr>
            </w:pPr>
            <w:r w:rsidRPr="00AB3852">
              <w:rPr>
                <w:rFonts w:ascii="Arial" w:hAnsi="Arial" w:cs="Arial"/>
                <w:sz w:val="20"/>
                <w:szCs w:val="20"/>
              </w:rPr>
              <w:t>FA1 [Landlord / facilities / utilities]</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55E237" w14:textId="77777777" w:rsidR="00AB3852" w:rsidRPr="00AB3852" w:rsidRDefault="00AB3852" w:rsidP="00AB3852">
            <w:pPr>
              <w:rPr>
                <w:rFonts w:ascii="Arial" w:hAnsi="Arial" w:cs="Arial"/>
                <w:sz w:val="20"/>
                <w:szCs w:val="20"/>
              </w:rPr>
            </w:pPr>
            <w:r w:rsidRPr="00AB3852">
              <w:rPr>
                <w:rFonts w:ascii="Arial" w:hAnsi="Arial" w:cs="Arial"/>
                <w:sz w:val="20"/>
                <w:szCs w:val="20"/>
              </w:rPr>
              <w:t>Facilities</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FD42E99" w14:textId="77777777" w:rsidR="00AB3852" w:rsidRPr="00AB3852" w:rsidRDefault="00AB3852" w:rsidP="00AB3852">
            <w:pPr>
              <w:rPr>
                <w:rFonts w:ascii="Arial" w:hAnsi="Arial" w:cs="Arial"/>
                <w:sz w:val="20"/>
                <w:szCs w:val="20"/>
              </w:rPr>
            </w:pPr>
            <w:r w:rsidRPr="00AB3852">
              <w:rPr>
                <w:rFonts w:ascii="Arial" w:hAnsi="Arial" w:cs="Arial"/>
                <w:sz w:val="20"/>
                <w:szCs w:val="20"/>
              </w:rPr>
              <w:t>[Access / keys / alarms / utilities / repairs]</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A0C7C85" w14:textId="77777777" w:rsidR="00AB3852" w:rsidRPr="00AB3852" w:rsidRDefault="00AB3852" w:rsidP="00AB3852">
            <w:pPr>
              <w:rPr>
                <w:rFonts w:ascii="Arial" w:hAnsi="Arial" w:cs="Arial"/>
                <w:sz w:val="20"/>
                <w:szCs w:val="20"/>
              </w:rPr>
            </w:pPr>
            <w:r w:rsidRPr="00AB3852">
              <w:rPr>
                <w:rFonts w:ascii="Arial" w:hAnsi="Arial" w:cs="Arial"/>
                <w:sz w:val="20"/>
                <w:szCs w:val="20"/>
              </w:rPr>
              <w:t>[Site / premises]</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C11EB75" w14:textId="77777777" w:rsidR="00AB3852" w:rsidRPr="00AB3852" w:rsidRDefault="00AB3852" w:rsidP="00AB3852">
            <w:pPr>
              <w:rPr>
                <w:rFonts w:ascii="Arial" w:hAnsi="Arial" w:cs="Arial"/>
                <w:sz w:val="20"/>
                <w:szCs w:val="20"/>
              </w:rPr>
            </w:pPr>
            <w:r w:rsidRPr="00AB3852">
              <w:rPr>
                <w:rFonts w:ascii="Arial" w:hAnsi="Arial" w:cs="Arial"/>
                <w:sz w:val="20"/>
                <w:szCs w:val="20"/>
              </w:rPr>
              <w:t>[Alternate site / repair option]</w:t>
            </w:r>
          </w:p>
        </w:tc>
        <w:tc>
          <w:tcPr>
            <w:tcW w:w="13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682CC21" w14:textId="77777777" w:rsidR="00AB3852" w:rsidRPr="00AB3852" w:rsidRDefault="00AB3852" w:rsidP="00AB3852">
            <w:pPr>
              <w:rPr>
                <w:rFonts w:ascii="Arial" w:hAnsi="Arial" w:cs="Arial"/>
                <w:sz w:val="20"/>
                <w:szCs w:val="20"/>
              </w:rPr>
            </w:pPr>
            <w:r w:rsidRPr="00AB3852">
              <w:rPr>
                <w:rFonts w:ascii="Arial" w:hAnsi="Arial" w:cs="Arial"/>
                <w:sz w:val="20"/>
                <w:szCs w:val="20"/>
              </w:rPr>
              <w:t>[Limits]</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2DE0C05" w14:textId="77777777" w:rsidR="00AB3852" w:rsidRPr="00AB3852" w:rsidRDefault="00AB3852" w:rsidP="00AB3852">
            <w:pPr>
              <w:rPr>
                <w:rFonts w:ascii="Arial" w:hAnsi="Arial" w:cs="Arial"/>
                <w:sz w:val="20"/>
                <w:szCs w:val="20"/>
              </w:rPr>
            </w:pPr>
            <w:r w:rsidRPr="00AB3852">
              <w:rPr>
                <w:rFonts w:ascii="Arial" w:hAnsi="Arial" w:cs="Arial"/>
                <w:sz w:val="20"/>
                <w:szCs w:val="20"/>
              </w:rPr>
              <w:t>[Contact]</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7FE339"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r w:rsidR="00AB3852" w:rsidRPr="00AB3852" w14:paraId="22B8DD1B" w14:textId="77777777" w:rsidTr="006A3252">
        <w:trPr>
          <w:cantSplit/>
          <w:jc w:val="center"/>
        </w:trPr>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E57B4AD" w14:textId="77777777" w:rsidR="00AB3852" w:rsidRPr="00AB3852" w:rsidRDefault="00AB3852" w:rsidP="00AB3852">
            <w:pPr>
              <w:rPr>
                <w:rFonts w:ascii="Arial" w:hAnsi="Arial" w:cs="Arial"/>
                <w:sz w:val="20"/>
                <w:szCs w:val="20"/>
              </w:rPr>
            </w:pPr>
            <w:r w:rsidRPr="00AB3852">
              <w:rPr>
                <w:rFonts w:ascii="Arial" w:hAnsi="Arial" w:cs="Arial"/>
                <w:sz w:val="20"/>
                <w:szCs w:val="20"/>
              </w:rPr>
              <w:t>AD1 [Legal / tax / employment adviser]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BB3600" w14:textId="77777777" w:rsidR="00AB3852" w:rsidRPr="00AB3852" w:rsidRDefault="00AB3852" w:rsidP="00AB3852">
            <w:pPr>
              <w:rPr>
                <w:rFonts w:ascii="Arial" w:hAnsi="Arial" w:cs="Arial"/>
                <w:sz w:val="20"/>
                <w:szCs w:val="20"/>
              </w:rPr>
            </w:pPr>
            <w:r w:rsidRPr="00AB3852">
              <w:rPr>
                <w:rFonts w:ascii="Arial" w:hAnsi="Arial" w:cs="Arial"/>
                <w:sz w:val="20"/>
                <w:szCs w:val="20"/>
              </w:rPr>
              <w:t>Adviser</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A138015" w14:textId="77777777" w:rsidR="00AB3852" w:rsidRPr="00AB3852" w:rsidRDefault="00AB3852" w:rsidP="00AB3852">
            <w:pPr>
              <w:rPr>
                <w:rFonts w:ascii="Arial" w:hAnsi="Arial" w:cs="Arial"/>
                <w:sz w:val="20"/>
                <w:szCs w:val="20"/>
              </w:rPr>
            </w:pPr>
            <w:r w:rsidRPr="00AB3852">
              <w:rPr>
                <w:rFonts w:ascii="Arial" w:hAnsi="Arial" w:cs="Arial"/>
                <w:sz w:val="20"/>
                <w:szCs w:val="20"/>
              </w:rPr>
              <w:t>[Advice / notification support]</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925768E" w14:textId="77777777" w:rsidR="00AB3852" w:rsidRPr="00AB3852" w:rsidRDefault="00AB3852" w:rsidP="00AB3852">
            <w:pPr>
              <w:rPr>
                <w:rFonts w:ascii="Arial" w:hAnsi="Arial" w:cs="Arial"/>
                <w:sz w:val="20"/>
                <w:szCs w:val="20"/>
              </w:rPr>
            </w:pPr>
            <w:r w:rsidRPr="00AB3852">
              <w:rPr>
                <w:rFonts w:ascii="Arial" w:hAnsi="Arial" w:cs="Arial"/>
                <w:sz w:val="20"/>
                <w:szCs w:val="20"/>
              </w:rPr>
              <w:t>[Obligations]</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D41DFA8" w14:textId="77777777" w:rsidR="00AB3852" w:rsidRPr="00AB3852" w:rsidRDefault="00AB3852" w:rsidP="00AB3852">
            <w:pPr>
              <w:rPr>
                <w:rFonts w:ascii="Arial" w:hAnsi="Arial" w:cs="Arial"/>
                <w:sz w:val="20"/>
                <w:szCs w:val="20"/>
              </w:rPr>
            </w:pPr>
            <w:r w:rsidRPr="00AB3852">
              <w:rPr>
                <w:rFonts w:ascii="Arial" w:hAnsi="Arial" w:cs="Arial"/>
                <w:sz w:val="20"/>
                <w:szCs w:val="20"/>
              </w:rPr>
              <w:t>[Backup adviser]</w:t>
            </w:r>
          </w:p>
        </w:tc>
        <w:tc>
          <w:tcPr>
            <w:tcW w:w="13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32E011A" w14:textId="77777777" w:rsidR="00AB3852" w:rsidRPr="00AB3852" w:rsidRDefault="00AB3852" w:rsidP="00AB3852">
            <w:pPr>
              <w:rPr>
                <w:rFonts w:ascii="Arial" w:hAnsi="Arial" w:cs="Arial"/>
                <w:sz w:val="20"/>
                <w:szCs w:val="20"/>
              </w:rPr>
            </w:pPr>
            <w:r w:rsidRPr="00AB3852">
              <w:rPr>
                <w:rFonts w:ascii="Arial" w:hAnsi="Arial" w:cs="Arial"/>
                <w:sz w:val="20"/>
                <w:szCs w:val="20"/>
              </w:rPr>
              <w:t>[Response time]</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ED30D1" w14:textId="77777777" w:rsidR="00AB3852" w:rsidRPr="00AB3852" w:rsidRDefault="00AB3852" w:rsidP="00AB3852">
            <w:pPr>
              <w:rPr>
                <w:rFonts w:ascii="Arial" w:hAnsi="Arial" w:cs="Arial"/>
                <w:sz w:val="20"/>
                <w:szCs w:val="20"/>
              </w:rPr>
            </w:pPr>
            <w:r w:rsidRPr="00AB3852">
              <w:rPr>
                <w:rFonts w:ascii="Arial" w:hAnsi="Arial" w:cs="Arial"/>
                <w:sz w:val="20"/>
                <w:szCs w:val="20"/>
              </w:rPr>
              <w:t>[Contact]</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4768AD6" w14:textId="77777777" w:rsidR="00AB3852" w:rsidRPr="00AB3852" w:rsidRDefault="00AB3852" w:rsidP="00AB3852">
            <w:pPr>
              <w:rPr>
                <w:rFonts w:ascii="Arial" w:hAnsi="Arial" w:cs="Arial"/>
                <w:sz w:val="20"/>
                <w:szCs w:val="20"/>
              </w:rPr>
            </w:pPr>
            <w:r w:rsidRPr="00AB3852">
              <w:rPr>
                <w:rFonts w:ascii="Arial" w:hAnsi="Arial" w:cs="Arial"/>
                <w:sz w:val="20"/>
                <w:szCs w:val="20"/>
              </w:rPr>
              <w:t>[Owner / status]</w:t>
            </w:r>
          </w:p>
        </w:tc>
      </w:tr>
    </w:tbl>
    <w:p w14:paraId="2907127A"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0F5C989B" w14:textId="77777777" w:rsidR="00AB3852" w:rsidRPr="00AB3852" w:rsidRDefault="00AB3852" w:rsidP="00AB3852">
      <w:pPr>
        <w:spacing w:after="200" w:line="276" w:lineRule="auto"/>
        <w:rPr>
          <w:rFonts w:ascii="Arial" w:eastAsia="MS Gothic" w:hAnsi="Arial" w:cs="Arial"/>
          <w:b/>
          <w:bCs/>
          <w:color w:val="3D3D3D"/>
          <w:kern w:val="0"/>
          <w:sz w:val="20"/>
          <w:szCs w:val="20"/>
          <w:lang w:val="en-US"/>
          <w14:ligatures w14:val="none"/>
        </w:rPr>
      </w:pPr>
      <w:r w:rsidRPr="00AB3852">
        <w:rPr>
          <w:rFonts w:ascii="Arial" w:eastAsia="MS Mincho" w:hAnsi="Arial" w:cs="Arial"/>
          <w:kern w:val="0"/>
          <w:sz w:val="20"/>
          <w:szCs w:val="20"/>
          <w:lang w:val="en-US"/>
          <w14:ligatures w14:val="none"/>
        </w:rPr>
        <w:br w:type="page"/>
      </w:r>
    </w:p>
    <w:p w14:paraId="6E573451"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2.6 Financial, insurance, obligations and evidence register</w:t>
      </w:r>
    </w:p>
    <w:p w14:paraId="227F089B"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Complete during plan preparation. Create one evidence folder, digital and offline if needed, and use this location consistently in the decision log, action plan, communication log and insurance or funding records.</w:t>
      </w:r>
    </w:p>
    <w:tbl>
      <w:tblPr>
        <w:tblStyle w:val="TableGrid"/>
        <w:tblW w:w="0" w:type="auto"/>
        <w:jc w:val="center"/>
        <w:tblLayout w:type="fixed"/>
        <w:tblLook w:val="04A0" w:firstRow="1" w:lastRow="0" w:firstColumn="1" w:lastColumn="0" w:noHBand="0" w:noVBand="1"/>
      </w:tblPr>
      <w:tblGrid>
        <w:gridCol w:w="2232"/>
        <w:gridCol w:w="6048"/>
        <w:gridCol w:w="2215"/>
        <w:gridCol w:w="1601"/>
        <w:gridCol w:w="2232"/>
        <w:gridCol w:w="936"/>
      </w:tblGrid>
      <w:tr w:rsidR="00AB3852" w:rsidRPr="00AB3852" w14:paraId="5843F35A" w14:textId="77777777" w:rsidTr="006A3252">
        <w:trPr>
          <w:cantSplit/>
          <w:tblHeader/>
          <w:jc w:val="center"/>
        </w:trPr>
        <w:tc>
          <w:tcPr>
            <w:tcW w:w="223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E79DB7A"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Area / evidence type</w:t>
            </w:r>
          </w:p>
        </w:tc>
        <w:tc>
          <w:tcPr>
            <w:tcW w:w="604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3E5C7DD"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Continuity requirement or examples</w:t>
            </w:r>
          </w:p>
        </w:tc>
        <w:tc>
          <w:tcPr>
            <w:tcW w:w="221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1313C88"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w:t>
            </w:r>
          </w:p>
        </w:tc>
        <w:tc>
          <w:tcPr>
            <w:tcW w:w="1601"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8EBFFAE"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Where stored</w:t>
            </w:r>
          </w:p>
        </w:tc>
        <w:tc>
          <w:tcPr>
            <w:tcW w:w="223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0BC7A9F"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Trigger / when used</w:t>
            </w:r>
          </w:p>
        </w:tc>
        <w:tc>
          <w:tcPr>
            <w:tcW w:w="93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9B8F96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Status</w:t>
            </w:r>
          </w:p>
        </w:tc>
      </w:tr>
      <w:tr w:rsidR="00AB3852" w:rsidRPr="00AB3852" w14:paraId="7F78F30D" w14:textId="77777777" w:rsidTr="006A3252">
        <w:trPr>
          <w:cantSplit/>
          <w:jc w:val="center"/>
        </w:trPr>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1DB99DD" w14:textId="77777777" w:rsidR="00AB3852" w:rsidRPr="00AB3852" w:rsidRDefault="00AB3852" w:rsidP="00AB3852">
            <w:pPr>
              <w:rPr>
                <w:rFonts w:ascii="Arial" w:hAnsi="Arial" w:cs="Arial"/>
                <w:sz w:val="20"/>
                <w:szCs w:val="20"/>
              </w:rPr>
            </w:pPr>
            <w:r w:rsidRPr="00AB3852">
              <w:rPr>
                <w:rFonts w:ascii="Arial" w:hAnsi="Arial" w:cs="Arial"/>
                <w:sz w:val="20"/>
                <w:szCs w:val="20"/>
              </w:rPr>
              <w:t>Cash flow forecast</w:t>
            </w:r>
          </w:p>
        </w:tc>
        <w:tc>
          <w:tcPr>
            <w:tcW w:w="60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0AA88C8" w14:textId="77777777" w:rsidR="00AB3852" w:rsidRPr="00AB3852" w:rsidRDefault="00AB3852" w:rsidP="00AB3852">
            <w:pPr>
              <w:rPr>
                <w:rFonts w:ascii="Arial" w:hAnsi="Arial" w:cs="Arial"/>
                <w:sz w:val="20"/>
                <w:szCs w:val="20"/>
              </w:rPr>
            </w:pPr>
            <w:r w:rsidRPr="00AB3852">
              <w:rPr>
                <w:rFonts w:ascii="Arial" w:hAnsi="Arial" w:cs="Arial"/>
                <w:sz w:val="20"/>
                <w:szCs w:val="20"/>
              </w:rPr>
              <w:t>Cash flow forecast, disruption scenario, minimum cash buffer, expected receipts and payments.</w:t>
            </w:r>
          </w:p>
        </w:tc>
        <w:tc>
          <w:tcPr>
            <w:tcW w:w="2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4E1DCC" w14:textId="77777777" w:rsidR="00AB3852" w:rsidRPr="00AB3852" w:rsidRDefault="00AB3852" w:rsidP="00AB3852">
            <w:pPr>
              <w:rPr>
                <w:rFonts w:ascii="Arial" w:hAnsi="Arial" w:cs="Arial"/>
                <w:sz w:val="20"/>
                <w:szCs w:val="20"/>
              </w:rPr>
            </w:pPr>
            <w:r w:rsidRPr="00AB3852">
              <w:rPr>
                <w:rFonts w:ascii="Arial" w:hAnsi="Arial" w:cs="Arial"/>
                <w:sz w:val="20"/>
                <w:szCs w:val="20"/>
              </w:rPr>
              <w:t>[Finance lead]</w:t>
            </w:r>
          </w:p>
        </w:tc>
        <w:tc>
          <w:tcPr>
            <w:tcW w:w="16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4D9FD57" w14:textId="77777777" w:rsidR="00AB3852" w:rsidRPr="00AB3852" w:rsidRDefault="00AB3852" w:rsidP="00AB3852">
            <w:pPr>
              <w:rPr>
                <w:rFonts w:ascii="Arial" w:hAnsi="Arial" w:cs="Arial"/>
                <w:sz w:val="20"/>
                <w:szCs w:val="20"/>
              </w:rPr>
            </w:pPr>
            <w:r w:rsidRPr="00AB3852">
              <w:rPr>
                <w:rFonts w:ascii="Arial" w:hAnsi="Arial" w:cs="Arial"/>
                <w:sz w:val="20"/>
                <w:szCs w:val="20"/>
              </w:rPr>
              <w:t>[Location]</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D8D177" w14:textId="77777777" w:rsidR="00AB3852" w:rsidRPr="00AB3852" w:rsidRDefault="00AB3852" w:rsidP="00AB3852">
            <w:pPr>
              <w:rPr>
                <w:rFonts w:ascii="Arial" w:hAnsi="Arial" w:cs="Arial"/>
                <w:sz w:val="20"/>
                <w:szCs w:val="20"/>
              </w:rPr>
            </w:pPr>
            <w:r w:rsidRPr="00AB3852">
              <w:rPr>
                <w:rFonts w:ascii="Arial" w:hAnsi="Arial" w:cs="Arial"/>
                <w:sz w:val="20"/>
                <w:szCs w:val="20"/>
              </w:rPr>
              <w:t>[Cash / revenue impact]</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DE89A6C"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21B09F2D" w14:textId="77777777" w:rsidTr="006A3252">
        <w:trPr>
          <w:cantSplit/>
          <w:jc w:val="center"/>
        </w:trPr>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E114769" w14:textId="77777777" w:rsidR="00AB3852" w:rsidRPr="00AB3852" w:rsidRDefault="00AB3852" w:rsidP="00AB3852">
            <w:pPr>
              <w:rPr>
                <w:rFonts w:ascii="Arial" w:hAnsi="Arial" w:cs="Arial"/>
                <w:sz w:val="20"/>
                <w:szCs w:val="20"/>
              </w:rPr>
            </w:pPr>
            <w:r w:rsidRPr="00AB3852">
              <w:rPr>
                <w:rFonts w:ascii="Arial" w:hAnsi="Arial" w:cs="Arial"/>
                <w:sz w:val="20"/>
                <w:szCs w:val="20"/>
              </w:rPr>
              <w:t>Banking / funding access</w:t>
            </w:r>
          </w:p>
        </w:tc>
        <w:tc>
          <w:tcPr>
            <w:tcW w:w="60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ED7391" w14:textId="77777777" w:rsidR="00AB3852" w:rsidRPr="00AB3852" w:rsidRDefault="00AB3852" w:rsidP="00AB3852">
            <w:pPr>
              <w:rPr>
                <w:rFonts w:ascii="Arial" w:hAnsi="Arial" w:cs="Arial"/>
                <w:sz w:val="20"/>
                <w:szCs w:val="20"/>
              </w:rPr>
            </w:pPr>
            <w:r w:rsidRPr="00AB3852">
              <w:rPr>
                <w:rFonts w:ascii="Arial" w:hAnsi="Arial" w:cs="Arial"/>
                <w:sz w:val="20"/>
                <w:szCs w:val="20"/>
              </w:rPr>
              <w:t>Bank contacts, facilities, tokens, login access, backup approvers, covenants.</w:t>
            </w:r>
          </w:p>
        </w:tc>
        <w:tc>
          <w:tcPr>
            <w:tcW w:w="2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775525" w14:textId="77777777" w:rsidR="00AB3852" w:rsidRPr="00AB3852" w:rsidRDefault="00AB3852" w:rsidP="00AB3852">
            <w:pPr>
              <w:rPr>
                <w:rFonts w:ascii="Arial" w:hAnsi="Arial" w:cs="Arial"/>
                <w:sz w:val="20"/>
                <w:szCs w:val="20"/>
              </w:rPr>
            </w:pPr>
            <w:r w:rsidRPr="00AB3852">
              <w:rPr>
                <w:rFonts w:ascii="Arial" w:hAnsi="Arial" w:cs="Arial"/>
                <w:sz w:val="20"/>
                <w:szCs w:val="20"/>
              </w:rPr>
              <w:t>[Finance lead]</w:t>
            </w:r>
          </w:p>
        </w:tc>
        <w:tc>
          <w:tcPr>
            <w:tcW w:w="16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C0A539E" w14:textId="77777777" w:rsidR="00AB3852" w:rsidRPr="00AB3852" w:rsidRDefault="00AB3852" w:rsidP="00AB3852">
            <w:pPr>
              <w:rPr>
                <w:rFonts w:ascii="Arial" w:hAnsi="Arial" w:cs="Arial"/>
                <w:sz w:val="20"/>
                <w:szCs w:val="20"/>
              </w:rPr>
            </w:pPr>
            <w:r w:rsidRPr="00AB3852">
              <w:rPr>
                <w:rFonts w:ascii="Arial" w:hAnsi="Arial" w:cs="Arial"/>
                <w:sz w:val="20"/>
                <w:szCs w:val="20"/>
              </w:rPr>
              <w:t>[Location]</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336B2CE" w14:textId="77777777" w:rsidR="00AB3852" w:rsidRPr="00AB3852" w:rsidRDefault="00AB3852" w:rsidP="00AB3852">
            <w:pPr>
              <w:rPr>
                <w:rFonts w:ascii="Arial" w:hAnsi="Arial" w:cs="Arial"/>
                <w:sz w:val="20"/>
                <w:szCs w:val="20"/>
              </w:rPr>
            </w:pPr>
            <w:r w:rsidRPr="00AB3852">
              <w:rPr>
                <w:rFonts w:ascii="Arial" w:hAnsi="Arial" w:cs="Arial"/>
                <w:sz w:val="20"/>
                <w:szCs w:val="20"/>
              </w:rPr>
              <w:t>[Payments / funding need]</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47683F2"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7D140661" w14:textId="77777777" w:rsidTr="006A3252">
        <w:trPr>
          <w:cantSplit/>
          <w:jc w:val="center"/>
        </w:trPr>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FD74709" w14:textId="77777777" w:rsidR="00AB3852" w:rsidRPr="00AB3852" w:rsidRDefault="00AB3852" w:rsidP="00AB3852">
            <w:pPr>
              <w:rPr>
                <w:rFonts w:ascii="Arial" w:hAnsi="Arial" w:cs="Arial"/>
                <w:sz w:val="20"/>
                <w:szCs w:val="20"/>
              </w:rPr>
            </w:pPr>
            <w:r w:rsidRPr="00AB3852">
              <w:rPr>
                <w:rFonts w:ascii="Arial" w:hAnsi="Arial" w:cs="Arial"/>
                <w:sz w:val="20"/>
                <w:szCs w:val="20"/>
              </w:rPr>
              <w:t>Payroll</w:t>
            </w:r>
          </w:p>
        </w:tc>
        <w:tc>
          <w:tcPr>
            <w:tcW w:w="60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0CCD4E6" w14:textId="77777777" w:rsidR="00AB3852" w:rsidRPr="00AB3852" w:rsidRDefault="00AB3852" w:rsidP="00AB3852">
            <w:pPr>
              <w:rPr>
                <w:rFonts w:ascii="Arial" w:hAnsi="Arial" w:cs="Arial"/>
                <w:sz w:val="20"/>
                <w:szCs w:val="20"/>
              </w:rPr>
            </w:pPr>
            <w:r w:rsidRPr="00AB3852">
              <w:rPr>
                <w:rFonts w:ascii="Arial" w:hAnsi="Arial" w:cs="Arial"/>
                <w:sz w:val="20"/>
                <w:szCs w:val="20"/>
              </w:rPr>
              <w:t>Manual or alternate payroll process, deadlines and approvals.</w:t>
            </w:r>
          </w:p>
        </w:tc>
        <w:tc>
          <w:tcPr>
            <w:tcW w:w="2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1050F9" w14:textId="77777777" w:rsidR="00AB3852" w:rsidRPr="00AB3852" w:rsidRDefault="00AB3852" w:rsidP="00AB3852">
            <w:pPr>
              <w:rPr>
                <w:rFonts w:ascii="Arial" w:hAnsi="Arial" w:cs="Arial"/>
                <w:sz w:val="20"/>
                <w:szCs w:val="20"/>
              </w:rPr>
            </w:pPr>
            <w:r w:rsidRPr="00AB3852">
              <w:rPr>
                <w:rFonts w:ascii="Arial" w:hAnsi="Arial" w:cs="Arial"/>
                <w:sz w:val="20"/>
                <w:szCs w:val="20"/>
              </w:rPr>
              <w:t>[Finance / People]</w:t>
            </w:r>
          </w:p>
        </w:tc>
        <w:tc>
          <w:tcPr>
            <w:tcW w:w="16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5FF3CFE" w14:textId="77777777" w:rsidR="00AB3852" w:rsidRPr="00AB3852" w:rsidRDefault="00AB3852" w:rsidP="00AB3852">
            <w:pPr>
              <w:rPr>
                <w:rFonts w:ascii="Arial" w:hAnsi="Arial" w:cs="Arial"/>
                <w:sz w:val="20"/>
                <w:szCs w:val="20"/>
              </w:rPr>
            </w:pPr>
            <w:r w:rsidRPr="00AB3852">
              <w:rPr>
                <w:rFonts w:ascii="Arial" w:hAnsi="Arial" w:cs="Arial"/>
                <w:sz w:val="20"/>
                <w:szCs w:val="20"/>
              </w:rPr>
              <w:t>[Location]</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D3C2A0" w14:textId="77777777" w:rsidR="00AB3852" w:rsidRPr="00AB3852" w:rsidRDefault="00AB3852" w:rsidP="00AB3852">
            <w:pPr>
              <w:rPr>
                <w:rFonts w:ascii="Arial" w:hAnsi="Arial" w:cs="Arial"/>
                <w:sz w:val="20"/>
                <w:szCs w:val="20"/>
              </w:rPr>
            </w:pPr>
            <w:r w:rsidRPr="00AB3852">
              <w:rPr>
                <w:rFonts w:ascii="Arial" w:hAnsi="Arial" w:cs="Arial"/>
                <w:sz w:val="20"/>
                <w:szCs w:val="20"/>
              </w:rPr>
              <w:t>[Payroll system or approver unavailable]</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DE529C"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23671F23" w14:textId="77777777" w:rsidTr="006A3252">
        <w:trPr>
          <w:cantSplit/>
          <w:jc w:val="center"/>
        </w:trPr>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445C408" w14:textId="77777777" w:rsidR="00AB3852" w:rsidRPr="00AB3852" w:rsidRDefault="00AB3852" w:rsidP="00AB3852">
            <w:pPr>
              <w:rPr>
                <w:rFonts w:ascii="Arial" w:hAnsi="Arial" w:cs="Arial"/>
                <w:sz w:val="20"/>
                <w:szCs w:val="20"/>
              </w:rPr>
            </w:pPr>
            <w:r w:rsidRPr="00AB3852">
              <w:rPr>
                <w:rFonts w:ascii="Arial" w:hAnsi="Arial" w:cs="Arial"/>
                <w:sz w:val="20"/>
                <w:szCs w:val="20"/>
              </w:rPr>
              <w:t>Emergency procurement</w:t>
            </w:r>
          </w:p>
        </w:tc>
        <w:tc>
          <w:tcPr>
            <w:tcW w:w="60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37E2613" w14:textId="77777777" w:rsidR="00AB3852" w:rsidRPr="00AB3852" w:rsidRDefault="00AB3852" w:rsidP="00AB3852">
            <w:pPr>
              <w:rPr>
                <w:rFonts w:ascii="Arial" w:hAnsi="Arial" w:cs="Arial"/>
                <w:sz w:val="20"/>
                <w:szCs w:val="20"/>
              </w:rPr>
            </w:pPr>
            <w:r w:rsidRPr="00AB3852">
              <w:rPr>
                <w:rFonts w:ascii="Arial" w:hAnsi="Arial" w:cs="Arial"/>
                <w:sz w:val="20"/>
                <w:szCs w:val="20"/>
              </w:rPr>
              <w:t>Emergency purchase authority, suppliers and purchase order process.</w:t>
            </w:r>
          </w:p>
        </w:tc>
        <w:tc>
          <w:tcPr>
            <w:tcW w:w="2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9875F1A" w14:textId="77777777" w:rsidR="00AB3852" w:rsidRPr="00AB3852" w:rsidRDefault="00AB3852" w:rsidP="00AB3852">
            <w:pPr>
              <w:rPr>
                <w:rFonts w:ascii="Arial" w:hAnsi="Arial" w:cs="Arial"/>
                <w:sz w:val="20"/>
                <w:szCs w:val="20"/>
              </w:rPr>
            </w:pPr>
            <w:r w:rsidRPr="00AB3852">
              <w:rPr>
                <w:rFonts w:ascii="Arial" w:hAnsi="Arial" w:cs="Arial"/>
                <w:sz w:val="20"/>
                <w:szCs w:val="20"/>
              </w:rPr>
              <w:t>[Operations / Finance]</w:t>
            </w:r>
          </w:p>
        </w:tc>
        <w:tc>
          <w:tcPr>
            <w:tcW w:w="16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95824C2" w14:textId="77777777" w:rsidR="00AB3852" w:rsidRPr="00AB3852" w:rsidRDefault="00AB3852" w:rsidP="00AB3852">
            <w:pPr>
              <w:rPr>
                <w:rFonts w:ascii="Arial" w:hAnsi="Arial" w:cs="Arial"/>
                <w:sz w:val="20"/>
                <w:szCs w:val="20"/>
              </w:rPr>
            </w:pPr>
            <w:r w:rsidRPr="00AB3852">
              <w:rPr>
                <w:rFonts w:ascii="Arial" w:hAnsi="Arial" w:cs="Arial"/>
                <w:sz w:val="20"/>
                <w:szCs w:val="20"/>
              </w:rPr>
              <w:t>[Location]</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872F25"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[Urgent </w:t>
            </w:r>
            <w:proofErr w:type="gramStart"/>
            <w:r w:rsidRPr="00AB3852">
              <w:rPr>
                <w:rFonts w:ascii="Arial" w:hAnsi="Arial" w:cs="Arial"/>
                <w:sz w:val="20"/>
                <w:szCs w:val="20"/>
              </w:rPr>
              <w:t>spend</w:t>
            </w:r>
            <w:proofErr w:type="gramEnd"/>
            <w:r w:rsidRPr="00AB3852">
              <w:rPr>
                <w:rFonts w:ascii="Arial" w:hAnsi="Arial" w:cs="Arial"/>
                <w:sz w:val="20"/>
                <w:szCs w:val="20"/>
              </w:rPr>
              <w:t xml:space="preserve"> required]</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288444"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143C49AC" w14:textId="77777777" w:rsidTr="006A3252">
        <w:trPr>
          <w:cantSplit/>
          <w:jc w:val="center"/>
        </w:trPr>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225410" w14:textId="77777777" w:rsidR="00AB3852" w:rsidRPr="00AB3852" w:rsidRDefault="00AB3852" w:rsidP="00AB3852">
            <w:pPr>
              <w:rPr>
                <w:rFonts w:ascii="Arial" w:hAnsi="Arial" w:cs="Arial"/>
                <w:sz w:val="20"/>
                <w:szCs w:val="20"/>
              </w:rPr>
            </w:pPr>
            <w:r w:rsidRPr="00AB3852">
              <w:rPr>
                <w:rFonts w:ascii="Arial" w:hAnsi="Arial" w:cs="Arial"/>
                <w:sz w:val="20"/>
                <w:szCs w:val="20"/>
              </w:rPr>
              <w:t>Insurance</w:t>
            </w:r>
          </w:p>
        </w:tc>
        <w:tc>
          <w:tcPr>
            <w:tcW w:w="60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DFFB531" w14:textId="77777777" w:rsidR="00AB3852" w:rsidRPr="00AB3852" w:rsidRDefault="00AB3852" w:rsidP="00AB3852">
            <w:pPr>
              <w:rPr>
                <w:rFonts w:ascii="Arial" w:hAnsi="Arial" w:cs="Arial"/>
                <w:sz w:val="20"/>
                <w:szCs w:val="20"/>
              </w:rPr>
            </w:pPr>
            <w:r w:rsidRPr="00AB3852">
              <w:rPr>
                <w:rFonts w:ascii="Arial" w:hAnsi="Arial" w:cs="Arial"/>
                <w:sz w:val="20"/>
                <w:szCs w:val="20"/>
              </w:rPr>
              <w:t>Broker/insurer contacts, policies, claim steps and evidence requirements.</w:t>
            </w:r>
          </w:p>
        </w:tc>
        <w:tc>
          <w:tcPr>
            <w:tcW w:w="2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D6E84D" w14:textId="77777777" w:rsidR="00AB3852" w:rsidRPr="00AB3852" w:rsidRDefault="00AB3852" w:rsidP="00AB3852">
            <w:pPr>
              <w:rPr>
                <w:rFonts w:ascii="Arial" w:hAnsi="Arial" w:cs="Arial"/>
                <w:sz w:val="20"/>
                <w:szCs w:val="20"/>
              </w:rPr>
            </w:pPr>
            <w:r w:rsidRPr="00AB3852">
              <w:rPr>
                <w:rFonts w:ascii="Arial" w:hAnsi="Arial" w:cs="Arial"/>
                <w:sz w:val="20"/>
                <w:szCs w:val="20"/>
              </w:rPr>
              <w:t>[Finance lead]</w:t>
            </w:r>
          </w:p>
        </w:tc>
        <w:tc>
          <w:tcPr>
            <w:tcW w:w="16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09AA118" w14:textId="77777777" w:rsidR="00AB3852" w:rsidRPr="00AB3852" w:rsidRDefault="00AB3852" w:rsidP="00AB3852">
            <w:pPr>
              <w:rPr>
                <w:rFonts w:ascii="Arial" w:hAnsi="Arial" w:cs="Arial"/>
                <w:sz w:val="20"/>
                <w:szCs w:val="20"/>
              </w:rPr>
            </w:pPr>
            <w:r w:rsidRPr="00AB3852">
              <w:rPr>
                <w:rFonts w:ascii="Arial" w:hAnsi="Arial" w:cs="Arial"/>
                <w:sz w:val="20"/>
                <w:szCs w:val="20"/>
              </w:rPr>
              <w:t>[Location]</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7230EBB" w14:textId="77777777" w:rsidR="00AB3852" w:rsidRPr="00AB3852" w:rsidRDefault="00AB3852" w:rsidP="00AB3852">
            <w:pPr>
              <w:rPr>
                <w:rFonts w:ascii="Arial" w:hAnsi="Arial" w:cs="Arial"/>
                <w:sz w:val="20"/>
                <w:szCs w:val="20"/>
              </w:rPr>
            </w:pPr>
            <w:r w:rsidRPr="00AB3852">
              <w:rPr>
                <w:rFonts w:ascii="Arial" w:hAnsi="Arial" w:cs="Arial"/>
                <w:sz w:val="20"/>
                <w:szCs w:val="20"/>
              </w:rPr>
              <w:t>[Loss, damage or outage]</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F8DCD3"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1AFB7B59" w14:textId="77777777" w:rsidTr="006A3252">
        <w:trPr>
          <w:cantSplit/>
          <w:jc w:val="center"/>
        </w:trPr>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7E2F5BE" w14:textId="77777777" w:rsidR="00AB3852" w:rsidRPr="00AB3852" w:rsidRDefault="00AB3852" w:rsidP="00AB3852">
            <w:pPr>
              <w:rPr>
                <w:rFonts w:ascii="Arial" w:hAnsi="Arial" w:cs="Arial"/>
                <w:sz w:val="20"/>
                <w:szCs w:val="20"/>
              </w:rPr>
            </w:pPr>
            <w:r w:rsidRPr="00AB3852">
              <w:rPr>
                <w:rFonts w:ascii="Arial" w:hAnsi="Arial" w:cs="Arial"/>
                <w:sz w:val="20"/>
                <w:szCs w:val="20"/>
              </w:rPr>
              <w:t>Tax, legal, privacy and employment obligations</w:t>
            </w:r>
          </w:p>
        </w:tc>
        <w:tc>
          <w:tcPr>
            <w:tcW w:w="60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8FA64F3" w14:textId="77777777" w:rsidR="00AB3852" w:rsidRPr="00AB3852" w:rsidRDefault="00AB3852" w:rsidP="00AB3852">
            <w:pPr>
              <w:rPr>
                <w:rFonts w:ascii="Arial" w:hAnsi="Arial" w:cs="Arial"/>
                <w:sz w:val="20"/>
                <w:szCs w:val="20"/>
              </w:rPr>
            </w:pPr>
            <w:r w:rsidRPr="00AB3852">
              <w:rPr>
                <w:rFonts w:ascii="Arial" w:hAnsi="Arial" w:cs="Arial"/>
                <w:sz w:val="20"/>
                <w:szCs w:val="20"/>
              </w:rPr>
              <w:t>PAYE, GST, income tax, contracts, leases, health and safety, privacy and employment matters.</w:t>
            </w:r>
          </w:p>
        </w:tc>
        <w:tc>
          <w:tcPr>
            <w:tcW w:w="2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8FF7979" w14:textId="77777777" w:rsidR="00AB3852" w:rsidRPr="00AB3852" w:rsidRDefault="00AB3852" w:rsidP="00AB3852">
            <w:pPr>
              <w:rPr>
                <w:rFonts w:ascii="Arial" w:hAnsi="Arial" w:cs="Arial"/>
                <w:sz w:val="20"/>
                <w:szCs w:val="20"/>
              </w:rPr>
            </w:pPr>
            <w:r w:rsidRPr="00AB3852">
              <w:rPr>
                <w:rFonts w:ascii="Arial" w:hAnsi="Arial" w:cs="Arial"/>
                <w:sz w:val="20"/>
                <w:szCs w:val="20"/>
              </w:rPr>
              <w:t>[Owner / adviser]</w:t>
            </w:r>
          </w:p>
        </w:tc>
        <w:tc>
          <w:tcPr>
            <w:tcW w:w="16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E3DD77" w14:textId="77777777" w:rsidR="00AB3852" w:rsidRPr="00AB3852" w:rsidRDefault="00AB3852" w:rsidP="00AB3852">
            <w:pPr>
              <w:rPr>
                <w:rFonts w:ascii="Arial" w:hAnsi="Arial" w:cs="Arial"/>
                <w:sz w:val="20"/>
                <w:szCs w:val="20"/>
              </w:rPr>
            </w:pPr>
            <w:r w:rsidRPr="00AB3852">
              <w:rPr>
                <w:rFonts w:ascii="Arial" w:hAnsi="Arial" w:cs="Arial"/>
                <w:sz w:val="20"/>
                <w:szCs w:val="20"/>
              </w:rPr>
              <w:t>[Location]</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FB3F525" w14:textId="77777777" w:rsidR="00AB3852" w:rsidRPr="00AB3852" w:rsidRDefault="00AB3852" w:rsidP="00AB3852">
            <w:pPr>
              <w:rPr>
                <w:rFonts w:ascii="Arial" w:hAnsi="Arial" w:cs="Arial"/>
                <w:sz w:val="20"/>
                <w:szCs w:val="20"/>
              </w:rPr>
            </w:pPr>
            <w:r w:rsidRPr="00AB3852">
              <w:rPr>
                <w:rFonts w:ascii="Arial" w:hAnsi="Arial" w:cs="Arial"/>
                <w:sz w:val="20"/>
                <w:szCs w:val="20"/>
              </w:rPr>
              <w:t>[Potential obligation or breach]</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5D08141"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5F6915BC" w14:textId="77777777" w:rsidTr="006A3252">
        <w:trPr>
          <w:cantSplit/>
          <w:jc w:val="center"/>
        </w:trPr>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CB7CBEA" w14:textId="77777777" w:rsidR="00AB3852" w:rsidRPr="00AB3852" w:rsidRDefault="00AB3852" w:rsidP="00AB3852">
            <w:pPr>
              <w:rPr>
                <w:rFonts w:ascii="Arial" w:hAnsi="Arial" w:cs="Arial"/>
                <w:sz w:val="20"/>
                <w:szCs w:val="20"/>
              </w:rPr>
            </w:pPr>
            <w:r w:rsidRPr="00AB3852">
              <w:rPr>
                <w:rFonts w:ascii="Arial" w:hAnsi="Arial" w:cs="Arial"/>
                <w:sz w:val="20"/>
                <w:szCs w:val="20"/>
              </w:rPr>
              <w:t>Incident timeline</w:t>
            </w:r>
          </w:p>
        </w:tc>
        <w:tc>
          <w:tcPr>
            <w:tcW w:w="60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16ADE4" w14:textId="77777777" w:rsidR="00AB3852" w:rsidRPr="00AB3852" w:rsidRDefault="00AB3852" w:rsidP="00AB3852">
            <w:pPr>
              <w:rPr>
                <w:rFonts w:ascii="Arial" w:hAnsi="Arial" w:cs="Arial"/>
                <w:sz w:val="20"/>
                <w:szCs w:val="20"/>
              </w:rPr>
            </w:pPr>
            <w:r w:rsidRPr="00AB3852">
              <w:rPr>
                <w:rFonts w:ascii="Arial" w:hAnsi="Arial" w:cs="Arial"/>
                <w:sz w:val="20"/>
                <w:szCs w:val="20"/>
              </w:rPr>
              <w:t>What happened, when discovered, decisions made, actions taken.</w:t>
            </w:r>
          </w:p>
        </w:tc>
        <w:tc>
          <w:tcPr>
            <w:tcW w:w="2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19F485" w14:textId="77777777" w:rsidR="00AB3852" w:rsidRPr="00AB3852" w:rsidRDefault="00AB3852" w:rsidP="00AB3852">
            <w:pPr>
              <w:rPr>
                <w:rFonts w:ascii="Arial" w:hAnsi="Arial" w:cs="Arial"/>
                <w:sz w:val="20"/>
                <w:szCs w:val="20"/>
              </w:rPr>
            </w:pPr>
            <w:r w:rsidRPr="00AB3852">
              <w:rPr>
                <w:rFonts w:ascii="Arial" w:hAnsi="Arial" w:cs="Arial"/>
                <w:sz w:val="20"/>
                <w:szCs w:val="20"/>
              </w:rPr>
              <w:t>[Response lead / scribe]</w:t>
            </w:r>
          </w:p>
        </w:tc>
        <w:tc>
          <w:tcPr>
            <w:tcW w:w="16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C67359" w14:textId="77777777" w:rsidR="00AB3852" w:rsidRPr="00AB3852" w:rsidRDefault="00AB3852" w:rsidP="00AB3852">
            <w:pPr>
              <w:rPr>
                <w:rFonts w:ascii="Arial" w:hAnsi="Arial" w:cs="Arial"/>
                <w:sz w:val="20"/>
                <w:szCs w:val="20"/>
              </w:rPr>
            </w:pPr>
            <w:r w:rsidRPr="00AB3852">
              <w:rPr>
                <w:rFonts w:ascii="Arial" w:hAnsi="Arial" w:cs="Arial"/>
                <w:sz w:val="20"/>
                <w:szCs w:val="20"/>
              </w:rPr>
              <w:t>[Evidence folder]</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143FFDD" w14:textId="77777777" w:rsidR="00AB3852" w:rsidRPr="00AB3852" w:rsidRDefault="00AB3852" w:rsidP="00AB3852">
            <w:pPr>
              <w:rPr>
                <w:rFonts w:ascii="Arial" w:hAnsi="Arial" w:cs="Arial"/>
                <w:sz w:val="20"/>
                <w:szCs w:val="20"/>
              </w:rPr>
            </w:pPr>
            <w:r w:rsidRPr="00AB3852">
              <w:rPr>
                <w:rFonts w:ascii="Arial" w:hAnsi="Arial" w:cs="Arial"/>
                <w:sz w:val="20"/>
                <w:szCs w:val="20"/>
              </w:rPr>
              <w:t>[All disruptions]</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8BB95A7"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528CCC4F" w14:textId="77777777" w:rsidTr="006A3252">
        <w:trPr>
          <w:cantSplit/>
          <w:jc w:val="center"/>
        </w:trPr>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73C6FB" w14:textId="77777777" w:rsidR="00AB3852" w:rsidRPr="00AB3852" w:rsidRDefault="00AB3852" w:rsidP="00AB3852">
            <w:pPr>
              <w:rPr>
                <w:rFonts w:ascii="Arial" w:hAnsi="Arial" w:cs="Arial"/>
                <w:sz w:val="20"/>
                <w:szCs w:val="20"/>
              </w:rPr>
            </w:pPr>
            <w:r w:rsidRPr="00AB3852">
              <w:rPr>
                <w:rFonts w:ascii="Arial" w:hAnsi="Arial" w:cs="Arial"/>
                <w:sz w:val="20"/>
                <w:szCs w:val="20"/>
              </w:rPr>
              <w:t>Damage / outage evidence</w:t>
            </w:r>
          </w:p>
        </w:tc>
        <w:tc>
          <w:tcPr>
            <w:tcW w:w="60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DA5646C" w14:textId="77777777" w:rsidR="00AB3852" w:rsidRPr="00AB3852" w:rsidRDefault="00AB3852" w:rsidP="00AB3852">
            <w:pPr>
              <w:rPr>
                <w:rFonts w:ascii="Arial" w:hAnsi="Arial" w:cs="Arial"/>
                <w:sz w:val="20"/>
                <w:szCs w:val="20"/>
              </w:rPr>
            </w:pPr>
            <w:r w:rsidRPr="00AB3852">
              <w:rPr>
                <w:rFonts w:ascii="Arial" w:hAnsi="Arial" w:cs="Arial"/>
                <w:sz w:val="20"/>
                <w:szCs w:val="20"/>
              </w:rPr>
              <w:t>Photos, system logs, supplier notices, repair reports, screenshots.</w:t>
            </w:r>
          </w:p>
        </w:tc>
        <w:tc>
          <w:tcPr>
            <w:tcW w:w="2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D0A69E4" w14:textId="77777777" w:rsidR="00AB3852" w:rsidRPr="00AB3852" w:rsidRDefault="00AB3852" w:rsidP="00AB3852">
            <w:pPr>
              <w:rPr>
                <w:rFonts w:ascii="Arial" w:hAnsi="Arial" w:cs="Arial"/>
                <w:sz w:val="20"/>
                <w:szCs w:val="20"/>
              </w:rPr>
            </w:pPr>
            <w:r w:rsidRPr="00AB3852">
              <w:rPr>
                <w:rFonts w:ascii="Arial" w:hAnsi="Arial" w:cs="Arial"/>
                <w:sz w:val="20"/>
                <w:szCs w:val="20"/>
              </w:rPr>
              <w:t>[Operations / technology]</w:t>
            </w:r>
          </w:p>
        </w:tc>
        <w:tc>
          <w:tcPr>
            <w:tcW w:w="16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38CFD75" w14:textId="77777777" w:rsidR="00AB3852" w:rsidRPr="00AB3852" w:rsidRDefault="00AB3852" w:rsidP="00AB3852">
            <w:pPr>
              <w:rPr>
                <w:rFonts w:ascii="Arial" w:hAnsi="Arial" w:cs="Arial"/>
                <w:sz w:val="20"/>
                <w:szCs w:val="20"/>
              </w:rPr>
            </w:pPr>
            <w:r w:rsidRPr="00AB3852">
              <w:rPr>
                <w:rFonts w:ascii="Arial" w:hAnsi="Arial" w:cs="Arial"/>
                <w:sz w:val="20"/>
                <w:szCs w:val="20"/>
              </w:rPr>
              <w:t>[Evidence folder]</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E46319" w14:textId="77777777" w:rsidR="00AB3852" w:rsidRPr="00AB3852" w:rsidRDefault="00AB3852" w:rsidP="00AB3852">
            <w:pPr>
              <w:rPr>
                <w:rFonts w:ascii="Arial" w:hAnsi="Arial" w:cs="Arial"/>
                <w:sz w:val="20"/>
                <w:szCs w:val="20"/>
              </w:rPr>
            </w:pPr>
            <w:r w:rsidRPr="00AB3852">
              <w:rPr>
                <w:rFonts w:ascii="Arial" w:hAnsi="Arial" w:cs="Arial"/>
                <w:sz w:val="20"/>
                <w:szCs w:val="20"/>
              </w:rPr>
              <w:t>[Physical, cyber or system incident]</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BA77A4"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55B2C065" w14:textId="77777777" w:rsidTr="006A3252">
        <w:trPr>
          <w:cantSplit/>
          <w:jc w:val="center"/>
        </w:trPr>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86C4BE" w14:textId="77777777" w:rsidR="00AB3852" w:rsidRPr="00AB3852" w:rsidRDefault="00AB3852" w:rsidP="00AB3852">
            <w:pPr>
              <w:rPr>
                <w:rFonts w:ascii="Arial" w:hAnsi="Arial" w:cs="Arial"/>
                <w:sz w:val="20"/>
                <w:szCs w:val="20"/>
              </w:rPr>
            </w:pPr>
            <w:r w:rsidRPr="00AB3852">
              <w:rPr>
                <w:rFonts w:ascii="Arial" w:hAnsi="Arial" w:cs="Arial"/>
                <w:sz w:val="20"/>
                <w:szCs w:val="20"/>
              </w:rPr>
              <w:t>Financial records</w:t>
            </w:r>
          </w:p>
        </w:tc>
        <w:tc>
          <w:tcPr>
            <w:tcW w:w="60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36A942" w14:textId="77777777" w:rsidR="00AB3852" w:rsidRPr="00AB3852" w:rsidRDefault="00AB3852" w:rsidP="00AB3852">
            <w:pPr>
              <w:rPr>
                <w:rFonts w:ascii="Arial" w:hAnsi="Arial" w:cs="Arial"/>
                <w:sz w:val="20"/>
                <w:szCs w:val="20"/>
              </w:rPr>
            </w:pPr>
            <w:r w:rsidRPr="00AB3852">
              <w:rPr>
                <w:rFonts w:ascii="Arial" w:hAnsi="Arial" w:cs="Arial"/>
                <w:sz w:val="20"/>
                <w:szCs w:val="20"/>
              </w:rPr>
              <w:t>Lost sales, extra costs, payroll costs, mitigation spend and working capital impacts.</w:t>
            </w:r>
          </w:p>
        </w:tc>
        <w:tc>
          <w:tcPr>
            <w:tcW w:w="2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0802BF" w14:textId="77777777" w:rsidR="00AB3852" w:rsidRPr="00AB3852" w:rsidRDefault="00AB3852" w:rsidP="00AB3852">
            <w:pPr>
              <w:rPr>
                <w:rFonts w:ascii="Arial" w:hAnsi="Arial" w:cs="Arial"/>
                <w:sz w:val="20"/>
                <w:szCs w:val="20"/>
              </w:rPr>
            </w:pPr>
            <w:r w:rsidRPr="00AB3852">
              <w:rPr>
                <w:rFonts w:ascii="Arial" w:hAnsi="Arial" w:cs="Arial"/>
                <w:sz w:val="20"/>
                <w:szCs w:val="20"/>
              </w:rPr>
              <w:t>[Finance lead]</w:t>
            </w:r>
          </w:p>
        </w:tc>
        <w:tc>
          <w:tcPr>
            <w:tcW w:w="16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55E34F3" w14:textId="77777777" w:rsidR="00AB3852" w:rsidRPr="00AB3852" w:rsidRDefault="00AB3852" w:rsidP="00AB3852">
            <w:pPr>
              <w:rPr>
                <w:rFonts w:ascii="Arial" w:hAnsi="Arial" w:cs="Arial"/>
                <w:sz w:val="20"/>
                <w:szCs w:val="20"/>
              </w:rPr>
            </w:pPr>
            <w:r w:rsidRPr="00AB3852">
              <w:rPr>
                <w:rFonts w:ascii="Arial" w:hAnsi="Arial" w:cs="Arial"/>
                <w:sz w:val="20"/>
                <w:szCs w:val="20"/>
              </w:rPr>
              <w:t>[Evidence folder]</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A2226C5" w14:textId="77777777" w:rsidR="00AB3852" w:rsidRPr="00AB3852" w:rsidRDefault="00AB3852" w:rsidP="00AB3852">
            <w:pPr>
              <w:rPr>
                <w:rFonts w:ascii="Arial" w:hAnsi="Arial" w:cs="Arial"/>
                <w:sz w:val="20"/>
                <w:szCs w:val="20"/>
              </w:rPr>
            </w:pPr>
            <w:r w:rsidRPr="00AB3852">
              <w:rPr>
                <w:rFonts w:ascii="Arial" w:hAnsi="Arial" w:cs="Arial"/>
                <w:sz w:val="20"/>
                <w:szCs w:val="20"/>
              </w:rPr>
              <w:t>[Claim / funding / board reporting]</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361AE6"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1F39C4A9" w14:textId="77777777" w:rsidTr="006A3252">
        <w:trPr>
          <w:cantSplit/>
          <w:jc w:val="center"/>
        </w:trPr>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8BD089" w14:textId="77777777" w:rsidR="00AB3852" w:rsidRPr="00AB3852" w:rsidRDefault="00AB3852" w:rsidP="00AB3852">
            <w:pPr>
              <w:rPr>
                <w:rFonts w:ascii="Arial" w:hAnsi="Arial" w:cs="Arial"/>
                <w:sz w:val="20"/>
                <w:szCs w:val="20"/>
              </w:rPr>
            </w:pPr>
            <w:r w:rsidRPr="00AB3852">
              <w:rPr>
                <w:rFonts w:ascii="Arial" w:hAnsi="Arial" w:cs="Arial"/>
                <w:sz w:val="20"/>
                <w:szCs w:val="20"/>
              </w:rPr>
              <w:t>Contracts and correspondence</w:t>
            </w:r>
          </w:p>
        </w:tc>
        <w:tc>
          <w:tcPr>
            <w:tcW w:w="60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CBFC8D" w14:textId="77777777" w:rsidR="00AB3852" w:rsidRPr="00AB3852" w:rsidRDefault="00AB3852" w:rsidP="00AB3852">
            <w:pPr>
              <w:rPr>
                <w:rFonts w:ascii="Arial" w:hAnsi="Arial" w:cs="Arial"/>
                <w:sz w:val="20"/>
                <w:szCs w:val="20"/>
              </w:rPr>
            </w:pPr>
            <w:r w:rsidRPr="00AB3852">
              <w:rPr>
                <w:rFonts w:ascii="Arial" w:hAnsi="Arial" w:cs="Arial"/>
                <w:sz w:val="20"/>
                <w:szCs w:val="20"/>
              </w:rPr>
              <w:t>Customer commitments, supplier notices, landlord communications, funder/insurer emails.</w:t>
            </w:r>
          </w:p>
        </w:tc>
        <w:tc>
          <w:tcPr>
            <w:tcW w:w="2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FA46C76" w14:textId="77777777" w:rsidR="00AB3852" w:rsidRPr="00AB3852" w:rsidRDefault="00AB3852" w:rsidP="00AB3852">
            <w:pPr>
              <w:rPr>
                <w:rFonts w:ascii="Arial" w:hAnsi="Arial" w:cs="Arial"/>
                <w:sz w:val="20"/>
                <w:szCs w:val="20"/>
              </w:rPr>
            </w:pPr>
            <w:r w:rsidRPr="00AB3852">
              <w:rPr>
                <w:rFonts w:ascii="Arial" w:hAnsi="Arial" w:cs="Arial"/>
                <w:sz w:val="20"/>
                <w:szCs w:val="20"/>
              </w:rPr>
              <w:t>[Commercial / legal]</w:t>
            </w:r>
          </w:p>
        </w:tc>
        <w:tc>
          <w:tcPr>
            <w:tcW w:w="16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1E1D066" w14:textId="77777777" w:rsidR="00AB3852" w:rsidRPr="00AB3852" w:rsidRDefault="00AB3852" w:rsidP="00AB3852">
            <w:pPr>
              <w:rPr>
                <w:rFonts w:ascii="Arial" w:hAnsi="Arial" w:cs="Arial"/>
                <w:sz w:val="20"/>
                <w:szCs w:val="20"/>
              </w:rPr>
            </w:pPr>
            <w:r w:rsidRPr="00AB3852">
              <w:rPr>
                <w:rFonts w:ascii="Arial" w:hAnsi="Arial" w:cs="Arial"/>
                <w:sz w:val="20"/>
                <w:szCs w:val="20"/>
              </w:rPr>
              <w:t>[Evidence folder]</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049154" w14:textId="77777777" w:rsidR="00AB3852" w:rsidRPr="00AB3852" w:rsidRDefault="00AB3852" w:rsidP="00AB3852">
            <w:pPr>
              <w:rPr>
                <w:rFonts w:ascii="Arial" w:hAnsi="Arial" w:cs="Arial"/>
                <w:sz w:val="20"/>
                <w:szCs w:val="20"/>
              </w:rPr>
            </w:pPr>
            <w:r w:rsidRPr="00AB3852">
              <w:rPr>
                <w:rFonts w:ascii="Arial" w:hAnsi="Arial" w:cs="Arial"/>
                <w:sz w:val="20"/>
                <w:szCs w:val="20"/>
              </w:rPr>
              <w:t>[Dispute, claim or obligation]</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D4806CE"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3592D182" w14:textId="77777777" w:rsidTr="006A3252">
        <w:trPr>
          <w:cantSplit/>
          <w:jc w:val="center"/>
        </w:trPr>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3A473D" w14:textId="77777777" w:rsidR="00AB3852" w:rsidRPr="00AB3852" w:rsidRDefault="00AB3852" w:rsidP="00AB3852">
            <w:pPr>
              <w:rPr>
                <w:rFonts w:ascii="Arial" w:hAnsi="Arial" w:cs="Arial"/>
                <w:sz w:val="20"/>
                <w:szCs w:val="20"/>
              </w:rPr>
            </w:pPr>
            <w:r w:rsidRPr="00AB3852">
              <w:rPr>
                <w:rFonts w:ascii="Arial" w:hAnsi="Arial" w:cs="Arial"/>
                <w:sz w:val="20"/>
                <w:szCs w:val="20"/>
              </w:rPr>
              <w:t>Manual action records</w:t>
            </w:r>
          </w:p>
        </w:tc>
        <w:tc>
          <w:tcPr>
            <w:tcW w:w="60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4CB9959" w14:textId="77777777" w:rsidR="00AB3852" w:rsidRPr="00AB3852" w:rsidRDefault="00AB3852" w:rsidP="00AB3852">
            <w:pPr>
              <w:rPr>
                <w:rFonts w:ascii="Arial" w:hAnsi="Arial" w:cs="Arial"/>
                <w:sz w:val="20"/>
                <w:szCs w:val="20"/>
              </w:rPr>
            </w:pPr>
            <w:r w:rsidRPr="00AB3852">
              <w:rPr>
                <w:rFonts w:ascii="Arial" w:hAnsi="Arial" w:cs="Arial"/>
                <w:sz w:val="20"/>
                <w:szCs w:val="20"/>
              </w:rPr>
              <w:t>Manual logs, approvals, numbered forms, reconciliations and exceptions.</w:t>
            </w:r>
          </w:p>
        </w:tc>
        <w:tc>
          <w:tcPr>
            <w:tcW w:w="2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1C6A8ED" w14:textId="77777777" w:rsidR="00AB3852" w:rsidRPr="00AB3852" w:rsidRDefault="00AB3852" w:rsidP="00AB3852">
            <w:pPr>
              <w:rPr>
                <w:rFonts w:ascii="Arial" w:hAnsi="Arial" w:cs="Arial"/>
                <w:sz w:val="20"/>
                <w:szCs w:val="20"/>
              </w:rPr>
            </w:pPr>
            <w:r w:rsidRPr="00AB3852">
              <w:rPr>
                <w:rFonts w:ascii="Arial" w:hAnsi="Arial" w:cs="Arial"/>
                <w:sz w:val="20"/>
                <w:szCs w:val="20"/>
              </w:rPr>
              <w:t>[Process owner]</w:t>
            </w:r>
          </w:p>
        </w:tc>
        <w:tc>
          <w:tcPr>
            <w:tcW w:w="16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D4B4B6A" w14:textId="77777777" w:rsidR="00AB3852" w:rsidRPr="00AB3852" w:rsidRDefault="00AB3852" w:rsidP="00AB3852">
            <w:pPr>
              <w:rPr>
                <w:rFonts w:ascii="Arial" w:hAnsi="Arial" w:cs="Arial"/>
                <w:sz w:val="20"/>
                <w:szCs w:val="20"/>
              </w:rPr>
            </w:pPr>
            <w:r w:rsidRPr="00AB3852">
              <w:rPr>
                <w:rFonts w:ascii="Arial" w:hAnsi="Arial" w:cs="Arial"/>
                <w:sz w:val="20"/>
                <w:szCs w:val="20"/>
              </w:rPr>
              <w:t>[Evidence folder]</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C98E7A5" w14:textId="77777777" w:rsidR="00AB3852" w:rsidRPr="00AB3852" w:rsidRDefault="00AB3852" w:rsidP="00AB3852">
            <w:pPr>
              <w:rPr>
                <w:rFonts w:ascii="Arial" w:hAnsi="Arial" w:cs="Arial"/>
                <w:sz w:val="20"/>
                <w:szCs w:val="20"/>
              </w:rPr>
            </w:pPr>
            <w:r w:rsidRPr="00AB3852">
              <w:rPr>
                <w:rFonts w:ascii="Arial" w:hAnsi="Arial" w:cs="Arial"/>
                <w:sz w:val="20"/>
                <w:szCs w:val="20"/>
              </w:rPr>
              <w:t>[System or process workaround]</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FB5905"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43D1D61A" w14:textId="77777777" w:rsidTr="006A3252">
        <w:trPr>
          <w:cantSplit/>
          <w:jc w:val="center"/>
        </w:trPr>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C7C4702" w14:textId="77777777" w:rsidR="00AB3852" w:rsidRPr="00AB3852" w:rsidRDefault="00AB3852" w:rsidP="00AB3852">
            <w:pPr>
              <w:rPr>
                <w:rFonts w:ascii="Arial" w:hAnsi="Arial" w:cs="Arial"/>
                <w:sz w:val="20"/>
                <w:szCs w:val="20"/>
              </w:rPr>
            </w:pPr>
            <w:r w:rsidRPr="00AB3852">
              <w:rPr>
                <w:rFonts w:ascii="Arial" w:hAnsi="Arial" w:cs="Arial"/>
                <w:sz w:val="20"/>
                <w:szCs w:val="20"/>
              </w:rPr>
              <w:t>Communication records</w:t>
            </w:r>
          </w:p>
        </w:tc>
        <w:tc>
          <w:tcPr>
            <w:tcW w:w="60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BD0F50" w14:textId="77777777" w:rsidR="00AB3852" w:rsidRPr="00AB3852" w:rsidRDefault="00AB3852" w:rsidP="00AB3852">
            <w:pPr>
              <w:rPr>
                <w:rFonts w:ascii="Arial" w:hAnsi="Arial" w:cs="Arial"/>
                <w:sz w:val="20"/>
                <w:szCs w:val="20"/>
              </w:rPr>
            </w:pPr>
            <w:r w:rsidRPr="00AB3852">
              <w:rPr>
                <w:rFonts w:ascii="Arial" w:hAnsi="Arial" w:cs="Arial"/>
                <w:sz w:val="20"/>
                <w:szCs w:val="20"/>
              </w:rPr>
              <w:t>Approved messages, recipients, timing and next update commitments.</w:t>
            </w:r>
          </w:p>
        </w:tc>
        <w:tc>
          <w:tcPr>
            <w:tcW w:w="2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E014601" w14:textId="77777777" w:rsidR="00AB3852" w:rsidRPr="00AB3852" w:rsidRDefault="00AB3852" w:rsidP="00AB3852">
            <w:pPr>
              <w:rPr>
                <w:rFonts w:ascii="Arial" w:hAnsi="Arial" w:cs="Arial"/>
                <w:sz w:val="20"/>
                <w:szCs w:val="20"/>
              </w:rPr>
            </w:pPr>
            <w:r w:rsidRPr="00AB3852">
              <w:rPr>
                <w:rFonts w:ascii="Arial" w:hAnsi="Arial" w:cs="Arial"/>
                <w:sz w:val="20"/>
                <w:szCs w:val="20"/>
              </w:rPr>
              <w:t>[Communications lead]</w:t>
            </w:r>
          </w:p>
        </w:tc>
        <w:tc>
          <w:tcPr>
            <w:tcW w:w="16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1E77B50" w14:textId="77777777" w:rsidR="00AB3852" w:rsidRPr="00AB3852" w:rsidRDefault="00AB3852" w:rsidP="00AB3852">
            <w:pPr>
              <w:rPr>
                <w:rFonts w:ascii="Arial" w:hAnsi="Arial" w:cs="Arial"/>
                <w:sz w:val="20"/>
                <w:szCs w:val="20"/>
              </w:rPr>
            </w:pPr>
            <w:r w:rsidRPr="00AB3852">
              <w:rPr>
                <w:rFonts w:ascii="Arial" w:hAnsi="Arial" w:cs="Arial"/>
                <w:sz w:val="20"/>
                <w:szCs w:val="20"/>
              </w:rPr>
              <w:t>[Evidence folder]</w:t>
            </w:r>
          </w:p>
        </w:tc>
        <w:tc>
          <w:tcPr>
            <w:tcW w:w="223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8729BEE" w14:textId="77777777" w:rsidR="00AB3852" w:rsidRPr="00AB3852" w:rsidRDefault="00AB3852" w:rsidP="00AB3852">
            <w:pPr>
              <w:rPr>
                <w:rFonts w:ascii="Arial" w:hAnsi="Arial" w:cs="Arial"/>
                <w:sz w:val="20"/>
                <w:szCs w:val="20"/>
              </w:rPr>
            </w:pPr>
            <w:r w:rsidRPr="00AB3852">
              <w:rPr>
                <w:rFonts w:ascii="Arial" w:hAnsi="Arial" w:cs="Arial"/>
                <w:sz w:val="20"/>
                <w:szCs w:val="20"/>
              </w:rPr>
              <w:t>[Key parties communications]</w:t>
            </w:r>
          </w:p>
        </w:tc>
        <w:tc>
          <w:tcPr>
            <w:tcW w:w="9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D4DA92"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bl>
    <w:p w14:paraId="640F6CB9"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092A665B"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2.7 Communication plan</w:t>
      </w:r>
    </w:p>
    <w:p w14:paraId="3AA57937"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Complete during plan preparation. Agree audiences, owners, approval and channels now; use section 3.5 to record actual communications during an incident.</w:t>
      </w:r>
    </w:p>
    <w:tbl>
      <w:tblPr>
        <w:tblStyle w:val="TableGrid"/>
        <w:tblW w:w="0" w:type="auto"/>
        <w:jc w:val="center"/>
        <w:tblLayout w:type="fixed"/>
        <w:tblLook w:val="04A0" w:firstRow="1" w:lastRow="0" w:firstColumn="1" w:lastColumn="0" w:noHBand="0" w:noVBand="1"/>
      </w:tblPr>
      <w:tblGrid>
        <w:gridCol w:w="1872"/>
        <w:gridCol w:w="4227"/>
        <w:gridCol w:w="1820"/>
        <w:gridCol w:w="1728"/>
        <w:gridCol w:w="1296"/>
        <w:gridCol w:w="1535"/>
        <w:gridCol w:w="1560"/>
        <w:gridCol w:w="1224"/>
      </w:tblGrid>
      <w:tr w:rsidR="00AB3852" w:rsidRPr="00AB3852" w14:paraId="6241F6F0" w14:textId="77777777" w:rsidTr="006A3252">
        <w:trPr>
          <w:cantSplit/>
          <w:tblHeader/>
          <w:jc w:val="center"/>
        </w:trPr>
        <w:tc>
          <w:tcPr>
            <w:tcW w:w="187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92809BF"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Audience</w:t>
            </w:r>
          </w:p>
        </w:tc>
        <w:tc>
          <w:tcPr>
            <w:tcW w:w="4227"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00ACB44"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Need to know</w:t>
            </w:r>
          </w:p>
        </w:tc>
        <w:tc>
          <w:tcPr>
            <w:tcW w:w="182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924B251"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Likely channel</w:t>
            </w:r>
          </w:p>
        </w:tc>
        <w:tc>
          <w:tcPr>
            <w:tcW w:w="172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FD9934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Message owner</w:t>
            </w:r>
          </w:p>
        </w:tc>
        <w:tc>
          <w:tcPr>
            <w:tcW w:w="129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8F32FE8"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First update due</w:t>
            </w:r>
          </w:p>
        </w:tc>
        <w:tc>
          <w:tcPr>
            <w:tcW w:w="153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481A475"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Next update rhythm</w:t>
            </w:r>
          </w:p>
        </w:tc>
        <w:tc>
          <w:tcPr>
            <w:tcW w:w="156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C8EF9CA"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Backup channel</w:t>
            </w:r>
          </w:p>
        </w:tc>
        <w:tc>
          <w:tcPr>
            <w:tcW w:w="122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41199B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Approval</w:t>
            </w:r>
          </w:p>
        </w:tc>
      </w:tr>
      <w:tr w:rsidR="00AB3852" w:rsidRPr="00AB3852" w14:paraId="2E647877" w14:textId="77777777" w:rsidTr="006A3252">
        <w:trPr>
          <w:cantSplit/>
          <w:jc w:val="center"/>
        </w:trPr>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7AB34B9" w14:textId="77777777" w:rsidR="00AB3852" w:rsidRPr="00AB3852" w:rsidRDefault="00AB3852" w:rsidP="00AB3852">
            <w:pPr>
              <w:rPr>
                <w:rFonts w:ascii="Arial" w:hAnsi="Arial" w:cs="Arial"/>
                <w:sz w:val="20"/>
                <w:szCs w:val="20"/>
              </w:rPr>
            </w:pPr>
            <w:r w:rsidRPr="00AB3852">
              <w:rPr>
                <w:rFonts w:ascii="Arial" w:hAnsi="Arial" w:cs="Arial"/>
                <w:sz w:val="20"/>
                <w:szCs w:val="20"/>
              </w:rPr>
              <w:t>Staff / contractors</w:t>
            </w:r>
          </w:p>
        </w:tc>
        <w:tc>
          <w:tcPr>
            <w:tcW w:w="422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E126763" w14:textId="77777777" w:rsidR="00AB3852" w:rsidRPr="00AB3852" w:rsidRDefault="00AB3852" w:rsidP="00AB3852">
            <w:pPr>
              <w:rPr>
                <w:rFonts w:ascii="Arial" w:hAnsi="Arial" w:cs="Arial"/>
                <w:sz w:val="20"/>
                <w:szCs w:val="20"/>
              </w:rPr>
            </w:pPr>
            <w:r w:rsidRPr="00AB3852">
              <w:rPr>
                <w:rFonts w:ascii="Arial" w:hAnsi="Arial" w:cs="Arial"/>
                <w:sz w:val="20"/>
                <w:szCs w:val="20"/>
              </w:rPr>
              <w:t>Safety, work arrangements, expectations and next update time.</w:t>
            </w:r>
          </w:p>
        </w:tc>
        <w:tc>
          <w:tcPr>
            <w:tcW w:w="18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315140F" w14:textId="77777777" w:rsidR="00AB3852" w:rsidRPr="00AB3852" w:rsidRDefault="00AB3852" w:rsidP="00AB3852">
            <w:pPr>
              <w:rPr>
                <w:rFonts w:ascii="Arial" w:hAnsi="Arial" w:cs="Arial"/>
                <w:sz w:val="20"/>
                <w:szCs w:val="20"/>
              </w:rPr>
            </w:pPr>
            <w:r w:rsidRPr="00AB3852">
              <w:rPr>
                <w:rFonts w:ascii="Arial" w:hAnsi="Arial" w:cs="Arial"/>
                <w:sz w:val="20"/>
                <w:szCs w:val="20"/>
              </w:rPr>
              <w:t>[Text / group chat / email / phone tree]</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AAF6E26" w14:textId="77777777" w:rsidR="00AB3852" w:rsidRPr="00AB3852" w:rsidRDefault="00AB3852" w:rsidP="00AB3852">
            <w:pPr>
              <w:rPr>
                <w:rFonts w:ascii="Arial" w:hAnsi="Arial" w:cs="Arial"/>
                <w:sz w:val="20"/>
                <w:szCs w:val="20"/>
              </w:rPr>
            </w:pPr>
            <w:r w:rsidRPr="00AB3852">
              <w:rPr>
                <w:rFonts w:ascii="Arial" w:hAnsi="Arial" w:cs="Arial"/>
                <w:sz w:val="20"/>
                <w:szCs w:val="20"/>
              </w:rPr>
              <w:t>[People / Comms]</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217475" w14:textId="77777777" w:rsidR="00AB3852" w:rsidRPr="00AB3852" w:rsidRDefault="00AB3852" w:rsidP="00AB3852">
            <w:pPr>
              <w:rPr>
                <w:rFonts w:ascii="Arial" w:hAnsi="Arial" w:cs="Arial"/>
                <w:sz w:val="20"/>
                <w:szCs w:val="20"/>
              </w:rPr>
            </w:pPr>
            <w:r w:rsidRPr="00AB3852">
              <w:rPr>
                <w:rFonts w:ascii="Arial" w:hAnsi="Arial" w:cs="Arial"/>
                <w:sz w:val="20"/>
                <w:szCs w:val="20"/>
              </w:rPr>
              <w:t>[Time]</w:t>
            </w:r>
          </w:p>
        </w:tc>
        <w:tc>
          <w:tcPr>
            <w:tcW w:w="15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97D7F60" w14:textId="77777777" w:rsidR="00AB3852" w:rsidRPr="00AB3852" w:rsidRDefault="00AB3852" w:rsidP="00AB3852">
            <w:pPr>
              <w:rPr>
                <w:rFonts w:ascii="Arial" w:hAnsi="Arial" w:cs="Arial"/>
                <w:sz w:val="20"/>
                <w:szCs w:val="20"/>
              </w:rPr>
            </w:pPr>
            <w:r w:rsidRPr="00AB3852">
              <w:rPr>
                <w:rFonts w:ascii="Arial" w:hAnsi="Arial" w:cs="Arial"/>
                <w:sz w:val="20"/>
                <w:szCs w:val="20"/>
              </w:rPr>
              <w:t>[Cadence]</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E8C5BAC" w14:textId="77777777" w:rsidR="00AB3852" w:rsidRPr="00AB3852" w:rsidRDefault="00AB3852" w:rsidP="00AB3852">
            <w:pPr>
              <w:rPr>
                <w:rFonts w:ascii="Arial" w:hAnsi="Arial" w:cs="Arial"/>
                <w:sz w:val="20"/>
                <w:szCs w:val="20"/>
              </w:rPr>
            </w:pPr>
            <w:r w:rsidRPr="00AB3852">
              <w:rPr>
                <w:rFonts w:ascii="Arial" w:hAnsi="Arial" w:cs="Arial"/>
                <w:sz w:val="20"/>
                <w:szCs w:val="20"/>
              </w:rPr>
              <w:t>[Backup channel]</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9A58824" w14:textId="77777777" w:rsidR="00AB3852" w:rsidRPr="00AB3852" w:rsidRDefault="00AB3852" w:rsidP="00AB3852">
            <w:pPr>
              <w:rPr>
                <w:rFonts w:ascii="Arial" w:hAnsi="Arial" w:cs="Arial"/>
                <w:sz w:val="20"/>
                <w:szCs w:val="20"/>
              </w:rPr>
            </w:pPr>
            <w:r w:rsidRPr="00AB3852">
              <w:rPr>
                <w:rFonts w:ascii="Arial" w:hAnsi="Arial" w:cs="Arial"/>
                <w:sz w:val="20"/>
                <w:szCs w:val="20"/>
              </w:rPr>
              <w:t>[Approver]</w:t>
            </w:r>
          </w:p>
        </w:tc>
      </w:tr>
      <w:tr w:rsidR="00AB3852" w:rsidRPr="00AB3852" w14:paraId="79787668" w14:textId="77777777" w:rsidTr="006A3252">
        <w:trPr>
          <w:cantSplit/>
          <w:jc w:val="center"/>
        </w:trPr>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F6E2739" w14:textId="77777777" w:rsidR="00AB3852" w:rsidRPr="00AB3852" w:rsidRDefault="00AB3852" w:rsidP="00AB3852">
            <w:pPr>
              <w:rPr>
                <w:rFonts w:ascii="Arial" w:hAnsi="Arial" w:cs="Arial"/>
                <w:sz w:val="20"/>
                <w:szCs w:val="20"/>
              </w:rPr>
            </w:pPr>
            <w:r w:rsidRPr="00AB3852">
              <w:rPr>
                <w:rFonts w:ascii="Arial" w:hAnsi="Arial" w:cs="Arial"/>
                <w:sz w:val="20"/>
                <w:szCs w:val="20"/>
              </w:rPr>
              <w:t>Customers</w:t>
            </w:r>
          </w:p>
        </w:tc>
        <w:tc>
          <w:tcPr>
            <w:tcW w:w="422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E3A62D" w14:textId="77777777" w:rsidR="00AB3852" w:rsidRPr="00AB3852" w:rsidRDefault="00AB3852" w:rsidP="00AB3852">
            <w:pPr>
              <w:rPr>
                <w:rFonts w:ascii="Arial" w:hAnsi="Arial" w:cs="Arial"/>
                <w:sz w:val="20"/>
                <w:szCs w:val="20"/>
              </w:rPr>
            </w:pPr>
            <w:r w:rsidRPr="00AB3852">
              <w:rPr>
                <w:rFonts w:ascii="Arial" w:hAnsi="Arial" w:cs="Arial"/>
                <w:sz w:val="20"/>
                <w:szCs w:val="20"/>
              </w:rPr>
              <w:t>Goods or services changes, delays, alternatives and next update time.</w:t>
            </w:r>
          </w:p>
        </w:tc>
        <w:tc>
          <w:tcPr>
            <w:tcW w:w="18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B6AD879" w14:textId="77777777" w:rsidR="00AB3852" w:rsidRPr="00AB3852" w:rsidRDefault="00AB3852" w:rsidP="00AB3852">
            <w:pPr>
              <w:rPr>
                <w:rFonts w:ascii="Arial" w:hAnsi="Arial" w:cs="Arial"/>
                <w:sz w:val="20"/>
                <w:szCs w:val="20"/>
              </w:rPr>
            </w:pPr>
            <w:r w:rsidRPr="00AB3852">
              <w:rPr>
                <w:rFonts w:ascii="Arial" w:hAnsi="Arial" w:cs="Arial"/>
                <w:sz w:val="20"/>
                <w:szCs w:val="20"/>
              </w:rPr>
              <w:t>[Email / website / phone / social media]</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CFF88C7" w14:textId="77777777" w:rsidR="00AB3852" w:rsidRPr="00AB3852" w:rsidRDefault="00AB3852" w:rsidP="00AB3852">
            <w:pPr>
              <w:rPr>
                <w:rFonts w:ascii="Arial" w:hAnsi="Arial" w:cs="Arial"/>
                <w:sz w:val="20"/>
                <w:szCs w:val="20"/>
              </w:rPr>
            </w:pPr>
            <w:r w:rsidRPr="00AB3852">
              <w:rPr>
                <w:rFonts w:ascii="Arial" w:hAnsi="Arial" w:cs="Arial"/>
                <w:sz w:val="20"/>
                <w:szCs w:val="20"/>
              </w:rPr>
              <w:t>[Customer lead / Comms]</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22F06A6" w14:textId="77777777" w:rsidR="00AB3852" w:rsidRPr="00AB3852" w:rsidRDefault="00AB3852" w:rsidP="00AB3852">
            <w:pPr>
              <w:rPr>
                <w:rFonts w:ascii="Arial" w:hAnsi="Arial" w:cs="Arial"/>
                <w:sz w:val="20"/>
                <w:szCs w:val="20"/>
              </w:rPr>
            </w:pPr>
            <w:r w:rsidRPr="00AB3852">
              <w:rPr>
                <w:rFonts w:ascii="Arial" w:hAnsi="Arial" w:cs="Arial"/>
                <w:sz w:val="20"/>
                <w:szCs w:val="20"/>
              </w:rPr>
              <w:t>[Time]</w:t>
            </w:r>
          </w:p>
        </w:tc>
        <w:tc>
          <w:tcPr>
            <w:tcW w:w="15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11EC54D" w14:textId="77777777" w:rsidR="00AB3852" w:rsidRPr="00AB3852" w:rsidRDefault="00AB3852" w:rsidP="00AB3852">
            <w:pPr>
              <w:rPr>
                <w:rFonts w:ascii="Arial" w:hAnsi="Arial" w:cs="Arial"/>
                <w:sz w:val="20"/>
                <w:szCs w:val="20"/>
              </w:rPr>
            </w:pPr>
            <w:r w:rsidRPr="00AB3852">
              <w:rPr>
                <w:rFonts w:ascii="Arial" w:hAnsi="Arial" w:cs="Arial"/>
                <w:sz w:val="20"/>
                <w:szCs w:val="20"/>
              </w:rPr>
              <w:t>[Cadence]</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4840140" w14:textId="77777777" w:rsidR="00AB3852" w:rsidRPr="00AB3852" w:rsidRDefault="00AB3852" w:rsidP="00AB3852">
            <w:pPr>
              <w:rPr>
                <w:rFonts w:ascii="Arial" w:hAnsi="Arial" w:cs="Arial"/>
                <w:sz w:val="20"/>
                <w:szCs w:val="20"/>
              </w:rPr>
            </w:pPr>
            <w:r w:rsidRPr="00AB3852">
              <w:rPr>
                <w:rFonts w:ascii="Arial" w:hAnsi="Arial" w:cs="Arial"/>
                <w:sz w:val="20"/>
                <w:szCs w:val="20"/>
              </w:rPr>
              <w:t>[Backup channel]</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730E2C6" w14:textId="77777777" w:rsidR="00AB3852" w:rsidRPr="00AB3852" w:rsidRDefault="00AB3852" w:rsidP="00AB3852">
            <w:pPr>
              <w:rPr>
                <w:rFonts w:ascii="Arial" w:hAnsi="Arial" w:cs="Arial"/>
                <w:sz w:val="20"/>
                <w:szCs w:val="20"/>
              </w:rPr>
            </w:pPr>
            <w:r w:rsidRPr="00AB3852">
              <w:rPr>
                <w:rFonts w:ascii="Arial" w:hAnsi="Arial" w:cs="Arial"/>
                <w:sz w:val="20"/>
                <w:szCs w:val="20"/>
              </w:rPr>
              <w:t>[Approver]</w:t>
            </w:r>
          </w:p>
        </w:tc>
      </w:tr>
      <w:tr w:rsidR="00AB3852" w:rsidRPr="00AB3852" w14:paraId="5D8D2D2D" w14:textId="77777777" w:rsidTr="006A3252">
        <w:trPr>
          <w:cantSplit/>
          <w:jc w:val="center"/>
        </w:trPr>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D6361A1" w14:textId="77777777" w:rsidR="00AB3852" w:rsidRPr="00AB3852" w:rsidRDefault="00AB3852" w:rsidP="00AB3852">
            <w:pPr>
              <w:rPr>
                <w:rFonts w:ascii="Arial" w:hAnsi="Arial" w:cs="Arial"/>
                <w:sz w:val="20"/>
                <w:szCs w:val="20"/>
              </w:rPr>
            </w:pPr>
            <w:r w:rsidRPr="00AB3852">
              <w:rPr>
                <w:rFonts w:ascii="Arial" w:hAnsi="Arial" w:cs="Arial"/>
                <w:sz w:val="20"/>
                <w:szCs w:val="20"/>
              </w:rPr>
              <w:t>Suppliers</w:t>
            </w:r>
          </w:p>
        </w:tc>
        <w:tc>
          <w:tcPr>
            <w:tcW w:w="422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8A51C0F" w14:textId="77777777" w:rsidR="00AB3852" w:rsidRPr="00AB3852" w:rsidRDefault="00AB3852" w:rsidP="00AB3852">
            <w:pPr>
              <w:rPr>
                <w:rFonts w:ascii="Arial" w:hAnsi="Arial" w:cs="Arial"/>
                <w:sz w:val="20"/>
                <w:szCs w:val="20"/>
              </w:rPr>
            </w:pPr>
            <w:r w:rsidRPr="00AB3852">
              <w:rPr>
                <w:rFonts w:ascii="Arial" w:hAnsi="Arial" w:cs="Arial"/>
                <w:sz w:val="20"/>
                <w:szCs w:val="20"/>
              </w:rPr>
              <w:t>Changed demand, delivery priorities, payment or timing changes.</w:t>
            </w:r>
          </w:p>
        </w:tc>
        <w:tc>
          <w:tcPr>
            <w:tcW w:w="18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1321243" w14:textId="77777777" w:rsidR="00AB3852" w:rsidRPr="00AB3852" w:rsidRDefault="00AB3852" w:rsidP="00AB3852">
            <w:pPr>
              <w:rPr>
                <w:rFonts w:ascii="Arial" w:hAnsi="Arial" w:cs="Arial"/>
                <w:sz w:val="20"/>
                <w:szCs w:val="20"/>
              </w:rPr>
            </w:pPr>
            <w:r w:rsidRPr="00AB3852">
              <w:rPr>
                <w:rFonts w:ascii="Arial" w:hAnsi="Arial" w:cs="Arial"/>
                <w:sz w:val="20"/>
                <w:szCs w:val="20"/>
              </w:rPr>
              <w:t>[Account manager / phone / email]</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8F371A0" w14:textId="77777777" w:rsidR="00AB3852" w:rsidRPr="00AB3852" w:rsidRDefault="00AB3852" w:rsidP="00AB3852">
            <w:pPr>
              <w:rPr>
                <w:rFonts w:ascii="Arial" w:hAnsi="Arial" w:cs="Arial"/>
                <w:sz w:val="20"/>
                <w:szCs w:val="20"/>
              </w:rPr>
            </w:pPr>
            <w:r w:rsidRPr="00AB3852">
              <w:rPr>
                <w:rFonts w:ascii="Arial" w:hAnsi="Arial" w:cs="Arial"/>
                <w:sz w:val="20"/>
                <w:szCs w:val="20"/>
              </w:rPr>
              <w:t>[Procurement / Ops]</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5AE66E" w14:textId="77777777" w:rsidR="00AB3852" w:rsidRPr="00AB3852" w:rsidRDefault="00AB3852" w:rsidP="00AB3852">
            <w:pPr>
              <w:rPr>
                <w:rFonts w:ascii="Arial" w:hAnsi="Arial" w:cs="Arial"/>
                <w:sz w:val="20"/>
                <w:szCs w:val="20"/>
              </w:rPr>
            </w:pPr>
            <w:r w:rsidRPr="00AB3852">
              <w:rPr>
                <w:rFonts w:ascii="Arial" w:hAnsi="Arial" w:cs="Arial"/>
                <w:sz w:val="20"/>
                <w:szCs w:val="20"/>
              </w:rPr>
              <w:t>[Time]</w:t>
            </w:r>
          </w:p>
        </w:tc>
        <w:tc>
          <w:tcPr>
            <w:tcW w:w="15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470BF6" w14:textId="77777777" w:rsidR="00AB3852" w:rsidRPr="00AB3852" w:rsidRDefault="00AB3852" w:rsidP="00AB3852">
            <w:pPr>
              <w:rPr>
                <w:rFonts w:ascii="Arial" w:hAnsi="Arial" w:cs="Arial"/>
                <w:sz w:val="20"/>
                <w:szCs w:val="20"/>
              </w:rPr>
            </w:pPr>
            <w:r w:rsidRPr="00AB3852">
              <w:rPr>
                <w:rFonts w:ascii="Arial" w:hAnsi="Arial" w:cs="Arial"/>
                <w:sz w:val="20"/>
                <w:szCs w:val="20"/>
              </w:rPr>
              <w:t>[Cadence]</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A2BBE7" w14:textId="77777777" w:rsidR="00AB3852" w:rsidRPr="00AB3852" w:rsidRDefault="00AB3852" w:rsidP="00AB3852">
            <w:pPr>
              <w:rPr>
                <w:rFonts w:ascii="Arial" w:hAnsi="Arial" w:cs="Arial"/>
                <w:sz w:val="20"/>
                <w:szCs w:val="20"/>
              </w:rPr>
            </w:pPr>
            <w:r w:rsidRPr="00AB3852">
              <w:rPr>
                <w:rFonts w:ascii="Arial" w:hAnsi="Arial" w:cs="Arial"/>
                <w:sz w:val="20"/>
                <w:szCs w:val="20"/>
              </w:rPr>
              <w:t>[Backup channel]</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0F5718" w14:textId="77777777" w:rsidR="00AB3852" w:rsidRPr="00AB3852" w:rsidRDefault="00AB3852" w:rsidP="00AB3852">
            <w:pPr>
              <w:rPr>
                <w:rFonts w:ascii="Arial" w:hAnsi="Arial" w:cs="Arial"/>
                <w:sz w:val="20"/>
                <w:szCs w:val="20"/>
              </w:rPr>
            </w:pPr>
            <w:r w:rsidRPr="00AB3852">
              <w:rPr>
                <w:rFonts w:ascii="Arial" w:hAnsi="Arial" w:cs="Arial"/>
                <w:sz w:val="20"/>
                <w:szCs w:val="20"/>
              </w:rPr>
              <w:t>[Approver]</w:t>
            </w:r>
          </w:p>
        </w:tc>
      </w:tr>
      <w:tr w:rsidR="00AB3852" w:rsidRPr="00AB3852" w14:paraId="681FD212" w14:textId="77777777" w:rsidTr="006A3252">
        <w:trPr>
          <w:cantSplit/>
          <w:jc w:val="center"/>
        </w:trPr>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C0B0220" w14:textId="77777777" w:rsidR="00AB3852" w:rsidRPr="00AB3852" w:rsidRDefault="00AB3852" w:rsidP="00AB3852">
            <w:pPr>
              <w:rPr>
                <w:rFonts w:ascii="Arial" w:hAnsi="Arial" w:cs="Arial"/>
                <w:sz w:val="20"/>
                <w:szCs w:val="20"/>
              </w:rPr>
            </w:pPr>
            <w:r w:rsidRPr="00AB3852">
              <w:rPr>
                <w:rFonts w:ascii="Arial" w:hAnsi="Arial" w:cs="Arial"/>
                <w:sz w:val="20"/>
                <w:szCs w:val="20"/>
              </w:rPr>
              <w:t>Funders / insurers</w:t>
            </w:r>
          </w:p>
        </w:tc>
        <w:tc>
          <w:tcPr>
            <w:tcW w:w="422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D5D32E2" w14:textId="77777777" w:rsidR="00AB3852" w:rsidRPr="00AB3852" w:rsidRDefault="00AB3852" w:rsidP="00AB3852">
            <w:pPr>
              <w:rPr>
                <w:rFonts w:ascii="Arial" w:hAnsi="Arial" w:cs="Arial"/>
                <w:sz w:val="20"/>
                <w:szCs w:val="20"/>
              </w:rPr>
            </w:pPr>
            <w:r w:rsidRPr="00AB3852">
              <w:rPr>
                <w:rFonts w:ascii="Arial" w:hAnsi="Arial" w:cs="Arial"/>
                <w:sz w:val="20"/>
                <w:szCs w:val="20"/>
              </w:rPr>
              <w:t>Impact, evidence, funding or claim steps.</w:t>
            </w:r>
          </w:p>
        </w:tc>
        <w:tc>
          <w:tcPr>
            <w:tcW w:w="18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75D6DB" w14:textId="77777777" w:rsidR="00AB3852" w:rsidRPr="00AB3852" w:rsidRDefault="00AB3852" w:rsidP="00AB3852">
            <w:pPr>
              <w:rPr>
                <w:rFonts w:ascii="Arial" w:hAnsi="Arial" w:cs="Arial"/>
                <w:sz w:val="20"/>
                <w:szCs w:val="20"/>
              </w:rPr>
            </w:pPr>
            <w:r w:rsidRPr="00AB3852">
              <w:rPr>
                <w:rFonts w:ascii="Arial" w:hAnsi="Arial" w:cs="Arial"/>
                <w:sz w:val="20"/>
                <w:szCs w:val="20"/>
              </w:rPr>
              <w:t>[Direct contact / document pack]</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2C03F5E" w14:textId="77777777" w:rsidR="00AB3852" w:rsidRPr="00AB3852" w:rsidRDefault="00AB3852" w:rsidP="00AB3852">
            <w:pPr>
              <w:rPr>
                <w:rFonts w:ascii="Arial" w:hAnsi="Arial" w:cs="Arial"/>
                <w:sz w:val="20"/>
                <w:szCs w:val="20"/>
              </w:rPr>
            </w:pPr>
            <w:r w:rsidRPr="00AB3852">
              <w:rPr>
                <w:rFonts w:ascii="Arial" w:hAnsi="Arial" w:cs="Arial"/>
                <w:sz w:val="20"/>
                <w:szCs w:val="20"/>
              </w:rPr>
              <w:t>[Finance]</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44BA847" w14:textId="77777777" w:rsidR="00AB3852" w:rsidRPr="00AB3852" w:rsidRDefault="00AB3852" w:rsidP="00AB3852">
            <w:pPr>
              <w:rPr>
                <w:rFonts w:ascii="Arial" w:hAnsi="Arial" w:cs="Arial"/>
                <w:sz w:val="20"/>
                <w:szCs w:val="20"/>
              </w:rPr>
            </w:pPr>
            <w:r w:rsidRPr="00AB3852">
              <w:rPr>
                <w:rFonts w:ascii="Arial" w:hAnsi="Arial" w:cs="Arial"/>
                <w:sz w:val="20"/>
                <w:szCs w:val="20"/>
              </w:rPr>
              <w:t>[Time]</w:t>
            </w:r>
          </w:p>
        </w:tc>
        <w:tc>
          <w:tcPr>
            <w:tcW w:w="15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5838F4D" w14:textId="77777777" w:rsidR="00AB3852" w:rsidRPr="00AB3852" w:rsidRDefault="00AB3852" w:rsidP="00AB3852">
            <w:pPr>
              <w:rPr>
                <w:rFonts w:ascii="Arial" w:hAnsi="Arial" w:cs="Arial"/>
                <w:sz w:val="20"/>
                <w:szCs w:val="20"/>
              </w:rPr>
            </w:pPr>
            <w:r w:rsidRPr="00AB3852">
              <w:rPr>
                <w:rFonts w:ascii="Arial" w:hAnsi="Arial" w:cs="Arial"/>
                <w:sz w:val="20"/>
                <w:szCs w:val="20"/>
              </w:rPr>
              <w:t>[Cadence]</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31D38D6" w14:textId="77777777" w:rsidR="00AB3852" w:rsidRPr="00AB3852" w:rsidRDefault="00AB3852" w:rsidP="00AB3852">
            <w:pPr>
              <w:rPr>
                <w:rFonts w:ascii="Arial" w:hAnsi="Arial" w:cs="Arial"/>
                <w:sz w:val="20"/>
                <w:szCs w:val="20"/>
              </w:rPr>
            </w:pPr>
            <w:r w:rsidRPr="00AB3852">
              <w:rPr>
                <w:rFonts w:ascii="Arial" w:hAnsi="Arial" w:cs="Arial"/>
                <w:sz w:val="20"/>
                <w:szCs w:val="20"/>
              </w:rPr>
              <w:t>[Backup channel]</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31A6EF7" w14:textId="77777777" w:rsidR="00AB3852" w:rsidRPr="00AB3852" w:rsidRDefault="00AB3852" w:rsidP="00AB3852">
            <w:pPr>
              <w:rPr>
                <w:rFonts w:ascii="Arial" w:hAnsi="Arial" w:cs="Arial"/>
                <w:sz w:val="20"/>
                <w:szCs w:val="20"/>
              </w:rPr>
            </w:pPr>
            <w:r w:rsidRPr="00AB3852">
              <w:rPr>
                <w:rFonts w:ascii="Arial" w:hAnsi="Arial" w:cs="Arial"/>
                <w:sz w:val="20"/>
                <w:szCs w:val="20"/>
              </w:rPr>
              <w:t>[Approver]</w:t>
            </w:r>
          </w:p>
        </w:tc>
      </w:tr>
      <w:tr w:rsidR="00AB3852" w:rsidRPr="00AB3852" w14:paraId="64E15974" w14:textId="77777777" w:rsidTr="006A3252">
        <w:trPr>
          <w:cantSplit/>
          <w:jc w:val="center"/>
        </w:trPr>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7CADC4D" w14:textId="77777777" w:rsidR="00AB3852" w:rsidRPr="00AB3852" w:rsidRDefault="00AB3852" w:rsidP="00AB3852">
            <w:pPr>
              <w:rPr>
                <w:rFonts w:ascii="Arial" w:hAnsi="Arial" w:cs="Arial"/>
                <w:sz w:val="20"/>
                <w:szCs w:val="20"/>
              </w:rPr>
            </w:pPr>
            <w:r w:rsidRPr="00AB3852">
              <w:rPr>
                <w:rFonts w:ascii="Arial" w:hAnsi="Arial" w:cs="Arial"/>
                <w:sz w:val="20"/>
                <w:szCs w:val="20"/>
              </w:rPr>
              <w:t>Regulators / landlords</w:t>
            </w:r>
          </w:p>
        </w:tc>
        <w:tc>
          <w:tcPr>
            <w:tcW w:w="422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C722EB2"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Compliance, access, </w:t>
            </w:r>
            <w:proofErr w:type="spellStart"/>
            <w:r w:rsidRPr="00AB3852">
              <w:rPr>
                <w:rFonts w:ascii="Arial" w:hAnsi="Arial" w:cs="Arial"/>
                <w:sz w:val="20"/>
                <w:szCs w:val="20"/>
              </w:rPr>
              <w:t>licence</w:t>
            </w:r>
            <w:proofErr w:type="spellEnd"/>
            <w:r w:rsidRPr="00AB3852">
              <w:rPr>
                <w:rFonts w:ascii="Arial" w:hAnsi="Arial" w:cs="Arial"/>
                <w:sz w:val="20"/>
                <w:szCs w:val="20"/>
              </w:rPr>
              <w:t xml:space="preserve"> or lease matters if relevant.</w:t>
            </w:r>
          </w:p>
        </w:tc>
        <w:tc>
          <w:tcPr>
            <w:tcW w:w="18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762966" w14:textId="77777777" w:rsidR="00AB3852" w:rsidRPr="00AB3852" w:rsidRDefault="00AB3852" w:rsidP="00AB3852">
            <w:pPr>
              <w:rPr>
                <w:rFonts w:ascii="Arial" w:hAnsi="Arial" w:cs="Arial"/>
                <w:sz w:val="20"/>
                <w:szCs w:val="20"/>
              </w:rPr>
            </w:pPr>
            <w:r w:rsidRPr="00AB3852">
              <w:rPr>
                <w:rFonts w:ascii="Arial" w:hAnsi="Arial" w:cs="Arial"/>
                <w:sz w:val="20"/>
                <w:szCs w:val="20"/>
              </w:rPr>
              <w:t>[Formal email / phone]</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1EF383" w14:textId="77777777" w:rsidR="00AB3852" w:rsidRPr="00AB3852" w:rsidRDefault="00AB3852" w:rsidP="00AB3852">
            <w:pPr>
              <w:rPr>
                <w:rFonts w:ascii="Arial" w:hAnsi="Arial" w:cs="Arial"/>
                <w:sz w:val="20"/>
                <w:szCs w:val="20"/>
              </w:rPr>
            </w:pPr>
            <w:r w:rsidRPr="00AB3852">
              <w:rPr>
                <w:rFonts w:ascii="Arial" w:hAnsi="Arial" w:cs="Arial"/>
                <w:sz w:val="20"/>
                <w:szCs w:val="20"/>
              </w:rPr>
              <w:t>[Legal / Ops]</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70D10A" w14:textId="77777777" w:rsidR="00AB3852" w:rsidRPr="00AB3852" w:rsidRDefault="00AB3852" w:rsidP="00AB3852">
            <w:pPr>
              <w:rPr>
                <w:rFonts w:ascii="Arial" w:hAnsi="Arial" w:cs="Arial"/>
                <w:sz w:val="20"/>
                <w:szCs w:val="20"/>
              </w:rPr>
            </w:pPr>
            <w:r w:rsidRPr="00AB3852">
              <w:rPr>
                <w:rFonts w:ascii="Arial" w:hAnsi="Arial" w:cs="Arial"/>
                <w:sz w:val="20"/>
                <w:szCs w:val="20"/>
              </w:rPr>
              <w:t>[Time]</w:t>
            </w:r>
          </w:p>
        </w:tc>
        <w:tc>
          <w:tcPr>
            <w:tcW w:w="15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104E6A" w14:textId="77777777" w:rsidR="00AB3852" w:rsidRPr="00AB3852" w:rsidRDefault="00AB3852" w:rsidP="00AB3852">
            <w:pPr>
              <w:rPr>
                <w:rFonts w:ascii="Arial" w:hAnsi="Arial" w:cs="Arial"/>
                <w:sz w:val="20"/>
                <w:szCs w:val="20"/>
              </w:rPr>
            </w:pPr>
            <w:r w:rsidRPr="00AB3852">
              <w:rPr>
                <w:rFonts w:ascii="Arial" w:hAnsi="Arial" w:cs="Arial"/>
                <w:sz w:val="20"/>
                <w:szCs w:val="20"/>
              </w:rPr>
              <w:t>[Cadence]</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49D13ED" w14:textId="77777777" w:rsidR="00AB3852" w:rsidRPr="00AB3852" w:rsidRDefault="00AB3852" w:rsidP="00AB3852">
            <w:pPr>
              <w:rPr>
                <w:rFonts w:ascii="Arial" w:hAnsi="Arial" w:cs="Arial"/>
                <w:sz w:val="20"/>
                <w:szCs w:val="20"/>
              </w:rPr>
            </w:pPr>
            <w:r w:rsidRPr="00AB3852">
              <w:rPr>
                <w:rFonts w:ascii="Arial" w:hAnsi="Arial" w:cs="Arial"/>
                <w:sz w:val="20"/>
                <w:szCs w:val="20"/>
              </w:rPr>
              <w:t>[Backup channel]</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9120F4A" w14:textId="77777777" w:rsidR="00AB3852" w:rsidRPr="00AB3852" w:rsidRDefault="00AB3852" w:rsidP="00AB3852">
            <w:pPr>
              <w:rPr>
                <w:rFonts w:ascii="Arial" w:hAnsi="Arial" w:cs="Arial"/>
                <w:sz w:val="20"/>
                <w:szCs w:val="20"/>
              </w:rPr>
            </w:pPr>
            <w:r w:rsidRPr="00AB3852">
              <w:rPr>
                <w:rFonts w:ascii="Arial" w:hAnsi="Arial" w:cs="Arial"/>
                <w:sz w:val="20"/>
                <w:szCs w:val="20"/>
              </w:rPr>
              <w:t>[Approver]</w:t>
            </w:r>
          </w:p>
        </w:tc>
      </w:tr>
      <w:tr w:rsidR="00AB3852" w:rsidRPr="00AB3852" w14:paraId="267E6B19" w14:textId="77777777" w:rsidTr="006A3252">
        <w:trPr>
          <w:cantSplit/>
          <w:jc w:val="center"/>
        </w:trPr>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431B399" w14:textId="77777777" w:rsidR="00AB3852" w:rsidRPr="00AB3852" w:rsidRDefault="00AB3852" w:rsidP="00AB3852">
            <w:pPr>
              <w:rPr>
                <w:rFonts w:ascii="Arial" w:hAnsi="Arial" w:cs="Arial"/>
                <w:sz w:val="20"/>
                <w:szCs w:val="20"/>
              </w:rPr>
            </w:pPr>
            <w:r w:rsidRPr="00AB3852">
              <w:rPr>
                <w:rFonts w:ascii="Arial" w:hAnsi="Arial" w:cs="Arial"/>
                <w:sz w:val="20"/>
                <w:szCs w:val="20"/>
              </w:rPr>
              <w:t>Media / community</w:t>
            </w:r>
          </w:p>
        </w:tc>
        <w:tc>
          <w:tcPr>
            <w:tcW w:w="422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1C3C31B" w14:textId="77777777" w:rsidR="00AB3852" w:rsidRPr="00AB3852" w:rsidRDefault="00AB3852" w:rsidP="00AB3852">
            <w:pPr>
              <w:rPr>
                <w:rFonts w:ascii="Arial" w:hAnsi="Arial" w:cs="Arial"/>
                <w:sz w:val="20"/>
                <w:szCs w:val="20"/>
              </w:rPr>
            </w:pPr>
            <w:r w:rsidRPr="00AB3852">
              <w:rPr>
                <w:rFonts w:ascii="Arial" w:hAnsi="Arial" w:cs="Arial"/>
                <w:sz w:val="20"/>
                <w:szCs w:val="20"/>
              </w:rPr>
              <w:t>Simple public message if relevant.</w:t>
            </w:r>
          </w:p>
        </w:tc>
        <w:tc>
          <w:tcPr>
            <w:tcW w:w="18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20CA6E" w14:textId="77777777" w:rsidR="00AB3852" w:rsidRPr="00AB3852" w:rsidRDefault="00AB3852" w:rsidP="00AB3852">
            <w:pPr>
              <w:rPr>
                <w:rFonts w:ascii="Arial" w:hAnsi="Arial" w:cs="Arial"/>
                <w:sz w:val="20"/>
                <w:szCs w:val="20"/>
              </w:rPr>
            </w:pPr>
            <w:r w:rsidRPr="00AB3852">
              <w:rPr>
                <w:rFonts w:ascii="Arial" w:hAnsi="Arial" w:cs="Arial"/>
                <w:sz w:val="20"/>
                <w:szCs w:val="20"/>
              </w:rPr>
              <w:t>[Named spokesperson only]</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02E641" w14:textId="77777777" w:rsidR="00AB3852" w:rsidRPr="00AB3852" w:rsidRDefault="00AB3852" w:rsidP="00AB3852">
            <w:pPr>
              <w:rPr>
                <w:rFonts w:ascii="Arial" w:hAnsi="Arial" w:cs="Arial"/>
                <w:sz w:val="20"/>
                <w:szCs w:val="20"/>
              </w:rPr>
            </w:pPr>
            <w:r w:rsidRPr="00AB3852">
              <w:rPr>
                <w:rFonts w:ascii="Arial" w:hAnsi="Arial" w:cs="Arial"/>
                <w:sz w:val="20"/>
                <w:szCs w:val="20"/>
              </w:rPr>
              <w:t>[Comms / Response lead]</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48350A" w14:textId="77777777" w:rsidR="00AB3852" w:rsidRPr="00AB3852" w:rsidRDefault="00AB3852" w:rsidP="00AB3852">
            <w:pPr>
              <w:rPr>
                <w:rFonts w:ascii="Arial" w:hAnsi="Arial" w:cs="Arial"/>
                <w:sz w:val="20"/>
                <w:szCs w:val="20"/>
              </w:rPr>
            </w:pPr>
            <w:r w:rsidRPr="00AB3852">
              <w:rPr>
                <w:rFonts w:ascii="Arial" w:hAnsi="Arial" w:cs="Arial"/>
                <w:sz w:val="20"/>
                <w:szCs w:val="20"/>
              </w:rPr>
              <w:t>[Time]</w:t>
            </w:r>
          </w:p>
        </w:tc>
        <w:tc>
          <w:tcPr>
            <w:tcW w:w="153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2789E9" w14:textId="77777777" w:rsidR="00AB3852" w:rsidRPr="00AB3852" w:rsidRDefault="00AB3852" w:rsidP="00AB3852">
            <w:pPr>
              <w:rPr>
                <w:rFonts w:ascii="Arial" w:hAnsi="Arial" w:cs="Arial"/>
                <w:sz w:val="20"/>
                <w:szCs w:val="20"/>
              </w:rPr>
            </w:pPr>
            <w:r w:rsidRPr="00AB3852">
              <w:rPr>
                <w:rFonts w:ascii="Arial" w:hAnsi="Arial" w:cs="Arial"/>
                <w:sz w:val="20"/>
                <w:szCs w:val="20"/>
              </w:rPr>
              <w:t>[Cadence]</w:t>
            </w:r>
          </w:p>
        </w:tc>
        <w:tc>
          <w:tcPr>
            <w:tcW w:w="15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1E2A235" w14:textId="77777777" w:rsidR="00AB3852" w:rsidRPr="00AB3852" w:rsidRDefault="00AB3852" w:rsidP="00AB3852">
            <w:pPr>
              <w:rPr>
                <w:rFonts w:ascii="Arial" w:hAnsi="Arial" w:cs="Arial"/>
                <w:sz w:val="20"/>
                <w:szCs w:val="20"/>
              </w:rPr>
            </w:pPr>
            <w:r w:rsidRPr="00AB3852">
              <w:rPr>
                <w:rFonts w:ascii="Arial" w:hAnsi="Arial" w:cs="Arial"/>
                <w:sz w:val="20"/>
                <w:szCs w:val="20"/>
              </w:rPr>
              <w:t>[Backup channel]</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E75C11E" w14:textId="77777777" w:rsidR="00AB3852" w:rsidRPr="00AB3852" w:rsidRDefault="00AB3852" w:rsidP="00AB3852">
            <w:pPr>
              <w:rPr>
                <w:rFonts w:ascii="Arial" w:hAnsi="Arial" w:cs="Arial"/>
                <w:sz w:val="20"/>
                <w:szCs w:val="20"/>
              </w:rPr>
            </w:pPr>
            <w:r w:rsidRPr="00AB3852">
              <w:rPr>
                <w:rFonts w:ascii="Arial" w:hAnsi="Arial" w:cs="Arial"/>
                <w:sz w:val="20"/>
                <w:szCs w:val="20"/>
              </w:rPr>
              <w:t>[Approver]</w:t>
            </w:r>
          </w:p>
        </w:tc>
      </w:tr>
    </w:tbl>
    <w:p w14:paraId="5ADF77B2"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7363D149" w14:textId="77777777" w:rsidR="00832E91" w:rsidRDefault="00832E91">
      <w:pPr>
        <w:rPr>
          <w:rFonts w:ascii="Arial" w:eastAsia="MS Gothic" w:hAnsi="Arial" w:cs="Arial"/>
          <w:b/>
          <w:bCs/>
          <w:color w:val="3D3D3D"/>
          <w:kern w:val="0"/>
          <w:sz w:val="20"/>
          <w:szCs w:val="20"/>
          <w:lang w:val="en-US"/>
          <w14:ligatures w14:val="none"/>
        </w:rPr>
      </w:pPr>
      <w:r>
        <w:rPr>
          <w:rFonts w:ascii="Arial" w:eastAsia="MS Gothic" w:hAnsi="Arial" w:cs="Arial"/>
          <w:b/>
          <w:bCs/>
          <w:color w:val="3D3D3D"/>
          <w:kern w:val="0"/>
          <w:sz w:val="20"/>
          <w:szCs w:val="20"/>
          <w:lang w:val="en-US"/>
          <w14:ligatures w14:val="none"/>
        </w:rPr>
        <w:br w:type="page"/>
      </w:r>
    </w:p>
    <w:p w14:paraId="49FFCACB" w14:textId="21A93505"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Message templates</w:t>
      </w:r>
    </w:p>
    <w:p w14:paraId="7513B37F"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Complete during plan preparation. Tailor and approve only the messages likely to be needed.</w:t>
      </w:r>
    </w:p>
    <w:tbl>
      <w:tblPr>
        <w:tblStyle w:val="TableGrid"/>
        <w:tblW w:w="0" w:type="auto"/>
        <w:jc w:val="center"/>
        <w:tblLayout w:type="fixed"/>
        <w:tblLook w:val="04A0" w:firstRow="1" w:lastRow="0" w:firstColumn="1" w:lastColumn="0" w:noHBand="0" w:noVBand="1"/>
      </w:tblPr>
      <w:tblGrid>
        <w:gridCol w:w="2448"/>
        <w:gridCol w:w="10512"/>
        <w:gridCol w:w="2304"/>
      </w:tblGrid>
      <w:tr w:rsidR="00AB3852" w:rsidRPr="00AB3852" w14:paraId="77B9A7B7" w14:textId="77777777" w:rsidTr="006A3252">
        <w:trPr>
          <w:cantSplit/>
          <w:tblHeader/>
          <w:jc w:val="center"/>
        </w:trPr>
        <w:tc>
          <w:tcPr>
            <w:tcW w:w="244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FDA029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Use case</w:t>
            </w:r>
          </w:p>
        </w:tc>
        <w:tc>
          <w:tcPr>
            <w:tcW w:w="1051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9A2A457"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Draft wording to tailor</w:t>
            </w:r>
          </w:p>
        </w:tc>
        <w:tc>
          <w:tcPr>
            <w:tcW w:w="230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F8761A4"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Approved by</w:t>
            </w:r>
          </w:p>
        </w:tc>
      </w:tr>
      <w:tr w:rsidR="00AB3852" w:rsidRPr="00AB3852" w14:paraId="0B48078E" w14:textId="77777777" w:rsidTr="006A3252">
        <w:trPr>
          <w:cantSplit/>
          <w:jc w:val="center"/>
        </w:trPr>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8642133" w14:textId="77777777" w:rsidR="00AB3852" w:rsidRPr="00AB3852" w:rsidRDefault="00AB3852" w:rsidP="00AB3852">
            <w:pPr>
              <w:rPr>
                <w:rFonts w:ascii="Arial" w:hAnsi="Arial" w:cs="Arial"/>
                <w:sz w:val="20"/>
                <w:szCs w:val="20"/>
              </w:rPr>
            </w:pPr>
            <w:r w:rsidRPr="00AB3852">
              <w:rPr>
                <w:rFonts w:ascii="Arial" w:hAnsi="Arial" w:cs="Arial"/>
                <w:sz w:val="20"/>
                <w:szCs w:val="20"/>
              </w:rPr>
              <w:t>Initial staff message</w:t>
            </w:r>
          </w:p>
        </w:tc>
        <w:tc>
          <w:tcPr>
            <w:tcW w:w="10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45A75F9"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We are aware of [incident] affecting [site/system/service]. Your safety is our </w:t>
            </w:r>
            <w:proofErr w:type="gramStart"/>
            <w:r w:rsidRPr="00AB3852">
              <w:rPr>
                <w:rFonts w:ascii="Arial" w:hAnsi="Arial" w:cs="Arial"/>
                <w:sz w:val="20"/>
                <w:szCs w:val="20"/>
              </w:rPr>
              <w:t>first priority</w:t>
            </w:r>
            <w:proofErr w:type="gramEnd"/>
            <w:r w:rsidRPr="00AB3852">
              <w:rPr>
                <w:rFonts w:ascii="Arial" w:hAnsi="Arial" w:cs="Arial"/>
                <w:sz w:val="20"/>
                <w:szCs w:val="20"/>
              </w:rPr>
              <w:t>. Please [immediate instruction]. We will provide the next update by [time]. Direct questions to [contact].</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D6CA022" w14:textId="77777777" w:rsidR="00AB3852" w:rsidRPr="00AB3852" w:rsidRDefault="00AB3852" w:rsidP="00AB3852">
            <w:pPr>
              <w:rPr>
                <w:rFonts w:ascii="Arial" w:hAnsi="Arial" w:cs="Arial"/>
                <w:sz w:val="20"/>
                <w:szCs w:val="20"/>
              </w:rPr>
            </w:pPr>
            <w:r w:rsidRPr="00AB3852">
              <w:rPr>
                <w:rFonts w:ascii="Arial" w:hAnsi="Arial" w:cs="Arial"/>
                <w:sz w:val="20"/>
                <w:szCs w:val="20"/>
              </w:rPr>
              <w:t>[People / Response lead]</w:t>
            </w:r>
          </w:p>
        </w:tc>
      </w:tr>
      <w:tr w:rsidR="00AB3852" w:rsidRPr="00AB3852" w14:paraId="1EE5694F" w14:textId="77777777" w:rsidTr="006A3252">
        <w:trPr>
          <w:cantSplit/>
          <w:jc w:val="center"/>
        </w:trPr>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5685D6" w14:textId="77777777" w:rsidR="00AB3852" w:rsidRPr="00AB3852" w:rsidRDefault="00AB3852" w:rsidP="00AB3852">
            <w:pPr>
              <w:rPr>
                <w:rFonts w:ascii="Arial" w:hAnsi="Arial" w:cs="Arial"/>
                <w:sz w:val="20"/>
                <w:szCs w:val="20"/>
              </w:rPr>
            </w:pPr>
            <w:r w:rsidRPr="00AB3852">
              <w:rPr>
                <w:rFonts w:ascii="Arial" w:hAnsi="Arial" w:cs="Arial"/>
                <w:sz w:val="20"/>
                <w:szCs w:val="20"/>
              </w:rPr>
              <w:t>Customer update</w:t>
            </w:r>
          </w:p>
        </w:tc>
        <w:tc>
          <w:tcPr>
            <w:tcW w:w="10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35945DF"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We are currently managing a disruption affecting [service]. We are </w:t>
            </w:r>
            <w:proofErr w:type="spellStart"/>
            <w:r w:rsidRPr="00AB3852">
              <w:rPr>
                <w:rFonts w:ascii="Arial" w:hAnsi="Arial" w:cs="Arial"/>
                <w:sz w:val="20"/>
                <w:szCs w:val="20"/>
              </w:rPr>
              <w:t>prioritising</w:t>
            </w:r>
            <w:proofErr w:type="spellEnd"/>
            <w:r w:rsidRPr="00AB3852">
              <w:rPr>
                <w:rFonts w:ascii="Arial" w:hAnsi="Arial" w:cs="Arial"/>
                <w:sz w:val="20"/>
                <w:szCs w:val="20"/>
              </w:rPr>
              <w:t xml:space="preserve"> [critical services/customers] and will update you by [time/date]. For urgent matters contact [details].</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2DA61C3" w14:textId="77777777" w:rsidR="00AB3852" w:rsidRPr="00AB3852" w:rsidRDefault="00AB3852" w:rsidP="00AB3852">
            <w:pPr>
              <w:rPr>
                <w:rFonts w:ascii="Arial" w:hAnsi="Arial" w:cs="Arial"/>
                <w:sz w:val="20"/>
                <w:szCs w:val="20"/>
              </w:rPr>
            </w:pPr>
            <w:r w:rsidRPr="00AB3852">
              <w:rPr>
                <w:rFonts w:ascii="Arial" w:hAnsi="Arial" w:cs="Arial"/>
                <w:sz w:val="20"/>
                <w:szCs w:val="20"/>
              </w:rPr>
              <w:t>[Customer lead / Comms]</w:t>
            </w:r>
          </w:p>
        </w:tc>
      </w:tr>
      <w:tr w:rsidR="00AB3852" w:rsidRPr="00AB3852" w14:paraId="143915F4" w14:textId="77777777" w:rsidTr="006A3252">
        <w:trPr>
          <w:cantSplit/>
          <w:jc w:val="center"/>
        </w:trPr>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205ABA7" w14:textId="77777777" w:rsidR="00AB3852" w:rsidRPr="00AB3852" w:rsidRDefault="00AB3852" w:rsidP="00AB3852">
            <w:pPr>
              <w:rPr>
                <w:rFonts w:ascii="Arial" w:hAnsi="Arial" w:cs="Arial"/>
                <w:sz w:val="20"/>
                <w:szCs w:val="20"/>
              </w:rPr>
            </w:pPr>
            <w:r w:rsidRPr="00AB3852">
              <w:rPr>
                <w:rFonts w:ascii="Arial" w:hAnsi="Arial" w:cs="Arial"/>
                <w:sz w:val="20"/>
                <w:szCs w:val="20"/>
              </w:rPr>
              <w:t>Supplier request</w:t>
            </w:r>
          </w:p>
        </w:tc>
        <w:tc>
          <w:tcPr>
            <w:tcW w:w="10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97091A" w14:textId="77777777" w:rsidR="00AB3852" w:rsidRPr="00AB3852" w:rsidRDefault="00AB3852" w:rsidP="00AB3852">
            <w:pPr>
              <w:rPr>
                <w:rFonts w:ascii="Arial" w:hAnsi="Arial" w:cs="Arial"/>
                <w:sz w:val="20"/>
                <w:szCs w:val="20"/>
              </w:rPr>
            </w:pPr>
            <w:r w:rsidRPr="00AB3852">
              <w:rPr>
                <w:rFonts w:ascii="Arial" w:hAnsi="Arial" w:cs="Arial"/>
                <w:sz w:val="20"/>
                <w:szCs w:val="20"/>
              </w:rPr>
              <w:t>We are operating under continuity arrangements following [incident]. Please confirm your ability to supply [goods/services] over the next [period], any constraints and your escalation contact.</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44DF58" w14:textId="77777777" w:rsidR="00AB3852" w:rsidRPr="00AB3852" w:rsidRDefault="00AB3852" w:rsidP="00AB3852">
            <w:pPr>
              <w:rPr>
                <w:rFonts w:ascii="Arial" w:hAnsi="Arial" w:cs="Arial"/>
                <w:sz w:val="20"/>
                <w:szCs w:val="20"/>
              </w:rPr>
            </w:pPr>
            <w:r w:rsidRPr="00AB3852">
              <w:rPr>
                <w:rFonts w:ascii="Arial" w:hAnsi="Arial" w:cs="Arial"/>
                <w:sz w:val="20"/>
                <w:szCs w:val="20"/>
              </w:rPr>
              <w:t>[Procurement / Ops]</w:t>
            </w:r>
          </w:p>
        </w:tc>
      </w:tr>
      <w:tr w:rsidR="00AB3852" w:rsidRPr="00AB3852" w14:paraId="29188FA9" w14:textId="77777777" w:rsidTr="006A3252">
        <w:trPr>
          <w:cantSplit/>
          <w:jc w:val="center"/>
        </w:trPr>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0BE317" w14:textId="77777777" w:rsidR="00AB3852" w:rsidRPr="00AB3852" w:rsidRDefault="00AB3852" w:rsidP="00AB3852">
            <w:pPr>
              <w:rPr>
                <w:rFonts w:ascii="Arial" w:hAnsi="Arial" w:cs="Arial"/>
                <w:sz w:val="20"/>
                <w:szCs w:val="20"/>
              </w:rPr>
            </w:pPr>
            <w:r w:rsidRPr="00AB3852">
              <w:rPr>
                <w:rFonts w:ascii="Arial" w:hAnsi="Arial" w:cs="Arial"/>
                <w:sz w:val="20"/>
                <w:szCs w:val="20"/>
              </w:rPr>
              <w:t>Bank / funder update</w:t>
            </w:r>
          </w:p>
        </w:tc>
        <w:tc>
          <w:tcPr>
            <w:tcW w:w="10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13E50F" w14:textId="77777777" w:rsidR="00AB3852" w:rsidRPr="00AB3852" w:rsidRDefault="00AB3852" w:rsidP="00AB3852">
            <w:pPr>
              <w:rPr>
                <w:rFonts w:ascii="Arial" w:hAnsi="Arial" w:cs="Arial"/>
                <w:sz w:val="20"/>
                <w:szCs w:val="20"/>
              </w:rPr>
            </w:pPr>
            <w:r w:rsidRPr="00AB3852">
              <w:rPr>
                <w:rFonts w:ascii="Arial" w:hAnsi="Arial" w:cs="Arial"/>
                <w:sz w:val="20"/>
                <w:szCs w:val="20"/>
              </w:rPr>
              <w:t>We are managing a disruption affecting [area]. Current estimated cash impact is [amount/range]. We are taking [actions] and may need [support/facility/discussion]. Next update by [time/date].</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476C75" w14:textId="77777777" w:rsidR="00AB3852" w:rsidRPr="00AB3852" w:rsidRDefault="00AB3852" w:rsidP="00AB3852">
            <w:pPr>
              <w:rPr>
                <w:rFonts w:ascii="Arial" w:hAnsi="Arial" w:cs="Arial"/>
                <w:sz w:val="20"/>
                <w:szCs w:val="20"/>
              </w:rPr>
            </w:pPr>
            <w:r w:rsidRPr="00AB3852">
              <w:rPr>
                <w:rFonts w:ascii="Arial" w:hAnsi="Arial" w:cs="Arial"/>
                <w:sz w:val="20"/>
                <w:szCs w:val="20"/>
              </w:rPr>
              <w:t>[Finance / Response lead]</w:t>
            </w:r>
          </w:p>
        </w:tc>
      </w:tr>
      <w:tr w:rsidR="00AB3852" w:rsidRPr="00AB3852" w14:paraId="38FE1838" w14:textId="77777777" w:rsidTr="006A3252">
        <w:trPr>
          <w:cantSplit/>
          <w:jc w:val="center"/>
        </w:trPr>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4C00FD" w14:textId="77777777" w:rsidR="00AB3852" w:rsidRPr="00AB3852" w:rsidRDefault="00AB3852" w:rsidP="00AB3852">
            <w:pPr>
              <w:rPr>
                <w:rFonts w:ascii="Arial" w:hAnsi="Arial" w:cs="Arial"/>
                <w:sz w:val="20"/>
                <w:szCs w:val="20"/>
              </w:rPr>
            </w:pPr>
            <w:r w:rsidRPr="00AB3852">
              <w:rPr>
                <w:rFonts w:ascii="Arial" w:hAnsi="Arial" w:cs="Arial"/>
                <w:sz w:val="20"/>
                <w:szCs w:val="20"/>
              </w:rPr>
              <w:t>Insurer / broker notification</w:t>
            </w:r>
          </w:p>
        </w:tc>
        <w:tc>
          <w:tcPr>
            <w:tcW w:w="10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4CEC566" w14:textId="77777777" w:rsidR="00AB3852" w:rsidRPr="00AB3852" w:rsidRDefault="00AB3852" w:rsidP="00AB3852">
            <w:pPr>
              <w:rPr>
                <w:rFonts w:ascii="Arial" w:hAnsi="Arial" w:cs="Arial"/>
                <w:sz w:val="20"/>
                <w:szCs w:val="20"/>
              </w:rPr>
            </w:pPr>
            <w:r w:rsidRPr="00AB3852">
              <w:rPr>
                <w:rFonts w:ascii="Arial" w:hAnsi="Arial" w:cs="Arial"/>
                <w:sz w:val="20"/>
                <w:szCs w:val="20"/>
              </w:rPr>
              <w:t>We are notifying you of [incident] affecting [site/system/service]. Known loss or damage is [summary]. Evidence is being preserved at [location]. Please confirm claim steps and any loss adjuster requirements.</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B77AB93" w14:textId="77777777" w:rsidR="00AB3852" w:rsidRPr="00AB3852" w:rsidRDefault="00AB3852" w:rsidP="00AB3852">
            <w:pPr>
              <w:rPr>
                <w:rFonts w:ascii="Arial" w:hAnsi="Arial" w:cs="Arial"/>
                <w:sz w:val="20"/>
                <w:szCs w:val="20"/>
              </w:rPr>
            </w:pPr>
            <w:r w:rsidRPr="00AB3852">
              <w:rPr>
                <w:rFonts w:ascii="Arial" w:hAnsi="Arial" w:cs="Arial"/>
                <w:sz w:val="20"/>
                <w:szCs w:val="20"/>
              </w:rPr>
              <w:t>[Finance]</w:t>
            </w:r>
          </w:p>
        </w:tc>
      </w:tr>
      <w:tr w:rsidR="00AB3852" w:rsidRPr="00AB3852" w14:paraId="1CE4F999" w14:textId="77777777" w:rsidTr="006A3252">
        <w:trPr>
          <w:cantSplit/>
          <w:jc w:val="center"/>
        </w:trPr>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F3F2E4" w14:textId="77777777" w:rsidR="00AB3852" w:rsidRPr="00AB3852" w:rsidRDefault="00AB3852" w:rsidP="00AB3852">
            <w:pPr>
              <w:rPr>
                <w:rFonts w:ascii="Arial" w:hAnsi="Arial" w:cs="Arial"/>
                <w:sz w:val="20"/>
                <w:szCs w:val="20"/>
              </w:rPr>
            </w:pPr>
            <w:r w:rsidRPr="00AB3852">
              <w:rPr>
                <w:rFonts w:ascii="Arial" w:hAnsi="Arial" w:cs="Arial"/>
                <w:sz w:val="20"/>
                <w:szCs w:val="20"/>
              </w:rPr>
              <w:t>Public / media holding line</w:t>
            </w:r>
          </w:p>
        </w:tc>
        <w:tc>
          <w:tcPr>
            <w:tcW w:w="10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B9C06F" w14:textId="77777777" w:rsidR="00AB3852" w:rsidRPr="00AB3852" w:rsidRDefault="00AB3852" w:rsidP="00AB3852">
            <w:pPr>
              <w:rPr>
                <w:rFonts w:ascii="Arial" w:hAnsi="Arial" w:cs="Arial"/>
                <w:sz w:val="20"/>
                <w:szCs w:val="20"/>
              </w:rPr>
            </w:pPr>
            <w:r w:rsidRPr="00AB3852">
              <w:rPr>
                <w:rFonts w:ascii="Arial" w:hAnsi="Arial" w:cs="Arial"/>
                <w:sz w:val="20"/>
                <w:szCs w:val="20"/>
              </w:rPr>
              <w:t>[Business name] is responding to [brief description]. Our priority is [people/safety/customers]. We are assessing the impact and will provide further updates as confirmed information becomes available.</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C185797" w14:textId="77777777" w:rsidR="00AB3852" w:rsidRPr="00AB3852" w:rsidRDefault="00AB3852" w:rsidP="00AB3852">
            <w:pPr>
              <w:rPr>
                <w:rFonts w:ascii="Arial" w:hAnsi="Arial" w:cs="Arial"/>
                <w:sz w:val="20"/>
                <w:szCs w:val="20"/>
              </w:rPr>
            </w:pPr>
            <w:r w:rsidRPr="00AB3852">
              <w:rPr>
                <w:rFonts w:ascii="Arial" w:hAnsi="Arial" w:cs="Arial"/>
                <w:sz w:val="20"/>
                <w:szCs w:val="20"/>
              </w:rPr>
              <w:t>[Response lead / Comms]</w:t>
            </w:r>
          </w:p>
        </w:tc>
      </w:tr>
    </w:tbl>
    <w:p w14:paraId="17482FD6"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475FE2A2" w14:textId="77777777" w:rsidR="00AB3852" w:rsidRPr="00AB3852" w:rsidRDefault="00AB3852" w:rsidP="00AB3852">
      <w:pPr>
        <w:keepNext/>
        <w:keepLines/>
        <w:pageBreakBefore/>
        <w:spacing w:before="160" w:after="60" w:line="252" w:lineRule="auto"/>
        <w:outlineLvl w:val="0"/>
        <w:rPr>
          <w:rFonts w:ascii="Arial" w:eastAsia="MS Gothic" w:hAnsi="Arial" w:cs="Arial"/>
          <w:b/>
          <w:bCs/>
          <w:color w:val="3D3D3D"/>
          <w:kern w:val="0"/>
          <w:sz w:val="20"/>
          <w:szCs w:val="20"/>
          <w:lang w:val="en-US"/>
          <w14:ligatures w14:val="none"/>
        </w:rPr>
      </w:pPr>
      <w:bookmarkStart w:id="3" w:name="_Toc233017906"/>
      <w:r w:rsidRPr="00AB3852">
        <w:rPr>
          <w:rFonts w:ascii="Arial" w:eastAsia="MS Gothic" w:hAnsi="Arial" w:cs="Arial"/>
          <w:b/>
          <w:bCs/>
          <w:color w:val="3D3D3D"/>
          <w:kern w:val="0"/>
          <w:sz w:val="20"/>
          <w:szCs w:val="20"/>
          <w:lang w:val="en-US"/>
          <w14:ligatures w14:val="none"/>
        </w:rPr>
        <w:lastRenderedPageBreak/>
        <w:t>3. Respond</w:t>
      </w:r>
      <w:bookmarkEnd w:id="3"/>
    </w:p>
    <w:p w14:paraId="44863C0A"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Use during a disruption or scenario test. Focus first on safety, facts, activation, decisions, communications and practical actions. Logs and checkboxes can remain blank in the approved plan until needed.</w:t>
      </w:r>
    </w:p>
    <w:p w14:paraId="6CBA27A4"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t>3.1 Activation triggers</w:t>
      </w:r>
    </w:p>
    <w:p w14:paraId="3C8FC0E1"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Use during an incident or scenario test. Complete the activation checkboxes only when a trigger occurs.</w:t>
      </w:r>
    </w:p>
    <w:tbl>
      <w:tblPr>
        <w:tblStyle w:val="TableGrid"/>
        <w:tblW w:w="0" w:type="auto"/>
        <w:jc w:val="center"/>
        <w:tblLayout w:type="fixed"/>
        <w:tblLook w:val="04A0" w:firstRow="1" w:lastRow="0" w:firstColumn="1" w:lastColumn="0" w:noHBand="0" w:noVBand="1"/>
      </w:tblPr>
      <w:tblGrid>
        <w:gridCol w:w="2880"/>
        <w:gridCol w:w="4176"/>
        <w:gridCol w:w="4608"/>
        <w:gridCol w:w="2736"/>
        <w:gridCol w:w="1056"/>
      </w:tblGrid>
      <w:tr w:rsidR="00AB3852" w:rsidRPr="00AB3852" w14:paraId="240B116A" w14:textId="77777777" w:rsidTr="006A3252">
        <w:trPr>
          <w:cantSplit/>
          <w:tblHeader/>
          <w:jc w:val="center"/>
        </w:trPr>
        <w:tc>
          <w:tcPr>
            <w:tcW w:w="288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1E74CC7"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Trigger</w:t>
            </w:r>
          </w:p>
        </w:tc>
        <w:tc>
          <w:tcPr>
            <w:tcW w:w="417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17974B7"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Example threshold</w:t>
            </w:r>
          </w:p>
        </w:tc>
        <w:tc>
          <w:tcPr>
            <w:tcW w:w="460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B7F653A"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Initial action</w:t>
            </w:r>
          </w:p>
        </w:tc>
        <w:tc>
          <w:tcPr>
            <w:tcW w:w="273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15B264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Activation decision owner</w:t>
            </w:r>
          </w:p>
        </w:tc>
        <w:tc>
          <w:tcPr>
            <w:tcW w:w="105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0D770B1"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Activated?</w:t>
            </w:r>
          </w:p>
        </w:tc>
      </w:tr>
      <w:tr w:rsidR="00AB3852" w:rsidRPr="00AB3852" w14:paraId="6D199E62"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A7E48D" w14:textId="77777777" w:rsidR="00AB3852" w:rsidRPr="00AB3852" w:rsidRDefault="00AB3852" w:rsidP="00AB3852">
            <w:pPr>
              <w:rPr>
                <w:rFonts w:ascii="Arial" w:hAnsi="Arial" w:cs="Arial"/>
                <w:sz w:val="20"/>
                <w:szCs w:val="20"/>
              </w:rPr>
            </w:pPr>
            <w:proofErr w:type="gramStart"/>
            <w:r w:rsidRPr="00AB3852">
              <w:rPr>
                <w:rFonts w:ascii="Arial" w:hAnsi="Arial" w:cs="Arial"/>
                <w:sz w:val="20"/>
                <w:szCs w:val="20"/>
              </w:rPr>
              <w:t>People</w:t>
            </w:r>
            <w:proofErr w:type="gramEnd"/>
            <w:r w:rsidRPr="00AB3852">
              <w:rPr>
                <w:rFonts w:ascii="Arial" w:hAnsi="Arial" w:cs="Arial"/>
                <w:sz w:val="20"/>
                <w:szCs w:val="20"/>
              </w:rPr>
              <w:t xml:space="preserve"> safety risk</w:t>
            </w:r>
          </w:p>
        </w:tc>
        <w:tc>
          <w:tcPr>
            <w:tcW w:w="41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EF7D547" w14:textId="77777777" w:rsidR="00AB3852" w:rsidRPr="00AB3852" w:rsidRDefault="00AB3852" w:rsidP="00AB3852">
            <w:pPr>
              <w:rPr>
                <w:rFonts w:ascii="Arial" w:hAnsi="Arial" w:cs="Arial"/>
                <w:sz w:val="20"/>
                <w:szCs w:val="20"/>
              </w:rPr>
            </w:pPr>
            <w:r w:rsidRPr="00AB3852">
              <w:rPr>
                <w:rFonts w:ascii="Arial" w:hAnsi="Arial" w:cs="Arial"/>
                <w:sz w:val="20"/>
                <w:szCs w:val="20"/>
              </w:rPr>
              <w:t>[Injury, evacuation, significant wellbeing concern]</w:t>
            </w:r>
          </w:p>
        </w:tc>
        <w:tc>
          <w:tcPr>
            <w:tcW w:w="46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BDFFC0" w14:textId="77777777" w:rsidR="00AB3852" w:rsidRPr="00AB3852" w:rsidRDefault="00AB3852" w:rsidP="00AB3852">
            <w:pPr>
              <w:rPr>
                <w:rFonts w:ascii="Arial" w:hAnsi="Arial" w:cs="Arial"/>
                <w:sz w:val="20"/>
                <w:szCs w:val="20"/>
              </w:rPr>
            </w:pPr>
            <w:r w:rsidRPr="00AB3852">
              <w:rPr>
                <w:rFonts w:ascii="Arial" w:hAnsi="Arial" w:cs="Arial"/>
                <w:sz w:val="20"/>
                <w:szCs w:val="20"/>
              </w:rPr>
              <w:t>Follow emergency response and account for people.</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809455C" w14:textId="77777777" w:rsidR="00AB3852" w:rsidRPr="00AB3852" w:rsidRDefault="00AB3852" w:rsidP="00AB3852">
            <w:pPr>
              <w:rPr>
                <w:rFonts w:ascii="Arial" w:hAnsi="Arial" w:cs="Arial"/>
                <w:sz w:val="20"/>
                <w:szCs w:val="20"/>
              </w:rPr>
            </w:pPr>
            <w:r w:rsidRPr="00AB3852">
              <w:rPr>
                <w:rFonts w:ascii="Arial" w:hAnsi="Arial" w:cs="Arial"/>
                <w:sz w:val="20"/>
                <w:szCs w:val="20"/>
              </w:rPr>
              <w:t>[Response lead / People lead]</w:t>
            </w:r>
          </w:p>
        </w:tc>
        <w:tc>
          <w:tcPr>
            <w:tcW w:w="1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B6C7BE"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279A1B6E"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DE180E" w14:textId="77777777" w:rsidR="00AB3852" w:rsidRPr="00AB3852" w:rsidRDefault="00AB3852" w:rsidP="00AB3852">
            <w:pPr>
              <w:rPr>
                <w:rFonts w:ascii="Arial" w:hAnsi="Arial" w:cs="Arial"/>
                <w:sz w:val="20"/>
                <w:szCs w:val="20"/>
              </w:rPr>
            </w:pPr>
            <w:r w:rsidRPr="00AB3852">
              <w:rPr>
                <w:rFonts w:ascii="Arial" w:hAnsi="Arial" w:cs="Arial"/>
                <w:sz w:val="20"/>
                <w:szCs w:val="20"/>
              </w:rPr>
              <w:t>Loss of site or premises access</w:t>
            </w:r>
          </w:p>
        </w:tc>
        <w:tc>
          <w:tcPr>
            <w:tcW w:w="41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54D8DB5" w14:textId="77777777" w:rsidR="00AB3852" w:rsidRPr="00AB3852" w:rsidRDefault="00AB3852" w:rsidP="00AB3852">
            <w:pPr>
              <w:rPr>
                <w:rFonts w:ascii="Arial" w:hAnsi="Arial" w:cs="Arial"/>
                <w:sz w:val="20"/>
                <w:szCs w:val="20"/>
              </w:rPr>
            </w:pPr>
            <w:r w:rsidRPr="00AB3852">
              <w:rPr>
                <w:rFonts w:ascii="Arial" w:hAnsi="Arial" w:cs="Arial"/>
                <w:sz w:val="20"/>
                <w:szCs w:val="20"/>
              </w:rPr>
              <w:t>[Site unavailable for more than X hours or unsafe]</w:t>
            </w:r>
          </w:p>
        </w:tc>
        <w:tc>
          <w:tcPr>
            <w:tcW w:w="46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B420A36" w14:textId="77777777" w:rsidR="00AB3852" w:rsidRPr="00AB3852" w:rsidRDefault="00AB3852" w:rsidP="00AB3852">
            <w:pPr>
              <w:rPr>
                <w:rFonts w:ascii="Arial" w:hAnsi="Arial" w:cs="Arial"/>
                <w:sz w:val="20"/>
                <w:szCs w:val="20"/>
              </w:rPr>
            </w:pPr>
            <w:r w:rsidRPr="00AB3852">
              <w:rPr>
                <w:rFonts w:ascii="Arial" w:hAnsi="Arial" w:cs="Arial"/>
                <w:sz w:val="20"/>
                <w:szCs w:val="20"/>
              </w:rPr>
              <w:t>Assess remote, alternate-site or closure arrangements.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F8E6898" w14:textId="77777777" w:rsidR="00AB3852" w:rsidRPr="00AB3852" w:rsidRDefault="00AB3852" w:rsidP="00AB3852">
            <w:pPr>
              <w:rPr>
                <w:rFonts w:ascii="Arial" w:hAnsi="Arial" w:cs="Arial"/>
                <w:sz w:val="20"/>
                <w:szCs w:val="20"/>
              </w:rPr>
            </w:pPr>
            <w:r w:rsidRPr="00AB3852">
              <w:rPr>
                <w:rFonts w:ascii="Arial" w:hAnsi="Arial" w:cs="Arial"/>
                <w:sz w:val="20"/>
                <w:szCs w:val="20"/>
              </w:rPr>
              <w:t>[Response lead / Operations lead]</w:t>
            </w:r>
          </w:p>
        </w:tc>
        <w:tc>
          <w:tcPr>
            <w:tcW w:w="1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54F8B27"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686544F5"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E1B10A5" w14:textId="77777777" w:rsidR="00AB3852" w:rsidRPr="00AB3852" w:rsidRDefault="00AB3852" w:rsidP="00AB3852">
            <w:pPr>
              <w:rPr>
                <w:rFonts w:ascii="Arial" w:hAnsi="Arial" w:cs="Arial"/>
                <w:sz w:val="20"/>
                <w:szCs w:val="20"/>
              </w:rPr>
            </w:pPr>
            <w:r w:rsidRPr="00AB3852">
              <w:rPr>
                <w:rFonts w:ascii="Arial" w:hAnsi="Arial" w:cs="Arial"/>
                <w:sz w:val="20"/>
                <w:szCs w:val="20"/>
              </w:rPr>
              <w:t>Critical system outage</w:t>
            </w:r>
          </w:p>
        </w:tc>
        <w:tc>
          <w:tcPr>
            <w:tcW w:w="41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F5A60EF" w14:textId="77777777" w:rsidR="00AB3852" w:rsidRPr="00AB3852" w:rsidRDefault="00AB3852" w:rsidP="00AB3852">
            <w:pPr>
              <w:rPr>
                <w:rFonts w:ascii="Arial" w:hAnsi="Arial" w:cs="Arial"/>
                <w:sz w:val="20"/>
                <w:szCs w:val="20"/>
              </w:rPr>
            </w:pPr>
            <w:r w:rsidRPr="00AB3852">
              <w:rPr>
                <w:rFonts w:ascii="Arial" w:hAnsi="Arial" w:cs="Arial"/>
                <w:sz w:val="20"/>
                <w:szCs w:val="20"/>
              </w:rPr>
              <w:t>[Priority system unavailable beyond X minutes/hours]</w:t>
            </w:r>
          </w:p>
        </w:tc>
        <w:tc>
          <w:tcPr>
            <w:tcW w:w="46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45863E" w14:textId="77777777" w:rsidR="00AB3852" w:rsidRPr="00AB3852" w:rsidRDefault="00AB3852" w:rsidP="00AB3852">
            <w:pPr>
              <w:rPr>
                <w:rFonts w:ascii="Arial" w:hAnsi="Arial" w:cs="Arial"/>
                <w:sz w:val="20"/>
                <w:szCs w:val="20"/>
              </w:rPr>
            </w:pPr>
            <w:r w:rsidRPr="00AB3852">
              <w:rPr>
                <w:rFonts w:ascii="Arial" w:hAnsi="Arial" w:cs="Arial"/>
                <w:sz w:val="20"/>
                <w:szCs w:val="20"/>
              </w:rPr>
              <w:t>Pause risky activity and contact technology support.</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3BD50F" w14:textId="77777777" w:rsidR="00AB3852" w:rsidRPr="00AB3852" w:rsidRDefault="00AB3852" w:rsidP="00AB3852">
            <w:pPr>
              <w:rPr>
                <w:rFonts w:ascii="Arial" w:hAnsi="Arial" w:cs="Arial"/>
                <w:sz w:val="20"/>
                <w:szCs w:val="20"/>
              </w:rPr>
            </w:pPr>
            <w:r w:rsidRPr="00AB3852">
              <w:rPr>
                <w:rFonts w:ascii="Arial" w:hAnsi="Arial" w:cs="Arial"/>
                <w:sz w:val="20"/>
                <w:szCs w:val="20"/>
              </w:rPr>
              <w:t>[Technology lead / Response lead]</w:t>
            </w:r>
          </w:p>
        </w:tc>
        <w:tc>
          <w:tcPr>
            <w:tcW w:w="1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16986CE"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1A8DD9A3"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01346B8" w14:textId="77777777" w:rsidR="00AB3852" w:rsidRPr="00AB3852" w:rsidRDefault="00AB3852" w:rsidP="00AB3852">
            <w:pPr>
              <w:rPr>
                <w:rFonts w:ascii="Arial" w:hAnsi="Arial" w:cs="Arial"/>
                <w:sz w:val="20"/>
                <w:szCs w:val="20"/>
              </w:rPr>
            </w:pPr>
            <w:r w:rsidRPr="00AB3852">
              <w:rPr>
                <w:rFonts w:ascii="Arial" w:hAnsi="Arial" w:cs="Arial"/>
                <w:sz w:val="20"/>
                <w:szCs w:val="20"/>
              </w:rPr>
              <w:t>Supplier or logistics disruption</w:t>
            </w:r>
          </w:p>
        </w:tc>
        <w:tc>
          <w:tcPr>
            <w:tcW w:w="41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8CC0E8" w14:textId="77777777" w:rsidR="00AB3852" w:rsidRPr="00AB3852" w:rsidRDefault="00AB3852" w:rsidP="00AB3852">
            <w:pPr>
              <w:rPr>
                <w:rFonts w:ascii="Arial" w:hAnsi="Arial" w:cs="Arial"/>
                <w:sz w:val="20"/>
                <w:szCs w:val="20"/>
              </w:rPr>
            </w:pPr>
            <w:r w:rsidRPr="00AB3852">
              <w:rPr>
                <w:rFonts w:ascii="Arial" w:hAnsi="Arial" w:cs="Arial"/>
                <w:sz w:val="20"/>
                <w:szCs w:val="20"/>
              </w:rPr>
              <w:t>[Critical supplier unable to meet delivery]</w:t>
            </w:r>
          </w:p>
        </w:tc>
        <w:tc>
          <w:tcPr>
            <w:tcW w:w="46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8D169BD" w14:textId="77777777" w:rsidR="00AB3852" w:rsidRPr="00AB3852" w:rsidRDefault="00AB3852" w:rsidP="00AB3852">
            <w:pPr>
              <w:rPr>
                <w:rFonts w:ascii="Arial" w:hAnsi="Arial" w:cs="Arial"/>
                <w:sz w:val="20"/>
                <w:szCs w:val="20"/>
              </w:rPr>
            </w:pPr>
            <w:r w:rsidRPr="00AB3852">
              <w:rPr>
                <w:rFonts w:ascii="Arial" w:hAnsi="Arial" w:cs="Arial"/>
                <w:sz w:val="20"/>
                <w:szCs w:val="20"/>
              </w:rPr>
              <w:t>Confirm impact and activate backup options.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D228E3" w14:textId="77777777" w:rsidR="00AB3852" w:rsidRPr="00AB3852" w:rsidRDefault="00AB3852" w:rsidP="00AB3852">
            <w:pPr>
              <w:rPr>
                <w:rFonts w:ascii="Arial" w:hAnsi="Arial" w:cs="Arial"/>
                <w:sz w:val="20"/>
                <w:szCs w:val="20"/>
              </w:rPr>
            </w:pPr>
            <w:r w:rsidRPr="00AB3852">
              <w:rPr>
                <w:rFonts w:ascii="Arial" w:hAnsi="Arial" w:cs="Arial"/>
                <w:sz w:val="20"/>
                <w:szCs w:val="20"/>
              </w:rPr>
              <w:t>[Operations / Supplier lead]</w:t>
            </w:r>
          </w:p>
        </w:tc>
        <w:tc>
          <w:tcPr>
            <w:tcW w:w="1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777344"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42922C4C"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E30546" w14:textId="77777777" w:rsidR="00AB3852" w:rsidRPr="00AB3852" w:rsidRDefault="00AB3852" w:rsidP="00AB3852">
            <w:pPr>
              <w:rPr>
                <w:rFonts w:ascii="Arial" w:hAnsi="Arial" w:cs="Arial"/>
                <w:sz w:val="20"/>
                <w:szCs w:val="20"/>
              </w:rPr>
            </w:pPr>
            <w:r w:rsidRPr="00AB3852">
              <w:rPr>
                <w:rFonts w:ascii="Arial" w:hAnsi="Arial" w:cs="Arial"/>
                <w:sz w:val="20"/>
                <w:szCs w:val="20"/>
              </w:rPr>
              <w:t>Customer, revenue or cash impact</w:t>
            </w:r>
          </w:p>
        </w:tc>
        <w:tc>
          <w:tcPr>
            <w:tcW w:w="41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64E3E12" w14:textId="77777777" w:rsidR="00AB3852" w:rsidRPr="00AB3852" w:rsidRDefault="00AB3852" w:rsidP="00AB3852">
            <w:pPr>
              <w:rPr>
                <w:rFonts w:ascii="Arial" w:hAnsi="Arial" w:cs="Arial"/>
                <w:sz w:val="20"/>
                <w:szCs w:val="20"/>
              </w:rPr>
            </w:pPr>
            <w:r w:rsidRPr="00AB3852">
              <w:rPr>
                <w:rFonts w:ascii="Arial" w:hAnsi="Arial" w:cs="Arial"/>
                <w:sz w:val="20"/>
                <w:szCs w:val="20"/>
              </w:rPr>
              <w:t>[Material delay, lost revenue, cash flow pressure]</w:t>
            </w:r>
          </w:p>
        </w:tc>
        <w:tc>
          <w:tcPr>
            <w:tcW w:w="46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B02B1B" w14:textId="77777777" w:rsidR="00AB3852" w:rsidRPr="00AB3852" w:rsidRDefault="00AB3852" w:rsidP="00AB3852">
            <w:pPr>
              <w:rPr>
                <w:rFonts w:ascii="Arial" w:hAnsi="Arial" w:cs="Arial"/>
                <w:sz w:val="20"/>
                <w:szCs w:val="20"/>
              </w:rPr>
            </w:pPr>
            <w:proofErr w:type="spellStart"/>
            <w:r w:rsidRPr="00AB3852">
              <w:rPr>
                <w:rFonts w:ascii="Arial" w:hAnsi="Arial" w:cs="Arial"/>
                <w:sz w:val="20"/>
                <w:szCs w:val="20"/>
              </w:rPr>
              <w:t>Prioritise</w:t>
            </w:r>
            <w:proofErr w:type="spellEnd"/>
            <w:r w:rsidRPr="00AB3852">
              <w:rPr>
                <w:rFonts w:ascii="Arial" w:hAnsi="Arial" w:cs="Arial"/>
                <w:sz w:val="20"/>
                <w:szCs w:val="20"/>
              </w:rPr>
              <w:t xml:space="preserve"> service and prepare updates for key parties.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727A4F" w14:textId="77777777" w:rsidR="00AB3852" w:rsidRPr="00AB3852" w:rsidRDefault="00AB3852" w:rsidP="00AB3852">
            <w:pPr>
              <w:rPr>
                <w:rFonts w:ascii="Arial" w:hAnsi="Arial" w:cs="Arial"/>
                <w:sz w:val="20"/>
                <w:szCs w:val="20"/>
              </w:rPr>
            </w:pPr>
            <w:r w:rsidRPr="00AB3852">
              <w:rPr>
                <w:rFonts w:ascii="Arial" w:hAnsi="Arial" w:cs="Arial"/>
                <w:sz w:val="20"/>
                <w:szCs w:val="20"/>
              </w:rPr>
              <w:t>[Response lead / Finance lead]</w:t>
            </w:r>
          </w:p>
        </w:tc>
        <w:tc>
          <w:tcPr>
            <w:tcW w:w="1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1CAF7D2"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79EAB0EC"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BA46DB" w14:textId="77777777" w:rsidR="00AB3852" w:rsidRPr="00AB3852" w:rsidRDefault="00AB3852" w:rsidP="00AB3852">
            <w:pPr>
              <w:rPr>
                <w:rFonts w:ascii="Arial" w:hAnsi="Arial" w:cs="Arial"/>
                <w:sz w:val="20"/>
                <w:szCs w:val="20"/>
              </w:rPr>
            </w:pPr>
            <w:r w:rsidRPr="00AB3852">
              <w:rPr>
                <w:rFonts w:ascii="Arial" w:hAnsi="Arial" w:cs="Arial"/>
                <w:sz w:val="20"/>
                <w:szCs w:val="20"/>
              </w:rPr>
              <w:t>Privacy, legal, regulator or media risk</w:t>
            </w:r>
          </w:p>
        </w:tc>
        <w:tc>
          <w:tcPr>
            <w:tcW w:w="417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13D4B4E" w14:textId="77777777" w:rsidR="00AB3852" w:rsidRPr="00AB3852" w:rsidRDefault="00AB3852" w:rsidP="00AB3852">
            <w:pPr>
              <w:rPr>
                <w:rFonts w:ascii="Arial" w:hAnsi="Arial" w:cs="Arial"/>
                <w:sz w:val="20"/>
                <w:szCs w:val="20"/>
              </w:rPr>
            </w:pPr>
            <w:r w:rsidRPr="00AB3852">
              <w:rPr>
                <w:rFonts w:ascii="Arial" w:hAnsi="Arial" w:cs="Arial"/>
                <w:sz w:val="20"/>
                <w:szCs w:val="20"/>
              </w:rPr>
              <w:t>[Reportable event, public attention or regulator contact]</w:t>
            </w:r>
          </w:p>
        </w:tc>
        <w:tc>
          <w:tcPr>
            <w:tcW w:w="460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77E99AB" w14:textId="77777777" w:rsidR="00AB3852" w:rsidRPr="00AB3852" w:rsidRDefault="00AB3852" w:rsidP="00AB3852">
            <w:pPr>
              <w:rPr>
                <w:rFonts w:ascii="Arial" w:hAnsi="Arial" w:cs="Arial"/>
                <w:sz w:val="20"/>
                <w:szCs w:val="20"/>
              </w:rPr>
            </w:pPr>
            <w:proofErr w:type="spellStart"/>
            <w:r w:rsidRPr="00AB3852">
              <w:rPr>
                <w:rFonts w:ascii="Arial" w:hAnsi="Arial" w:cs="Arial"/>
                <w:sz w:val="20"/>
                <w:szCs w:val="20"/>
              </w:rPr>
              <w:t>Centralise</w:t>
            </w:r>
            <w:proofErr w:type="spellEnd"/>
            <w:r w:rsidRPr="00AB3852">
              <w:rPr>
                <w:rFonts w:ascii="Arial" w:hAnsi="Arial" w:cs="Arial"/>
                <w:sz w:val="20"/>
                <w:szCs w:val="20"/>
              </w:rPr>
              <w:t xml:space="preserve"> communications and evidence.</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DA2703" w14:textId="77777777" w:rsidR="00AB3852" w:rsidRPr="00AB3852" w:rsidRDefault="00AB3852" w:rsidP="00AB3852">
            <w:pPr>
              <w:rPr>
                <w:rFonts w:ascii="Arial" w:hAnsi="Arial" w:cs="Arial"/>
                <w:sz w:val="20"/>
                <w:szCs w:val="20"/>
              </w:rPr>
            </w:pPr>
            <w:r w:rsidRPr="00AB3852">
              <w:rPr>
                <w:rFonts w:ascii="Arial" w:hAnsi="Arial" w:cs="Arial"/>
                <w:sz w:val="20"/>
                <w:szCs w:val="20"/>
              </w:rPr>
              <w:t>[Response lead / Comms / Legal]</w:t>
            </w:r>
          </w:p>
        </w:tc>
        <w:tc>
          <w:tcPr>
            <w:tcW w:w="10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177B87"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bl>
    <w:p w14:paraId="3B92477E"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3A9F8E86" w14:textId="77777777" w:rsidR="00832E91" w:rsidRDefault="00832E91">
      <w:pPr>
        <w:rPr>
          <w:rFonts w:ascii="Arial" w:eastAsia="MS Gothic" w:hAnsi="Arial" w:cs="Arial"/>
          <w:b/>
          <w:bCs/>
          <w:color w:val="3D3D3D"/>
          <w:kern w:val="0"/>
          <w:sz w:val="20"/>
          <w:szCs w:val="20"/>
          <w:lang w:val="en-US"/>
          <w14:ligatures w14:val="none"/>
        </w:rPr>
      </w:pPr>
      <w:r>
        <w:rPr>
          <w:rFonts w:ascii="Arial" w:eastAsia="MS Gothic" w:hAnsi="Arial" w:cs="Arial"/>
          <w:b/>
          <w:bCs/>
          <w:color w:val="3D3D3D"/>
          <w:kern w:val="0"/>
          <w:sz w:val="20"/>
          <w:szCs w:val="20"/>
          <w:lang w:val="en-US"/>
          <w14:ligatures w14:val="none"/>
        </w:rPr>
        <w:br w:type="page"/>
      </w:r>
    </w:p>
    <w:p w14:paraId="75CD8D0E" w14:textId="5760E0DE"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Immediate response checklist</w:t>
      </w:r>
    </w:p>
    <w:p w14:paraId="69A93B95"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Use during the first hour of an incident or scenario test. Leave blank in the approved plan.</w:t>
      </w:r>
    </w:p>
    <w:tbl>
      <w:tblPr>
        <w:tblStyle w:val="TableGrid"/>
        <w:tblW w:w="0" w:type="auto"/>
        <w:jc w:val="center"/>
        <w:tblLayout w:type="fixed"/>
        <w:tblLook w:val="04A0" w:firstRow="1" w:lastRow="0" w:firstColumn="1" w:lastColumn="0" w:noHBand="0" w:noVBand="1"/>
      </w:tblPr>
      <w:tblGrid>
        <w:gridCol w:w="864"/>
        <w:gridCol w:w="8784"/>
        <w:gridCol w:w="2880"/>
        <w:gridCol w:w="2736"/>
      </w:tblGrid>
      <w:tr w:rsidR="00AB3852" w:rsidRPr="00AB3852" w14:paraId="0ECE4ADD" w14:textId="77777777" w:rsidTr="006A3252">
        <w:trPr>
          <w:cantSplit/>
          <w:tblHeader/>
          <w:jc w:val="center"/>
        </w:trPr>
        <w:tc>
          <w:tcPr>
            <w:tcW w:w="86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C5FB9BE"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Step</w:t>
            </w:r>
          </w:p>
        </w:tc>
        <w:tc>
          <w:tcPr>
            <w:tcW w:w="878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F65761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Immediate action</w:t>
            </w:r>
          </w:p>
        </w:tc>
        <w:tc>
          <w:tcPr>
            <w:tcW w:w="288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270B99C"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w:t>
            </w:r>
          </w:p>
        </w:tc>
        <w:tc>
          <w:tcPr>
            <w:tcW w:w="273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98D5A4F"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Completed / notes</w:t>
            </w:r>
          </w:p>
        </w:tc>
      </w:tr>
      <w:tr w:rsidR="00AB3852" w:rsidRPr="00AB3852" w14:paraId="485BF067"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1AC2AD" w14:textId="77777777" w:rsidR="00AB3852" w:rsidRPr="00AB3852" w:rsidRDefault="00AB3852" w:rsidP="00AB3852">
            <w:pPr>
              <w:rPr>
                <w:rFonts w:ascii="Arial" w:hAnsi="Arial" w:cs="Arial"/>
                <w:sz w:val="20"/>
                <w:szCs w:val="20"/>
              </w:rPr>
            </w:pPr>
            <w:r w:rsidRPr="00AB3852">
              <w:rPr>
                <w:rFonts w:ascii="Arial" w:hAnsi="Arial" w:cs="Arial"/>
                <w:sz w:val="20"/>
                <w:szCs w:val="20"/>
              </w:rPr>
              <w:t>1</w:t>
            </w:r>
          </w:p>
        </w:tc>
        <w:tc>
          <w:tcPr>
            <w:tcW w:w="87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CAB17C6" w14:textId="77777777" w:rsidR="00AB3852" w:rsidRPr="00AB3852" w:rsidRDefault="00AB3852" w:rsidP="00AB3852">
            <w:pPr>
              <w:rPr>
                <w:rFonts w:ascii="Arial" w:hAnsi="Arial" w:cs="Arial"/>
                <w:sz w:val="20"/>
                <w:szCs w:val="20"/>
              </w:rPr>
            </w:pPr>
            <w:r w:rsidRPr="00AB3852">
              <w:rPr>
                <w:rFonts w:ascii="Arial" w:hAnsi="Arial" w:cs="Arial"/>
                <w:sz w:val="20"/>
                <w:szCs w:val="20"/>
              </w:rPr>
              <w:t>Confirm life safety, emergency services involvement and immediate hazards.</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ABBF838" w14:textId="77777777" w:rsidR="00AB3852" w:rsidRPr="00AB3852" w:rsidRDefault="00AB3852" w:rsidP="00AB3852">
            <w:pPr>
              <w:rPr>
                <w:rFonts w:ascii="Arial" w:hAnsi="Arial" w:cs="Arial"/>
                <w:sz w:val="20"/>
                <w:szCs w:val="20"/>
              </w:rPr>
            </w:pPr>
            <w:r w:rsidRPr="00AB3852">
              <w:rPr>
                <w:rFonts w:ascii="Arial" w:hAnsi="Arial" w:cs="Arial"/>
                <w:sz w:val="20"/>
                <w:szCs w:val="20"/>
              </w:rPr>
              <w:t>[People / site lead]</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82E6EC3"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63C71867"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2276CA" w14:textId="77777777" w:rsidR="00AB3852" w:rsidRPr="00AB3852" w:rsidRDefault="00AB3852" w:rsidP="00AB3852">
            <w:pPr>
              <w:rPr>
                <w:rFonts w:ascii="Arial" w:hAnsi="Arial" w:cs="Arial"/>
                <w:sz w:val="20"/>
                <w:szCs w:val="20"/>
              </w:rPr>
            </w:pPr>
            <w:r w:rsidRPr="00AB3852">
              <w:rPr>
                <w:rFonts w:ascii="Arial" w:hAnsi="Arial" w:cs="Arial"/>
                <w:sz w:val="20"/>
                <w:szCs w:val="20"/>
              </w:rPr>
              <w:t>2</w:t>
            </w:r>
          </w:p>
        </w:tc>
        <w:tc>
          <w:tcPr>
            <w:tcW w:w="87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733CEEA" w14:textId="77777777" w:rsidR="00AB3852" w:rsidRPr="00AB3852" w:rsidRDefault="00AB3852" w:rsidP="00AB3852">
            <w:pPr>
              <w:rPr>
                <w:rFonts w:ascii="Arial" w:hAnsi="Arial" w:cs="Arial"/>
                <w:sz w:val="20"/>
                <w:szCs w:val="20"/>
              </w:rPr>
            </w:pPr>
            <w:r w:rsidRPr="00AB3852">
              <w:rPr>
                <w:rFonts w:ascii="Arial" w:hAnsi="Arial" w:cs="Arial"/>
                <w:sz w:val="20"/>
                <w:szCs w:val="20"/>
              </w:rPr>
              <w:t>Open the incident decision log and record known facts, time, source and first decisions.</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95D54D" w14:textId="77777777" w:rsidR="00AB3852" w:rsidRPr="00AB3852" w:rsidRDefault="00AB3852" w:rsidP="00AB3852">
            <w:pPr>
              <w:rPr>
                <w:rFonts w:ascii="Arial" w:hAnsi="Arial" w:cs="Arial"/>
                <w:sz w:val="20"/>
                <w:szCs w:val="20"/>
              </w:rPr>
            </w:pPr>
            <w:r w:rsidRPr="00AB3852">
              <w:rPr>
                <w:rFonts w:ascii="Arial" w:hAnsi="Arial" w:cs="Arial"/>
                <w:sz w:val="20"/>
                <w:szCs w:val="20"/>
              </w:rPr>
              <w:t>[Response lead / scribe]</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424D333"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52F35E37"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8000F31" w14:textId="77777777" w:rsidR="00AB3852" w:rsidRPr="00AB3852" w:rsidRDefault="00AB3852" w:rsidP="00AB3852">
            <w:pPr>
              <w:rPr>
                <w:rFonts w:ascii="Arial" w:hAnsi="Arial" w:cs="Arial"/>
                <w:sz w:val="20"/>
                <w:szCs w:val="20"/>
              </w:rPr>
            </w:pPr>
            <w:r w:rsidRPr="00AB3852">
              <w:rPr>
                <w:rFonts w:ascii="Arial" w:hAnsi="Arial" w:cs="Arial"/>
                <w:sz w:val="20"/>
                <w:szCs w:val="20"/>
              </w:rPr>
              <w:t>3</w:t>
            </w:r>
          </w:p>
        </w:tc>
        <w:tc>
          <w:tcPr>
            <w:tcW w:w="87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53BA98" w14:textId="77777777" w:rsidR="00AB3852" w:rsidRPr="00AB3852" w:rsidRDefault="00AB3852" w:rsidP="00AB3852">
            <w:pPr>
              <w:rPr>
                <w:rFonts w:ascii="Arial" w:hAnsi="Arial" w:cs="Arial"/>
                <w:sz w:val="20"/>
                <w:szCs w:val="20"/>
              </w:rPr>
            </w:pPr>
            <w:r w:rsidRPr="00AB3852">
              <w:rPr>
                <w:rFonts w:ascii="Arial" w:hAnsi="Arial" w:cs="Arial"/>
                <w:sz w:val="20"/>
                <w:szCs w:val="20"/>
              </w:rPr>
              <w:t>Confirm affected people, sites, systems, suppliers, customers, data and cash flow.</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2A335B" w14:textId="77777777" w:rsidR="00AB3852" w:rsidRPr="00AB3852" w:rsidRDefault="00AB3852" w:rsidP="00AB3852">
            <w:pPr>
              <w:rPr>
                <w:rFonts w:ascii="Arial" w:hAnsi="Arial" w:cs="Arial"/>
                <w:sz w:val="20"/>
                <w:szCs w:val="20"/>
              </w:rPr>
            </w:pPr>
            <w:r w:rsidRPr="00AB3852">
              <w:rPr>
                <w:rFonts w:ascii="Arial" w:hAnsi="Arial" w:cs="Arial"/>
                <w:sz w:val="20"/>
                <w:szCs w:val="20"/>
              </w:rPr>
              <w:t>[Response team]</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601179A"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35E6BDD5"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7233B4" w14:textId="77777777" w:rsidR="00AB3852" w:rsidRPr="00AB3852" w:rsidRDefault="00AB3852" w:rsidP="00AB3852">
            <w:pPr>
              <w:rPr>
                <w:rFonts w:ascii="Arial" w:hAnsi="Arial" w:cs="Arial"/>
                <w:sz w:val="20"/>
                <w:szCs w:val="20"/>
              </w:rPr>
            </w:pPr>
            <w:r w:rsidRPr="00AB3852">
              <w:rPr>
                <w:rFonts w:ascii="Arial" w:hAnsi="Arial" w:cs="Arial"/>
                <w:sz w:val="20"/>
                <w:szCs w:val="20"/>
              </w:rPr>
              <w:t>4</w:t>
            </w:r>
          </w:p>
        </w:tc>
        <w:tc>
          <w:tcPr>
            <w:tcW w:w="87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136646D" w14:textId="77777777" w:rsidR="00AB3852" w:rsidRPr="00AB3852" w:rsidRDefault="00AB3852" w:rsidP="00AB3852">
            <w:pPr>
              <w:rPr>
                <w:rFonts w:ascii="Arial" w:hAnsi="Arial" w:cs="Arial"/>
                <w:sz w:val="20"/>
                <w:szCs w:val="20"/>
              </w:rPr>
            </w:pPr>
            <w:r w:rsidRPr="00AB3852">
              <w:rPr>
                <w:rFonts w:ascii="Arial" w:hAnsi="Arial" w:cs="Arial"/>
                <w:sz w:val="20"/>
                <w:szCs w:val="20"/>
              </w:rPr>
              <w:t>Decide whether to activate this plan and name the response lead and backups.</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EB74985" w14:textId="77777777" w:rsidR="00AB3852" w:rsidRPr="00AB3852" w:rsidRDefault="00AB3852" w:rsidP="00AB3852">
            <w:pPr>
              <w:rPr>
                <w:rFonts w:ascii="Arial" w:hAnsi="Arial" w:cs="Arial"/>
                <w:sz w:val="20"/>
                <w:szCs w:val="20"/>
              </w:rPr>
            </w:pPr>
            <w:r w:rsidRPr="00AB3852">
              <w:rPr>
                <w:rFonts w:ascii="Arial" w:hAnsi="Arial" w:cs="Arial"/>
                <w:sz w:val="20"/>
                <w:szCs w:val="20"/>
              </w:rPr>
              <w:t>[Response lead]</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88C3554"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4B66BDA3"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00D5C3C" w14:textId="77777777" w:rsidR="00AB3852" w:rsidRPr="00AB3852" w:rsidRDefault="00AB3852" w:rsidP="00AB3852">
            <w:pPr>
              <w:rPr>
                <w:rFonts w:ascii="Arial" w:hAnsi="Arial" w:cs="Arial"/>
                <w:sz w:val="20"/>
                <w:szCs w:val="20"/>
              </w:rPr>
            </w:pPr>
            <w:r w:rsidRPr="00AB3852">
              <w:rPr>
                <w:rFonts w:ascii="Arial" w:hAnsi="Arial" w:cs="Arial"/>
                <w:sz w:val="20"/>
                <w:szCs w:val="20"/>
              </w:rPr>
              <w:t>5</w:t>
            </w:r>
          </w:p>
        </w:tc>
        <w:tc>
          <w:tcPr>
            <w:tcW w:w="87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984B0E" w14:textId="77777777" w:rsidR="00AB3852" w:rsidRPr="00AB3852" w:rsidRDefault="00AB3852" w:rsidP="00AB3852">
            <w:pPr>
              <w:rPr>
                <w:rFonts w:ascii="Arial" w:hAnsi="Arial" w:cs="Arial"/>
                <w:sz w:val="20"/>
                <w:szCs w:val="20"/>
              </w:rPr>
            </w:pPr>
            <w:proofErr w:type="gramStart"/>
            <w:r w:rsidRPr="00AB3852">
              <w:rPr>
                <w:rFonts w:ascii="Arial" w:hAnsi="Arial" w:cs="Arial"/>
                <w:sz w:val="20"/>
                <w:szCs w:val="20"/>
              </w:rPr>
              <w:t>Agree</w:t>
            </w:r>
            <w:proofErr w:type="gramEnd"/>
            <w:r w:rsidRPr="00AB3852">
              <w:rPr>
                <w:rFonts w:ascii="Arial" w:hAnsi="Arial" w:cs="Arial"/>
                <w:sz w:val="20"/>
                <w:szCs w:val="20"/>
              </w:rPr>
              <w:t xml:space="preserve"> immediate priorities, meeting rhythm and next update time.</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C84293C" w14:textId="77777777" w:rsidR="00AB3852" w:rsidRPr="00AB3852" w:rsidRDefault="00AB3852" w:rsidP="00AB3852">
            <w:pPr>
              <w:rPr>
                <w:rFonts w:ascii="Arial" w:hAnsi="Arial" w:cs="Arial"/>
                <w:sz w:val="20"/>
                <w:szCs w:val="20"/>
              </w:rPr>
            </w:pPr>
            <w:r w:rsidRPr="00AB3852">
              <w:rPr>
                <w:rFonts w:ascii="Arial" w:hAnsi="Arial" w:cs="Arial"/>
                <w:sz w:val="20"/>
                <w:szCs w:val="20"/>
              </w:rPr>
              <w:t>[Response team]</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2EB1C5"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34960DD8"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F8605B5" w14:textId="77777777" w:rsidR="00AB3852" w:rsidRPr="00AB3852" w:rsidRDefault="00AB3852" w:rsidP="00AB3852">
            <w:pPr>
              <w:rPr>
                <w:rFonts w:ascii="Arial" w:hAnsi="Arial" w:cs="Arial"/>
                <w:sz w:val="20"/>
                <w:szCs w:val="20"/>
              </w:rPr>
            </w:pPr>
            <w:r w:rsidRPr="00AB3852">
              <w:rPr>
                <w:rFonts w:ascii="Arial" w:hAnsi="Arial" w:cs="Arial"/>
                <w:sz w:val="20"/>
                <w:szCs w:val="20"/>
              </w:rPr>
              <w:t>6</w:t>
            </w:r>
          </w:p>
        </w:tc>
        <w:tc>
          <w:tcPr>
            <w:tcW w:w="87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95D563" w14:textId="77777777" w:rsidR="00AB3852" w:rsidRPr="00AB3852" w:rsidRDefault="00AB3852" w:rsidP="00AB3852">
            <w:pPr>
              <w:rPr>
                <w:rFonts w:ascii="Arial" w:hAnsi="Arial" w:cs="Arial"/>
                <w:sz w:val="20"/>
                <w:szCs w:val="20"/>
              </w:rPr>
            </w:pPr>
            <w:r w:rsidRPr="00AB3852">
              <w:rPr>
                <w:rFonts w:ascii="Arial" w:hAnsi="Arial" w:cs="Arial"/>
                <w:sz w:val="20"/>
                <w:szCs w:val="20"/>
              </w:rPr>
              <w:t>Issue first staff message with safety instructions and next update time.</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627E844" w14:textId="77777777" w:rsidR="00AB3852" w:rsidRPr="00AB3852" w:rsidRDefault="00AB3852" w:rsidP="00AB3852">
            <w:pPr>
              <w:rPr>
                <w:rFonts w:ascii="Arial" w:hAnsi="Arial" w:cs="Arial"/>
                <w:sz w:val="20"/>
                <w:szCs w:val="20"/>
              </w:rPr>
            </w:pPr>
            <w:r w:rsidRPr="00AB3852">
              <w:rPr>
                <w:rFonts w:ascii="Arial" w:hAnsi="Arial" w:cs="Arial"/>
                <w:sz w:val="20"/>
                <w:szCs w:val="20"/>
              </w:rPr>
              <w:t>[People / Comms]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4066678"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7C52AB0C"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B9DE1DF" w14:textId="77777777" w:rsidR="00AB3852" w:rsidRPr="00AB3852" w:rsidRDefault="00AB3852" w:rsidP="00AB3852">
            <w:pPr>
              <w:rPr>
                <w:rFonts w:ascii="Arial" w:hAnsi="Arial" w:cs="Arial"/>
                <w:sz w:val="20"/>
                <w:szCs w:val="20"/>
              </w:rPr>
            </w:pPr>
            <w:r w:rsidRPr="00AB3852">
              <w:rPr>
                <w:rFonts w:ascii="Arial" w:hAnsi="Arial" w:cs="Arial"/>
                <w:sz w:val="20"/>
                <w:szCs w:val="20"/>
              </w:rPr>
              <w:t>7</w:t>
            </w:r>
          </w:p>
        </w:tc>
        <w:tc>
          <w:tcPr>
            <w:tcW w:w="87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EF1002" w14:textId="77777777" w:rsidR="00AB3852" w:rsidRPr="00AB3852" w:rsidRDefault="00AB3852" w:rsidP="00AB3852">
            <w:pPr>
              <w:rPr>
                <w:rFonts w:ascii="Arial" w:hAnsi="Arial" w:cs="Arial"/>
                <w:sz w:val="20"/>
                <w:szCs w:val="20"/>
              </w:rPr>
            </w:pPr>
            <w:r w:rsidRPr="00AB3852">
              <w:rPr>
                <w:rFonts w:ascii="Arial" w:hAnsi="Arial" w:cs="Arial"/>
                <w:sz w:val="20"/>
                <w:szCs w:val="20"/>
              </w:rPr>
              <w:t>Preserve evidence for insurance, legal, privacy, cyber or funding purposes.</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46216C" w14:textId="77777777" w:rsidR="00AB3852" w:rsidRPr="00AB3852" w:rsidRDefault="00AB3852" w:rsidP="00AB3852">
            <w:pPr>
              <w:rPr>
                <w:rFonts w:ascii="Arial" w:hAnsi="Arial" w:cs="Arial"/>
                <w:sz w:val="20"/>
                <w:szCs w:val="20"/>
              </w:rPr>
            </w:pPr>
            <w:r w:rsidRPr="00AB3852">
              <w:rPr>
                <w:rFonts w:ascii="Arial" w:hAnsi="Arial" w:cs="Arial"/>
                <w:sz w:val="20"/>
                <w:szCs w:val="20"/>
              </w:rPr>
              <w:t>[Finance / Technology / Ops]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57D2073"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r w:rsidR="00AB3852" w:rsidRPr="00AB3852" w14:paraId="65AB96AC"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78F24F" w14:textId="77777777" w:rsidR="00AB3852" w:rsidRPr="00AB3852" w:rsidRDefault="00AB3852" w:rsidP="00AB3852">
            <w:pPr>
              <w:rPr>
                <w:rFonts w:ascii="Arial" w:hAnsi="Arial" w:cs="Arial"/>
                <w:sz w:val="20"/>
                <w:szCs w:val="20"/>
              </w:rPr>
            </w:pPr>
            <w:r w:rsidRPr="00AB3852">
              <w:rPr>
                <w:rFonts w:ascii="Arial" w:hAnsi="Arial" w:cs="Arial"/>
                <w:sz w:val="20"/>
                <w:szCs w:val="20"/>
              </w:rPr>
              <w:t>8</w:t>
            </w:r>
          </w:p>
        </w:tc>
        <w:tc>
          <w:tcPr>
            <w:tcW w:w="87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CF4796B" w14:textId="77777777" w:rsidR="00AB3852" w:rsidRPr="00AB3852" w:rsidRDefault="00AB3852" w:rsidP="00AB3852">
            <w:pPr>
              <w:rPr>
                <w:rFonts w:ascii="Arial" w:hAnsi="Arial" w:cs="Arial"/>
                <w:sz w:val="20"/>
                <w:szCs w:val="20"/>
              </w:rPr>
            </w:pPr>
            <w:r w:rsidRPr="00AB3852">
              <w:rPr>
                <w:rFonts w:ascii="Arial" w:hAnsi="Arial" w:cs="Arial"/>
                <w:sz w:val="20"/>
                <w:szCs w:val="20"/>
              </w:rPr>
              <w:t>Start approved practical actions for priority processes.</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9E2EAF8" w14:textId="77777777" w:rsidR="00AB3852" w:rsidRPr="00AB3852" w:rsidRDefault="00AB3852" w:rsidP="00AB3852">
            <w:pPr>
              <w:rPr>
                <w:rFonts w:ascii="Arial" w:hAnsi="Arial" w:cs="Arial"/>
                <w:sz w:val="20"/>
                <w:szCs w:val="20"/>
              </w:rPr>
            </w:pPr>
            <w:r w:rsidRPr="00AB3852">
              <w:rPr>
                <w:rFonts w:ascii="Arial" w:hAnsi="Arial" w:cs="Arial"/>
                <w:sz w:val="20"/>
                <w:szCs w:val="20"/>
              </w:rPr>
              <w:t>[Process owners]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15CF18E" w14:textId="77777777" w:rsidR="00AB3852" w:rsidRPr="00AB3852" w:rsidRDefault="00AB3852" w:rsidP="00AB3852">
            <w:pPr>
              <w:rPr>
                <w:rFonts w:ascii="Arial" w:hAnsi="Arial" w:cs="Arial"/>
                <w:sz w:val="20"/>
                <w:szCs w:val="20"/>
              </w:rPr>
            </w:pPr>
            <w:r w:rsidRPr="00AB3852">
              <w:rPr>
                <w:rFonts w:ascii="Arial" w:hAnsi="Arial" w:cs="Arial"/>
                <w:sz w:val="20"/>
                <w:szCs w:val="20"/>
              </w:rPr>
              <w:t>Y/N</w:t>
            </w:r>
          </w:p>
        </w:tc>
      </w:tr>
    </w:tbl>
    <w:p w14:paraId="02C02645"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2088E595" w14:textId="77777777" w:rsidR="00AB3852" w:rsidRPr="00AB3852" w:rsidRDefault="00AB3852" w:rsidP="00AB3852">
      <w:pPr>
        <w:spacing w:after="200" w:line="276" w:lineRule="auto"/>
        <w:rPr>
          <w:rFonts w:ascii="Arial" w:eastAsia="MS Mincho" w:hAnsi="Arial" w:cs="Arial"/>
          <w:kern w:val="0"/>
          <w:sz w:val="20"/>
          <w:szCs w:val="20"/>
          <w:lang w:val="en-US"/>
          <w14:ligatures w14:val="none"/>
        </w:rPr>
      </w:pPr>
      <w:r w:rsidRPr="00AB3852">
        <w:rPr>
          <w:rFonts w:ascii="Arial" w:eastAsia="MS Mincho" w:hAnsi="Arial" w:cs="Arial"/>
          <w:kern w:val="0"/>
          <w:sz w:val="20"/>
          <w:szCs w:val="20"/>
          <w:lang w:val="en-US"/>
          <w14:ligatures w14:val="none"/>
        </w:rPr>
        <w:br w:type="page"/>
      </w:r>
    </w:p>
    <w:p w14:paraId="3EDC47AB"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23B640FE"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t>3.2 First hour / first day / first week response structure</w:t>
      </w:r>
    </w:p>
    <w:p w14:paraId="21E809E5"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Use during incident response planning and check-ins.</w:t>
      </w:r>
    </w:p>
    <w:tbl>
      <w:tblPr>
        <w:tblStyle w:val="TableGrid"/>
        <w:tblW w:w="0" w:type="auto"/>
        <w:jc w:val="center"/>
        <w:tblLayout w:type="fixed"/>
        <w:tblLook w:val="04A0" w:firstRow="1" w:lastRow="0" w:firstColumn="1" w:lastColumn="0" w:noHBand="0" w:noVBand="1"/>
      </w:tblPr>
      <w:tblGrid>
        <w:gridCol w:w="1728"/>
        <w:gridCol w:w="2388"/>
        <w:gridCol w:w="9355"/>
        <w:gridCol w:w="1792"/>
      </w:tblGrid>
      <w:tr w:rsidR="00AB3852" w:rsidRPr="00AB3852" w14:paraId="2129DC16" w14:textId="77777777" w:rsidTr="006A3252">
        <w:trPr>
          <w:cantSplit/>
          <w:tblHeader/>
          <w:jc w:val="center"/>
        </w:trPr>
        <w:tc>
          <w:tcPr>
            <w:tcW w:w="172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DD063D1"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Timeframe</w:t>
            </w:r>
          </w:p>
        </w:tc>
        <w:tc>
          <w:tcPr>
            <w:tcW w:w="238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E9229A9"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Focus</w:t>
            </w:r>
          </w:p>
        </w:tc>
        <w:tc>
          <w:tcPr>
            <w:tcW w:w="935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854FEFA"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Actions</w:t>
            </w:r>
          </w:p>
        </w:tc>
        <w:tc>
          <w:tcPr>
            <w:tcW w:w="179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FC69AB5"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 / notes</w:t>
            </w:r>
          </w:p>
        </w:tc>
      </w:tr>
      <w:tr w:rsidR="00AB3852" w:rsidRPr="00AB3852" w14:paraId="08CE9718" w14:textId="77777777" w:rsidTr="006A3252">
        <w:trPr>
          <w:cantSplit/>
          <w:jc w:val="center"/>
        </w:trPr>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ECF2A9" w14:textId="77777777" w:rsidR="00AB3852" w:rsidRPr="00AB3852" w:rsidRDefault="00AB3852" w:rsidP="00AB3852">
            <w:pPr>
              <w:rPr>
                <w:rFonts w:ascii="Arial" w:hAnsi="Arial" w:cs="Arial"/>
                <w:sz w:val="20"/>
                <w:szCs w:val="20"/>
              </w:rPr>
            </w:pPr>
            <w:r w:rsidRPr="00AB3852">
              <w:rPr>
                <w:rFonts w:ascii="Arial" w:hAnsi="Arial" w:cs="Arial"/>
                <w:sz w:val="20"/>
                <w:szCs w:val="20"/>
              </w:rPr>
              <w:t>First hour</w:t>
            </w:r>
          </w:p>
        </w:tc>
        <w:tc>
          <w:tcPr>
            <w:tcW w:w="23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6261FD9" w14:textId="77777777" w:rsidR="00AB3852" w:rsidRPr="00AB3852" w:rsidRDefault="00AB3852" w:rsidP="00AB3852">
            <w:pPr>
              <w:rPr>
                <w:rFonts w:ascii="Arial" w:hAnsi="Arial" w:cs="Arial"/>
                <w:sz w:val="20"/>
                <w:szCs w:val="20"/>
              </w:rPr>
            </w:pPr>
            <w:r w:rsidRPr="00AB3852">
              <w:rPr>
                <w:rFonts w:ascii="Arial" w:hAnsi="Arial" w:cs="Arial"/>
                <w:sz w:val="20"/>
                <w:szCs w:val="20"/>
              </w:rPr>
              <w:t>Safety, control and clarity.</w:t>
            </w:r>
          </w:p>
        </w:tc>
        <w:tc>
          <w:tcPr>
            <w:tcW w:w="93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FA0BB98" w14:textId="77777777" w:rsidR="00AB3852" w:rsidRPr="00AB3852" w:rsidRDefault="00AB3852" w:rsidP="00AB3852">
            <w:pPr>
              <w:rPr>
                <w:rFonts w:ascii="Arial" w:hAnsi="Arial" w:cs="Arial"/>
                <w:sz w:val="20"/>
                <w:szCs w:val="20"/>
              </w:rPr>
            </w:pPr>
            <w:r w:rsidRPr="00AB3852">
              <w:rPr>
                <w:rFonts w:ascii="Arial" w:hAnsi="Arial" w:cs="Arial"/>
                <w:sz w:val="20"/>
                <w:szCs w:val="20"/>
              </w:rPr>
              <w:t>Check people are safe; establish facts; activate response lead; agree roles, decision rights and update cadence; protect assets and evidence.</w:t>
            </w:r>
          </w:p>
        </w:tc>
        <w:tc>
          <w:tcPr>
            <w:tcW w:w="1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449A869" w14:textId="77777777" w:rsidR="00AB3852" w:rsidRPr="00AB3852" w:rsidRDefault="00AB3852" w:rsidP="00AB3852">
            <w:pPr>
              <w:rPr>
                <w:rFonts w:ascii="Arial" w:hAnsi="Arial" w:cs="Arial"/>
                <w:sz w:val="20"/>
                <w:szCs w:val="20"/>
              </w:rPr>
            </w:pPr>
            <w:r w:rsidRPr="00AB3852">
              <w:rPr>
                <w:rFonts w:ascii="Arial" w:hAnsi="Arial" w:cs="Arial"/>
                <w:sz w:val="20"/>
                <w:szCs w:val="20"/>
              </w:rPr>
              <w:t>[Owner / notes]</w:t>
            </w:r>
          </w:p>
        </w:tc>
      </w:tr>
      <w:tr w:rsidR="00AB3852" w:rsidRPr="00AB3852" w14:paraId="077A85AD" w14:textId="77777777" w:rsidTr="006A3252">
        <w:trPr>
          <w:cantSplit/>
          <w:jc w:val="center"/>
        </w:trPr>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8872A1D" w14:textId="77777777" w:rsidR="00AB3852" w:rsidRPr="00AB3852" w:rsidRDefault="00AB3852" w:rsidP="00AB3852">
            <w:pPr>
              <w:rPr>
                <w:rFonts w:ascii="Arial" w:hAnsi="Arial" w:cs="Arial"/>
                <w:sz w:val="20"/>
                <w:szCs w:val="20"/>
              </w:rPr>
            </w:pPr>
            <w:r w:rsidRPr="00AB3852">
              <w:rPr>
                <w:rFonts w:ascii="Arial" w:hAnsi="Arial" w:cs="Arial"/>
                <w:sz w:val="20"/>
                <w:szCs w:val="20"/>
              </w:rPr>
              <w:t>First day</w:t>
            </w:r>
          </w:p>
        </w:tc>
        <w:tc>
          <w:tcPr>
            <w:tcW w:w="23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46795CA" w14:textId="77777777" w:rsidR="00AB3852" w:rsidRPr="00AB3852" w:rsidRDefault="00AB3852" w:rsidP="00AB3852">
            <w:pPr>
              <w:rPr>
                <w:rFonts w:ascii="Arial" w:hAnsi="Arial" w:cs="Arial"/>
                <w:sz w:val="20"/>
                <w:szCs w:val="20"/>
              </w:rPr>
            </w:pPr>
            <w:proofErr w:type="spellStart"/>
            <w:r w:rsidRPr="00AB3852">
              <w:rPr>
                <w:rFonts w:ascii="Arial" w:hAnsi="Arial" w:cs="Arial"/>
                <w:sz w:val="20"/>
                <w:szCs w:val="20"/>
              </w:rPr>
              <w:t>Stabilise</w:t>
            </w:r>
            <w:proofErr w:type="spellEnd"/>
            <w:r w:rsidRPr="00AB3852">
              <w:rPr>
                <w:rFonts w:ascii="Arial" w:hAnsi="Arial" w:cs="Arial"/>
                <w:sz w:val="20"/>
                <w:szCs w:val="20"/>
              </w:rPr>
              <w:t xml:space="preserve"> priority activities.</w:t>
            </w:r>
          </w:p>
        </w:tc>
        <w:tc>
          <w:tcPr>
            <w:tcW w:w="93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EA5EF1" w14:textId="77777777" w:rsidR="00AB3852" w:rsidRPr="00AB3852" w:rsidRDefault="00AB3852" w:rsidP="00AB3852">
            <w:pPr>
              <w:rPr>
                <w:rFonts w:ascii="Arial" w:hAnsi="Arial" w:cs="Arial"/>
                <w:sz w:val="20"/>
                <w:szCs w:val="20"/>
              </w:rPr>
            </w:pPr>
            <w:r w:rsidRPr="00AB3852">
              <w:rPr>
                <w:rFonts w:ascii="Arial" w:hAnsi="Arial" w:cs="Arial"/>
                <w:sz w:val="20"/>
                <w:szCs w:val="20"/>
              </w:rPr>
              <w:t>Assess impact on critical processes; start practical actions; send holding messages; confirm customer, supplier and cash priorities; record decisions.</w:t>
            </w:r>
          </w:p>
        </w:tc>
        <w:tc>
          <w:tcPr>
            <w:tcW w:w="1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49276D" w14:textId="77777777" w:rsidR="00AB3852" w:rsidRPr="00AB3852" w:rsidRDefault="00AB3852" w:rsidP="00AB3852">
            <w:pPr>
              <w:rPr>
                <w:rFonts w:ascii="Arial" w:hAnsi="Arial" w:cs="Arial"/>
                <w:sz w:val="20"/>
                <w:szCs w:val="20"/>
              </w:rPr>
            </w:pPr>
            <w:r w:rsidRPr="00AB3852">
              <w:rPr>
                <w:rFonts w:ascii="Arial" w:hAnsi="Arial" w:cs="Arial"/>
                <w:sz w:val="20"/>
                <w:szCs w:val="20"/>
              </w:rPr>
              <w:t>[Owner / notes]</w:t>
            </w:r>
          </w:p>
        </w:tc>
      </w:tr>
      <w:tr w:rsidR="00AB3852" w:rsidRPr="00AB3852" w14:paraId="3E1B3401" w14:textId="77777777" w:rsidTr="006A3252">
        <w:trPr>
          <w:cantSplit/>
          <w:jc w:val="center"/>
        </w:trPr>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266E1BE" w14:textId="77777777" w:rsidR="00AB3852" w:rsidRPr="00AB3852" w:rsidRDefault="00AB3852" w:rsidP="00AB3852">
            <w:pPr>
              <w:rPr>
                <w:rFonts w:ascii="Arial" w:hAnsi="Arial" w:cs="Arial"/>
                <w:sz w:val="20"/>
                <w:szCs w:val="20"/>
              </w:rPr>
            </w:pPr>
            <w:r w:rsidRPr="00AB3852">
              <w:rPr>
                <w:rFonts w:ascii="Arial" w:hAnsi="Arial" w:cs="Arial"/>
                <w:sz w:val="20"/>
                <w:szCs w:val="20"/>
              </w:rPr>
              <w:t>First week</w:t>
            </w:r>
          </w:p>
        </w:tc>
        <w:tc>
          <w:tcPr>
            <w:tcW w:w="23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FEEE9B9" w14:textId="77777777" w:rsidR="00AB3852" w:rsidRPr="00AB3852" w:rsidRDefault="00AB3852" w:rsidP="00AB3852">
            <w:pPr>
              <w:rPr>
                <w:rFonts w:ascii="Arial" w:hAnsi="Arial" w:cs="Arial"/>
                <w:sz w:val="20"/>
                <w:szCs w:val="20"/>
              </w:rPr>
            </w:pPr>
            <w:r w:rsidRPr="00AB3852">
              <w:rPr>
                <w:rFonts w:ascii="Arial" w:hAnsi="Arial" w:cs="Arial"/>
                <w:sz w:val="20"/>
                <w:szCs w:val="20"/>
              </w:rPr>
              <w:t>Recover, manage backlog and learn.</w:t>
            </w:r>
          </w:p>
        </w:tc>
        <w:tc>
          <w:tcPr>
            <w:tcW w:w="93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8944C9" w14:textId="77777777" w:rsidR="00AB3852" w:rsidRPr="00AB3852" w:rsidRDefault="00AB3852" w:rsidP="00AB3852">
            <w:pPr>
              <w:rPr>
                <w:rFonts w:ascii="Arial" w:hAnsi="Arial" w:cs="Arial"/>
                <w:sz w:val="20"/>
                <w:szCs w:val="20"/>
              </w:rPr>
            </w:pPr>
            <w:proofErr w:type="spellStart"/>
            <w:r w:rsidRPr="00AB3852">
              <w:rPr>
                <w:rFonts w:ascii="Arial" w:hAnsi="Arial" w:cs="Arial"/>
                <w:sz w:val="20"/>
                <w:szCs w:val="20"/>
              </w:rPr>
              <w:t>Stabilise</w:t>
            </w:r>
            <w:proofErr w:type="spellEnd"/>
            <w:r w:rsidRPr="00AB3852">
              <w:rPr>
                <w:rFonts w:ascii="Arial" w:hAnsi="Arial" w:cs="Arial"/>
                <w:sz w:val="20"/>
                <w:szCs w:val="20"/>
              </w:rPr>
              <w:t xml:space="preserve"> operations; manage fatigue and capacity; track costs and risks; review expectations of key parties; capture lessons and update the plan.</w:t>
            </w:r>
          </w:p>
        </w:tc>
        <w:tc>
          <w:tcPr>
            <w:tcW w:w="17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C20B70C" w14:textId="77777777" w:rsidR="00AB3852" w:rsidRPr="00AB3852" w:rsidRDefault="00AB3852" w:rsidP="00AB3852">
            <w:pPr>
              <w:rPr>
                <w:rFonts w:ascii="Arial" w:hAnsi="Arial" w:cs="Arial"/>
                <w:sz w:val="20"/>
                <w:szCs w:val="20"/>
              </w:rPr>
            </w:pPr>
            <w:r w:rsidRPr="00AB3852">
              <w:rPr>
                <w:rFonts w:ascii="Arial" w:hAnsi="Arial" w:cs="Arial"/>
                <w:sz w:val="20"/>
                <w:szCs w:val="20"/>
              </w:rPr>
              <w:t>[Owner / notes]</w:t>
            </w:r>
          </w:p>
        </w:tc>
      </w:tr>
    </w:tbl>
    <w:p w14:paraId="34A6F2E4"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03C0D738"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t>3.3 Incident decision log</w:t>
      </w:r>
    </w:p>
    <w:p w14:paraId="180D3046"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Use during an incident or test. Leave blank until decisions are made.</w:t>
      </w:r>
    </w:p>
    <w:tbl>
      <w:tblPr>
        <w:tblStyle w:val="TableGrid"/>
        <w:tblW w:w="0" w:type="auto"/>
        <w:jc w:val="center"/>
        <w:tblLayout w:type="fixed"/>
        <w:tblLook w:val="04A0" w:firstRow="1" w:lastRow="0" w:firstColumn="1" w:lastColumn="0" w:noHBand="0" w:noVBand="1"/>
      </w:tblPr>
      <w:tblGrid>
        <w:gridCol w:w="1800"/>
        <w:gridCol w:w="3024"/>
        <w:gridCol w:w="4031"/>
        <w:gridCol w:w="1872"/>
        <w:gridCol w:w="1584"/>
        <w:gridCol w:w="1728"/>
        <w:gridCol w:w="1224"/>
      </w:tblGrid>
      <w:tr w:rsidR="00AB3852" w:rsidRPr="00AB3852" w14:paraId="0DE4655F" w14:textId="77777777" w:rsidTr="006A3252">
        <w:trPr>
          <w:cantSplit/>
          <w:tblHeader/>
          <w:jc w:val="center"/>
        </w:trPr>
        <w:tc>
          <w:tcPr>
            <w:tcW w:w="180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D01B85C"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Date / time</w:t>
            </w:r>
          </w:p>
        </w:tc>
        <w:tc>
          <w:tcPr>
            <w:tcW w:w="302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60A6D79"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Decision or action</w:t>
            </w:r>
          </w:p>
        </w:tc>
        <w:tc>
          <w:tcPr>
            <w:tcW w:w="4031"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916A2CE"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Why this decision was made</w:t>
            </w:r>
          </w:p>
        </w:tc>
        <w:tc>
          <w:tcPr>
            <w:tcW w:w="187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470AF99"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Decision-maker</w:t>
            </w:r>
          </w:p>
        </w:tc>
        <w:tc>
          <w:tcPr>
            <w:tcW w:w="158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20D569A"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w:t>
            </w:r>
          </w:p>
        </w:tc>
        <w:tc>
          <w:tcPr>
            <w:tcW w:w="172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4C01981"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Due / trigger</w:t>
            </w:r>
          </w:p>
        </w:tc>
        <w:tc>
          <w:tcPr>
            <w:tcW w:w="122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89F2F3E"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Status</w:t>
            </w:r>
          </w:p>
        </w:tc>
      </w:tr>
      <w:tr w:rsidR="00AB3852" w:rsidRPr="00AB3852" w14:paraId="757BE2B3" w14:textId="77777777" w:rsidTr="006A3252">
        <w:trPr>
          <w:cantSplit/>
          <w:jc w:val="center"/>
        </w:trPr>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11AD21" w14:textId="77777777" w:rsidR="00AB3852" w:rsidRPr="00AB3852" w:rsidRDefault="00AB3852" w:rsidP="00AB3852">
            <w:pPr>
              <w:rPr>
                <w:rFonts w:ascii="Arial" w:hAnsi="Arial" w:cs="Arial"/>
                <w:sz w:val="20"/>
                <w:szCs w:val="20"/>
              </w:rPr>
            </w:pPr>
            <w:r w:rsidRPr="00AB3852">
              <w:rPr>
                <w:rFonts w:ascii="Arial" w:hAnsi="Arial" w:cs="Arial"/>
                <w:sz w:val="20"/>
                <w:szCs w:val="20"/>
              </w:rPr>
              <w:t>[Date/time]</w:t>
            </w: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2B86A1" w14:textId="77777777" w:rsidR="00AB3852" w:rsidRPr="00AB3852" w:rsidRDefault="00AB3852" w:rsidP="00AB3852">
            <w:pPr>
              <w:rPr>
                <w:rFonts w:ascii="Arial" w:hAnsi="Arial" w:cs="Arial"/>
                <w:sz w:val="20"/>
                <w:szCs w:val="20"/>
              </w:rPr>
            </w:pPr>
            <w:r w:rsidRPr="00AB3852">
              <w:rPr>
                <w:rFonts w:ascii="Arial" w:hAnsi="Arial" w:cs="Arial"/>
                <w:sz w:val="20"/>
                <w:szCs w:val="20"/>
              </w:rPr>
              <w:t>[Decision/action]</w:t>
            </w:r>
          </w:p>
        </w:tc>
        <w:tc>
          <w:tcPr>
            <w:tcW w:w="403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D8BECE" w14:textId="77777777" w:rsidR="00AB3852" w:rsidRPr="00AB3852" w:rsidRDefault="00AB3852" w:rsidP="00AB3852">
            <w:pPr>
              <w:rPr>
                <w:rFonts w:ascii="Arial" w:hAnsi="Arial" w:cs="Arial"/>
                <w:sz w:val="20"/>
                <w:szCs w:val="20"/>
              </w:rPr>
            </w:pPr>
            <w:r w:rsidRPr="00AB3852">
              <w:rPr>
                <w:rFonts w:ascii="Arial" w:hAnsi="Arial" w:cs="Arial"/>
                <w:sz w:val="20"/>
                <w:szCs w:val="20"/>
              </w:rPr>
              <w:t>[Rationale]</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51CC965" w14:textId="77777777" w:rsidR="00AB3852" w:rsidRPr="00AB3852" w:rsidRDefault="00AB3852" w:rsidP="00AB3852">
            <w:pPr>
              <w:rPr>
                <w:rFonts w:ascii="Arial" w:hAnsi="Arial" w:cs="Arial"/>
                <w:sz w:val="20"/>
                <w:szCs w:val="20"/>
              </w:rPr>
            </w:pPr>
            <w:r w:rsidRPr="00AB3852">
              <w:rPr>
                <w:rFonts w:ascii="Arial" w:hAnsi="Arial" w:cs="Arial"/>
                <w:sz w:val="20"/>
                <w:szCs w:val="20"/>
              </w:rPr>
              <w:t>[Name]</w:t>
            </w:r>
          </w:p>
        </w:tc>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C66D207"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F942212" w14:textId="77777777" w:rsidR="00AB3852" w:rsidRPr="00AB3852" w:rsidRDefault="00AB3852" w:rsidP="00AB3852">
            <w:pPr>
              <w:rPr>
                <w:rFonts w:ascii="Arial" w:hAnsi="Arial" w:cs="Arial"/>
                <w:sz w:val="20"/>
                <w:szCs w:val="20"/>
              </w:rPr>
            </w:pPr>
            <w:r w:rsidRPr="00AB3852">
              <w:rPr>
                <w:rFonts w:ascii="Arial" w:hAnsi="Arial" w:cs="Arial"/>
                <w:sz w:val="20"/>
                <w:szCs w:val="20"/>
              </w:rPr>
              <w:t>[Due/trigger]</w:t>
            </w: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0EBE9FB" w14:textId="77777777" w:rsidR="00AB3852" w:rsidRPr="00AB3852" w:rsidRDefault="00AB3852" w:rsidP="00AB3852">
            <w:pPr>
              <w:rPr>
                <w:rFonts w:ascii="Arial" w:hAnsi="Arial" w:cs="Arial"/>
                <w:sz w:val="20"/>
                <w:szCs w:val="20"/>
              </w:rPr>
            </w:pPr>
            <w:r w:rsidRPr="00AB3852">
              <w:rPr>
                <w:rFonts w:ascii="Arial" w:hAnsi="Arial" w:cs="Arial"/>
                <w:sz w:val="20"/>
                <w:szCs w:val="20"/>
              </w:rPr>
              <w:t>[Open/closed]</w:t>
            </w:r>
          </w:p>
        </w:tc>
      </w:tr>
      <w:tr w:rsidR="00AB3852" w:rsidRPr="00AB3852" w14:paraId="38CBF8AC" w14:textId="77777777" w:rsidTr="006A3252">
        <w:trPr>
          <w:cantSplit/>
          <w:jc w:val="center"/>
        </w:trPr>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CB4E6CA" w14:textId="77777777" w:rsidR="00AB3852" w:rsidRPr="00AB3852" w:rsidRDefault="00AB3852" w:rsidP="00AB3852">
            <w:pPr>
              <w:rPr>
                <w:rFonts w:ascii="Arial" w:hAnsi="Arial" w:cs="Arial"/>
                <w:sz w:val="20"/>
                <w:szCs w:val="20"/>
              </w:rPr>
            </w:pP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0698D8" w14:textId="77777777" w:rsidR="00AB3852" w:rsidRPr="00AB3852" w:rsidRDefault="00AB3852" w:rsidP="00AB3852">
            <w:pPr>
              <w:rPr>
                <w:rFonts w:ascii="Arial" w:hAnsi="Arial" w:cs="Arial"/>
                <w:sz w:val="20"/>
                <w:szCs w:val="20"/>
              </w:rPr>
            </w:pPr>
          </w:p>
        </w:tc>
        <w:tc>
          <w:tcPr>
            <w:tcW w:w="403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22588F" w14:textId="77777777" w:rsidR="00AB3852" w:rsidRPr="00AB3852" w:rsidRDefault="00AB3852" w:rsidP="00AB3852">
            <w:pPr>
              <w:rPr>
                <w:rFonts w:ascii="Arial" w:hAnsi="Arial" w:cs="Arial"/>
                <w:sz w:val="20"/>
                <w:szCs w:val="20"/>
              </w:rPr>
            </w:pP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3AC215F" w14:textId="77777777" w:rsidR="00AB3852" w:rsidRPr="00AB3852" w:rsidRDefault="00AB3852" w:rsidP="00AB3852">
            <w:pPr>
              <w:rPr>
                <w:rFonts w:ascii="Arial" w:hAnsi="Arial" w:cs="Arial"/>
                <w:sz w:val="20"/>
                <w:szCs w:val="20"/>
              </w:rPr>
            </w:pPr>
          </w:p>
        </w:tc>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D88EE8F" w14:textId="77777777" w:rsidR="00AB3852" w:rsidRPr="00AB3852" w:rsidRDefault="00AB3852" w:rsidP="00AB3852">
            <w:pPr>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934D4DF" w14:textId="77777777" w:rsidR="00AB3852" w:rsidRPr="00AB3852" w:rsidRDefault="00AB3852" w:rsidP="00AB3852">
            <w:pPr>
              <w:rPr>
                <w:rFonts w:ascii="Arial" w:hAnsi="Arial" w:cs="Arial"/>
                <w:sz w:val="20"/>
                <w:szCs w:val="20"/>
              </w:rPr>
            </w:pP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AD7184C" w14:textId="77777777" w:rsidR="00AB3852" w:rsidRPr="00AB3852" w:rsidRDefault="00AB3852" w:rsidP="00AB3852">
            <w:pPr>
              <w:rPr>
                <w:rFonts w:ascii="Arial" w:hAnsi="Arial" w:cs="Arial"/>
                <w:sz w:val="20"/>
                <w:szCs w:val="20"/>
              </w:rPr>
            </w:pPr>
          </w:p>
        </w:tc>
      </w:tr>
      <w:tr w:rsidR="00AB3852" w:rsidRPr="00AB3852" w14:paraId="16FEC30F" w14:textId="77777777" w:rsidTr="006A3252">
        <w:trPr>
          <w:cantSplit/>
          <w:jc w:val="center"/>
        </w:trPr>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40FA8E4" w14:textId="77777777" w:rsidR="00AB3852" w:rsidRPr="00AB3852" w:rsidRDefault="00AB3852" w:rsidP="00AB3852">
            <w:pPr>
              <w:rPr>
                <w:rFonts w:ascii="Arial" w:hAnsi="Arial" w:cs="Arial"/>
                <w:sz w:val="20"/>
                <w:szCs w:val="20"/>
              </w:rPr>
            </w:pP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7CEF477" w14:textId="77777777" w:rsidR="00AB3852" w:rsidRPr="00AB3852" w:rsidRDefault="00AB3852" w:rsidP="00AB3852">
            <w:pPr>
              <w:rPr>
                <w:rFonts w:ascii="Arial" w:hAnsi="Arial" w:cs="Arial"/>
                <w:sz w:val="20"/>
                <w:szCs w:val="20"/>
              </w:rPr>
            </w:pPr>
          </w:p>
        </w:tc>
        <w:tc>
          <w:tcPr>
            <w:tcW w:w="403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9855792" w14:textId="77777777" w:rsidR="00AB3852" w:rsidRPr="00AB3852" w:rsidRDefault="00AB3852" w:rsidP="00AB3852">
            <w:pPr>
              <w:rPr>
                <w:rFonts w:ascii="Arial" w:hAnsi="Arial" w:cs="Arial"/>
                <w:sz w:val="20"/>
                <w:szCs w:val="20"/>
              </w:rPr>
            </w:pP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7D2373" w14:textId="77777777" w:rsidR="00AB3852" w:rsidRPr="00AB3852" w:rsidRDefault="00AB3852" w:rsidP="00AB3852">
            <w:pPr>
              <w:rPr>
                <w:rFonts w:ascii="Arial" w:hAnsi="Arial" w:cs="Arial"/>
                <w:sz w:val="20"/>
                <w:szCs w:val="20"/>
              </w:rPr>
            </w:pPr>
          </w:p>
        </w:tc>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AC5E172" w14:textId="77777777" w:rsidR="00AB3852" w:rsidRPr="00AB3852" w:rsidRDefault="00AB3852" w:rsidP="00AB3852">
            <w:pPr>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66B71E" w14:textId="77777777" w:rsidR="00AB3852" w:rsidRPr="00AB3852" w:rsidRDefault="00AB3852" w:rsidP="00AB3852">
            <w:pPr>
              <w:rPr>
                <w:rFonts w:ascii="Arial" w:hAnsi="Arial" w:cs="Arial"/>
                <w:sz w:val="20"/>
                <w:szCs w:val="20"/>
              </w:rPr>
            </w:pP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8BD889" w14:textId="77777777" w:rsidR="00AB3852" w:rsidRPr="00AB3852" w:rsidRDefault="00AB3852" w:rsidP="00AB3852">
            <w:pPr>
              <w:rPr>
                <w:rFonts w:ascii="Arial" w:hAnsi="Arial" w:cs="Arial"/>
                <w:sz w:val="20"/>
                <w:szCs w:val="20"/>
              </w:rPr>
            </w:pPr>
          </w:p>
        </w:tc>
      </w:tr>
      <w:tr w:rsidR="00AB3852" w:rsidRPr="00AB3852" w14:paraId="51EF0E63" w14:textId="77777777" w:rsidTr="006A3252">
        <w:trPr>
          <w:cantSplit/>
          <w:jc w:val="center"/>
        </w:trPr>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8DCE45" w14:textId="77777777" w:rsidR="00AB3852" w:rsidRPr="00AB3852" w:rsidRDefault="00AB3852" w:rsidP="00AB3852">
            <w:pPr>
              <w:rPr>
                <w:rFonts w:ascii="Arial" w:hAnsi="Arial" w:cs="Arial"/>
                <w:sz w:val="20"/>
                <w:szCs w:val="20"/>
              </w:rPr>
            </w:pP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2F1345" w14:textId="77777777" w:rsidR="00AB3852" w:rsidRPr="00AB3852" w:rsidRDefault="00AB3852" w:rsidP="00AB3852">
            <w:pPr>
              <w:rPr>
                <w:rFonts w:ascii="Arial" w:hAnsi="Arial" w:cs="Arial"/>
                <w:sz w:val="20"/>
                <w:szCs w:val="20"/>
              </w:rPr>
            </w:pPr>
          </w:p>
        </w:tc>
        <w:tc>
          <w:tcPr>
            <w:tcW w:w="403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030E9E" w14:textId="77777777" w:rsidR="00AB3852" w:rsidRPr="00AB3852" w:rsidRDefault="00AB3852" w:rsidP="00AB3852">
            <w:pPr>
              <w:rPr>
                <w:rFonts w:ascii="Arial" w:hAnsi="Arial" w:cs="Arial"/>
                <w:sz w:val="20"/>
                <w:szCs w:val="20"/>
              </w:rPr>
            </w:pP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5480FD" w14:textId="77777777" w:rsidR="00AB3852" w:rsidRPr="00AB3852" w:rsidRDefault="00AB3852" w:rsidP="00AB3852">
            <w:pPr>
              <w:rPr>
                <w:rFonts w:ascii="Arial" w:hAnsi="Arial" w:cs="Arial"/>
                <w:sz w:val="20"/>
                <w:szCs w:val="20"/>
              </w:rPr>
            </w:pPr>
          </w:p>
        </w:tc>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E54F97" w14:textId="77777777" w:rsidR="00AB3852" w:rsidRPr="00AB3852" w:rsidRDefault="00AB3852" w:rsidP="00AB3852">
            <w:pPr>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2B19FE" w14:textId="77777777" w:rsidR="00AB3852" w:rsidRPr="00AB3852" w:rsidRDefault="00AB3852" w:rsidP="00AB3852">
            <w:pPr>
              <w:rPr>
                <w:rFonts w:ascii="Arial" w:hAnsi="Arial" w:cs="Arial"/>
                <w:sz w:val="20"/>
                <w:szCs w:val="20"/>
              </w:rPr>
            </w:pP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A90D959" w14:textId="77777777" w:rsidR="00AB3852" w:rsidRPr="00AB3852" w:rsidRDefault="00AB3852" w:rsidP="00AB3852">
            <w:pPr>
              <w:rPr>
                <w:rFonts w:ascii="Arial" w:hAnsi="Arial" w:cs="Arial"/>
                <w:sz w:val="20"/>
                <w:szCs w:val="20"/>
              </w:rPr>
            </w:pPr>
          </w:p>
        </w:tc>
      </w:tr>
      <w:tr w:rsidR="00AB3852" w:rsidRPr="00AB3852" w14:paraId="76A88E3A" w14:textId="77777777" w:rsidTr="006A3252">
        <w:trPr>
          <w:cantSplit/>
          <w:jc w:val="center"/>
        </w:trPr>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07CABF" w14:textId="77777777" w:rsidR="00AB3852" w:rsidRPr="00AB3852" w:rsidRDefault="00AB3852" w:rsidP="00AB3852">
            <w:pPr>
              <w:rPr>
                <w:rFonts w:ascii="Arial" w:hAnsi="Arial" w:cs="Arial"/>
                <w:sz w:val="20"/>
                <w:szCs w:val="20"/>
              </w:rPr>
            </w:pP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4F9F8F9" w14:textId="77777777" w:rsidR="00AB3852" w:rsidRPr="00AB3852" w:rsidRDefault="00AB3852" w:rsidP="00AB3852">
            <w:pPr>
              <w:rPr>
                <w:rFonts w:ascii="Arial" w:hAnsi="Arial" w:cs="Arial"/>
                <w:sz w:val="20"/>
                <w:szCs w:val="20"/>
              </w:rPr>
            </w:pPr>
          </w:p>
        </w:tc>
        <w:tc>
          <w:tcPr>
            <w:tcW w:w="403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4D13E67" w14:textId="77777777" w:rsidR="00AB3852" w:rsidRPr="00AB3852" w:rsidRDefault="00AB3852" w:rsidP="00AB3852">
            <w:pPr>
              <w:rPr>
                <w:rFonts w:ascii="Arial" w:hAnsi="Arial" w:cs="Arial"/>
                <w:sz w:val="20"/>
                <w:szCs w:val="20"/>
              </w:rPr>
            </w:pP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A53B602" w14:textId="77777777" w:rsidR="00AB3852" w:rsidRPr="00AB3852" w:rsidRDefault="00AB3852" w:rsidP="00AB3852">
            <w:pPr>
              <w:rPr>
                <w:rFonts w:ascii="Arial" w:hAnsi="Arial" w:cs="Arial"/>
                <w:sz w:val="20"/>
                <w:szCs w:val="20"/>
              </w:rPr>
            </w:pPr>
          </w:p>
        </w:tc>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87A343B" w14:textId="77777777" w:rsidR="00AB3852" w:rsidRPr="00AB3852" w:rsidRDefault="00AB3852" w:rsidP="00AB3852">
            <w:pPr>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3329C8A" w14:textId="77777777" w:rsidR="00AB3852" w:rsidRPr="00AB3852" w:rsidRDefault="00AB3852" w:rsidP="00AB3852">
            <w:pPr>
              <w:rPr>
                <w:rFonts w:ascii="Arial" w:hAnsi="Arial" w:cs="Arial"/>
                <w:sz w:val="20"/>
                <w:szCs w:val="20"/>
              </w:rPr>
            </w:pP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7AC4390" w14:textId="77777777" w:rsidR="00AB3852" w:rsidRPr="00AB3852" w:rsidRDefault="00AB3852" w:rsidP="00AB3852">
            <w:pPr>
              <w:rPr>
                <w:rFonts w:ascii="Arial" w:hAnsi="Arial" w:cs="Arial"/>
                <w:sz w:val="20"/>
                <w:szCs w:val="20"/>
              </w:rPr>
            </w:pPr>
          </w:p>
        </w:tc>
      </w:tr>
      <w:tr w:rsidR="00AB3852" w:rsidRPr="00AB3852" w14:paraId="712D704C" w14:textId="77777777" w:rsidTr="006A3252">
        <w:trPr>
          <w:cantSplit/>
          <w:jc w:val="center"/>
        </w:trPr>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6539A3" w14:textId="77777777" w:rsidR="00AB3852" w:rsidRPr="00AB3852" w:rsidRDefault="00AB3852" w:rsidP="00AB3852">
            <w:pPr>
              <w:rPr>
                <w:rFonts w:ascii="Arial" w:hAnsi="Arial" w:cs="Arial"/>
                <w:sz w:val="20"/>
                <w:szCs w:val="20"/>
              </w:rPr>
            </w:pP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560F1B7" w14:textId="77777777" w:rsidR="00AB3852" w:rsidRPr="00AB3852" w:rsidRDefault="00AB3852" w:rsidP="00AB3852">
            <w:pPr>
              <w:rPr>
                <w:rFonts w:ascii="Arial" w:hAnsi="Arial" w:cs="Arial"/>
                <w:sz w:val="20"/>
                <w:szCs w:val="20"/>
              </w:rPr>
            </w:pPr>
          </w:p>
        </w:tc>
        <w:tc>
          <w:tcPr>
            <w:tcW w:w="403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325C89A" w14:textId="77777777" w:rsidR="00AB3852" w:rsidRPr="00AB3852" w:rsidRDefault="00AB3852" w:rsidP="00AB3852">
            <w:pPr>
              <w:rPr>
                <w:rFonts w:ascii="Arial" w:hAnsi="Arial" w:cs="Arial"/>
                <w:sz w:val="20"/>
                <w:szCs w:val="20"/>
              </w:rPr>
            </w:pP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8DB4F5" w14:textId="77777777" w:rsidR="00AB3852" w:rsidRPr="00AB3852" w:rsidRDefault="00AB3852" w:rsidP="00AB3852">
            <w:pPr>
              <w:rPr>
                <w:rFonts w:ascii="Arial" w:hAnsi="Arial" w:cs="Arial"/>
                <w:sz w:val="20"/>
                <w:szCs w:val="20"/>
              </w:rPr>
            </w:pPr>
          </w:p>
        </w:tc>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63DBE4" w14:textId="77777777" w:rsidR="00AB3852" w:rsidRPr="00AB3852" w:rsidRDefault="00AB3852" w:rsidP="00AB3852">
            <w:pPr>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FF79F34" w14:textId="77777777" w:rsidR="00AB3852" w:rsidRPr="00AB3852" w:rsidRDefault="00AB3852" w:rsidP="00AB3852">
            <w:pPr>
              <w:rPr>
                <w:rFonts w:ascii="Arial" w:hAnsi="Arial" w:cs="Arial"/>
                <w:sz w:val="20"/>
                <w:szCs w:val="20"/>
              </w:rPr>
            </w:pPr>
          </w:p>
        </w:tc>
        <w:tc>
          <w:tcPr>
            <w:tcW w:w="12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A384E0" w14:textId="77777777" w:rsidR="00AB3852" w:rsidRPr="00AB3852" w:rsidRDefault="00AB3852" w:rsidP="00AB3852">
            <w:pPr>
              <w:rPr>
                <w:rFonts w:ascii="Arial" w:hAnsi="Arial" w:cs="Arial"/>
                <w:sz w:val="20"/>
                <w:szCs w:val="20"/>
              </w:rPr>
            </w:pPr>
          </w:p>
        </w:tc>
      </w:tr>
    </w:tbl>
    <w:p w14:paraId="7739F52A"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1C90AA9F" w14:textId="77777777" w:rsidR="00832E91" w:rsidRDefault="00832E91">
      <w:pPr>
        <w:rPr>
          <w:rFonts w:ascii="Arial" w:eastAsia="MS Gothic" w:hAnsi="Arial" w:cs="Arial"/>
          <w:b/>
          <w:bCs/>
          <w:color w:val="3D3D3D"/>
          <w:kern w:val="0"/>
          <w:sz w:val="20"/>
          <w:szCs w:val="20"/>
          <w:lang w:val="en-US"/>
          <w14:ligatures w14:val="none"/>
        </w:rPr>
      </w:pPr>
      <w:r>
        <w:rPr>
          <w:rFonts w:ascii="Arial" w:eastAsia="MS Gothic" w:hAnsi="Arial" w:cs="Arial"/>
          <w:b/>
          <w:bCs/>
          <w:color w:val="3D3D3D"/>
          <w:kern w:val="0"/>
          <w:sz w:val="20"/>
          <w:szCs w:val="20"/>
          <w:lang w:val="en-US"/>
          <w14:ligatures w14:val="none"/>
        </w:rPr>
        <w:br w:type="page"/>
      </w:r>
    </w:p>
    <w:p w14:paraId="057F3948" w14:textId="162B7769"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3.4 Recovery action plan</w:t>
      </w:r>
    </w:p>
    <w:p w14:paraId="7CC53DB8"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 xml:space="preserve">Use during an incident or test for activated recovery actions. Reference action IDs from 1.1C </w:t>
      </w:r>
      <w:proofErr w:type="gramStart"/>
      <w:r w:rsidRPr="00AB3852">
        <w:rPr>
          <w:rFonts w:ascii="Arial" w:eastAsia="MS Mincho" w:hAnsi="Arial" w:cs="Arial"/>
          <w:i/>
          <w:color w:val="555555"/>
          <w:kern w:val="0"/>
          <w:sz w:val="20"/>
          <w:szCs w:val="20"/>
          <w:lang w:val="en-US"/>
          <w14:ligatures w14:val="none"/>
        </w:rPr>
        <w:t>where</w:t>
      </w:r>
      <w:proofErr w:type="gramEnd"/>
      <w:r w:rsidRPr="00AB3852">
        <w:rPr>
          <w:rFonts w:ascii="Arial" w:eastAsia="MS Mincho" w:hAnsi="Arial" w:cs="Arial"/>
          <w:i/>
          <w:color w:val="555555"/>
          <w:kern w:val="0"/>
          <w:sz w:val="20"/>
          <w:szCs w:val="20"/>
          <w:lang w:val="en-US"/>
          <w14:ligatures w14:val="none"/>
        </w:rPr>
        <w:t xml:space="preserve"> possible and add event-specific actions from 1.3 or 3.6 as needed. Do not duplicate standing backup actions unless they are activated.</w:t>
      </w:r>
    </w:p>
    <w:tbl>
      <w:tblPr>
        <w:tblStyle w:val="TableGrid"/>
        <w:tblW w:w="0" w:type="auto"/>
        <w:jc w:val="center"/>
        <w:tblLayout w:type="fixed"/>
        <w:tblLook w:val="04A0" w:firstRow="1" w:lastRow="0" w:firstColumn="1" w:lastColumn="0" w:noHBand="0" w:noVBand="1"/>
      </w:tblPr>
      <w:tblGrid>
        <w:gridCol w:w="864"/>
        <w:gridCol w:w="2401"/>
        <w:gridCol w:w="3215"/>
        <w:gridCol w:w="1584"/>
        <w:gridCol w:w="1728"/>
        <w:gridCol w:w="1872"/>
        <w:gridCol w:w="2448"/>
        <w:gridCol w:w="1152"/>
      </w:tblGrid>
      <w:tr w:rsidR="00AB3852" w:rsidRPr="00AB3852" w14:paraId="3A1FCDFC" w14:textId="77777777" w:rsidTr="006A3252">
        <w:trPr>
          <w:cantSplit/>
          <w:tblHeader/>
          <w:jc w:val="center"/>
        </w:trPr>
        <w:tc>
          <w:tcPr>
            <w:tcW w:w="86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5DDAF6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Scenario priority</w:t>
            </w:r>
          </w:p>
        </w:tc>
        <w:tc>
          <w:tcPr>
            <w:tcW w:w="2401"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49E200A"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Source action ID</w:t>
            </w:r>
          </w:p>
        </w:tc>
        <w:tc>
          <w:tcPr>
            <w:tcW w:w="321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13FE685"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Recovery action</w:t>
            </w:r>
          </w:p>
        </w:tc>
        <w:tc>
          <w:tcPr>
            <w:tcW w:w="158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B7B2959"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Critical process / function supported</w:t>
            </w:r>
          </w:p>
        </w:tc>
        <w:tc>
          <w:tcPr>
            <w:tcW w:w="172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EEE1B8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w:t>
            </w:r>
          </w:p>
        </w:tc>
        <w:tc>
          <w:tcPr>
            <w:tcW w:w="187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FA35FAA"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Due / trigger</w:t>
            </w:r>
          </w:p>
        </w:tc>
        <w:tc>
          <w:tcPr>
            <w:tcW w:w="244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999D121"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Dependency / evidence required</w:t>
            </w:r>
          </w:p>
        </w:tc>
        <w:tc>
          <w:tcPr>
            <w:tcW w:w="115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CF8A6B3"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Status</w:t>
            </w:r>
          </w:p>
        </w:tc>
      </w:tr>
      <w:tr w:rsidR="00AB3852" w:rsidRPr="00AB3852" w14:paraId="7797B29C"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12E15C9" w14:textId="77777777" w:rsidR="00AB3852" w:rsidRPr="00AB3852" w:rsidRDefault="00AB3852" w:rsidP="00AB3852">
            <w:pPr>
              <w:rPr>
                <w:rFonts w:ascii="Arial" w:hAnsi="Arial" w:cs="Arial"/>
                <w:sz w:val="20"/>
                <w:szCs w:val="20"/>
              </w:rPr>
            </w:pPr>
            <w:r w:rsidRPr="00AB3852">
              <w:rPr>
                <w:rFonts w:ascii="Arial" w:hAnsi="Arial" w:cs="Arial"/>
                <w:sz w:val="20"/>
                <w:szCs w:val="20"/>
              </w:rPr>
              <w:t>1</w:t>
            </w:r>
          </w:p>
        </w:tc>
        <w:tc>
          <w:tcPr>
            <w:tcW w:w="24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006A6AD"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Control Process Action </w:t>
            </w:r>
          </w:p>
        </w:tc>
        <w:tc>
          <w:tcPr>
            <w:tcW w:w="3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A34E8A0" w14:textId="77777777" w:rsidR="00AB3852" w:rsidRPr="00AB3852" w:rsidRDefault="00AB3852" w:rsidP="00AB3852">
            <w:pPr>
              <w:rPr>
                <w:rFonts w:ascii="Arial" w:hAnsi="Arial" w:cs="Arial"/>
                <w:sz w:val="20"/>
                <w:szCs w:val="20"/>
              </w:rPr>
            </w:pPr>
            <w:r w:rsidRPr="00AB3852">
              <w:rPr>
                <w:rFonts w:ascii="Arial" w:hAnsi="Arial" w:cs="Arial"/>
                <w:sz w:val="20"/>
                <w:szCs w:val="20"/>
              </w:rPr>
              <w:t>[Activated action]</w:t>
            </w:r>
          </w:p>
        </w:tc>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CD41A8" w14:textId="77777777" w:rsidR="00AB3852" w:rsidRPr="00AB3852" w:rsidRDefault="00AB3852" w:rsidP="00AB3852">
            <w:pPr>
              <w:rPr>
                <w:rFonts w:ascii="Arial" w:hAnsi="Arial" w:cs="Arial"/>
                <w:sz w:val="20"/>
                <w:szCs w:val="20"/>
              </w:rPr>
            </w:pPr>
            <w:r w:rsidRPr="00AB3852">
              <w:rPr>
                <w:rFonts w:ascii="Arial" w:hAnsi="Arial" w:cs="Arial"/>
                <w:sz w:val="20"/>
                <w:szCs w:val="20"/>
              </w:rPr>
              <w:t>[CP / function]</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F5C8359"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27EBD0" w14:textId="77777777" w:rsidR="00AB3852" w:rsidRPr="00AB3852" w:rsidRDefault="00AB3852" w:rsidP="00AB3852">
            <w:pPr>
              <w:rPr>
                <w:rFonts w:ascii="Arial" w:hAnsi="Arial" w:cs="Arial"/>
                <w:sz w:val="20"/>
                <w:szCs w:val="20"/>
              </w:rPr>
            </w:pPr>
            <w:r w:rsidRPr="00AB3852">
              <w:rPr>
                <w:rFonts w:ascii="Arial" w:hAnsi="Arial" w:cs="Arial"/>
                <w:sz w:val="20"/>
                <w:szCs w:val="20"/>
              </w:rPr>
              <w:t>[Due / trigger]</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8E556A" w14:textId="77777777" w:rsidR="00AB3852" w:rsidRPr="00AB3852" w:rsidRDefault="00AB3852" w:rsidP="00AB3852">
            <w:pPr>
              <w:rPr>
                <w:rFonts w:ascii="Arial" w:hAnsi="Arial" w:cs="Arial"/>
                <w:sz w:val="20"/>
                <w:szCs w:val="20"/>
              </w:rPr>
            </w:pPr>
            <w:r w:rsidRPr="00AB3852">
              <w:rPr>
                <w:rFonts w:ascii="Arial" w:hAnsi="Arial" w:cs="Arial"/>
                <w:sz w:val="20"/>
                <w:szCs w:val="20"/>
              </w:rPr>
              <w:t>[Dependency / evidence]</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06FAEF5" w14:textId="77777777" w:rsidR="00AB3852" w:rsidRPr="00AB3852" w:rsidRDefault="00AB3852" w:rsidP="00AB3852">
            <w:pPr>
              <w:rPr>
                <w:rFonts w:ascii="Arial" w:hAnsi="Arial" w:cs="Arial"/>
                <w:sz w:val="20"/>
                <w:szCs w:val="20"/>
              </w:rPr>
            </w:pPr>
            <w:r w:rsidRPr="00AB3852">
              <w:rPr>
                <w:rFonts w:ascii="Arial" w:hAnsi="Arial" w:cs="Arial"/>
                <w:sz w:val="20"/>
                <w:szCs w:val="20"/>
              </w:rPr>
              <w:t>[Open / closed]</w:t>
            </w:r>
          </w:p>
        </w:tc>
      </w:tr>
      <w:tr w:rsidR="00AB3852" w:rsidRPr="00AB3852" w14:paraId="24C103C9"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1AC0110" w14:textId="77777777" w:rsidR="00AB3852" w:rsidRPr="00AB3852" w:rsidRDefault="00AB3852" w:rsidP="00AB3852">
            <w:pPr>
              <w:rPr>
                <w:rFonts w:ascii="Arial" w:hAnsi="Arial" w:cs="Arial"/>
                <w:sz w:val="20"/>
                <w:szCs w:val="20"/>
              </w:rPr>
            </w:pPr>
            <w:r w:rsidRPr="00AB3852">
              <w:rPr>
                <w:rFonts w:ascii="Arial" w:hAnsi="Arial" w:cs="Arial"/>
                <w:sz w:val="20"/>
                <w:szCs w:val="20"/>
              </w:rPr>
              <w:t>2</w:t>
            </w:r>
          </w:p>
        </w:tc>
        <w:tc>
          <w:tcPr>
            <w:tcW w:w="24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B175FE"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Control Process Action </w:t>
            </w:r>
          </w:p>
        </w:tc>
        <w:tc>
          <w:tcPr>
            <w:tcW w:w="3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084712" w14:textId="77777777" w:rsidR="00AB3852" w:rsidRPr="00AB3852" w:rsidRDefault="00AB3852" w:rsidP="00AB3852">
            <w:pPr>
              <w:rPr>
                <w:rFonts w:ascii="Arial" w:hAnsi="Arial" w:cs="Arial"/>
                <w:sz w:val="20"/>
                <w:szCs w:val="20"/>
              </w:rPr>
            </w:pPr>
            <w:r w:rsidRPr="00AB3852">
              <w:rPr>
                <w:rFonts w:ascii="Arial" w:hAnsi="Arial" w:cs="Arial"/>
                <w:sz w:val="20"/>
                <w:szCs w:val="20"/>
              </w:rPr>
              <w:t>[Activated action]</w:t>
            </w:r>
          </w:p>
        </w:tc>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9B6769" w14:textId="77777777" w:rsidR="00AB3852" w:rsidRPr="00AB3852" w:rsidRDefault="00AB3852" w:rsidP="00AB3852">
            <w:pPr>
              <w:rPr>
                <w:rFonts w:ascii="Arial" w:hAnsi="Arial" w:cs="Arial"/>
                <w:sz w:val="20"/>
                <w:szCs w:val="20"/>
              </w:rPr>
            </w:pPr>
            <w:r w:rsidRPr="00AB3852">
              <w:rPr>
                <w:rFonts w:ascii="Arial" w:hAnsi="Arial" w:cs="Arial"/>
                <w:sz w:val="20"/>
                <w:szCs w:val="20"/>
              </w:rPr>
              <w:t>[CP / function]</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DDB1A3C"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8A49A3" w14:textId="77777777" w:rsidR="00AB3852" w:rsidRPr="00AB3852" w:rsidRDefault="00AB3852" w:rsidP="00AB3852">
            <w:pPr>
              <w:rPr>
                <w:rFonts w:ascii="Arial" w:hAnsi="Arial" w:cs="Arial"/>
                <w:sz w:val="20"/>
                <w:szCs w:val="20"/>
              </w:rPr>
            </w:pPr>
            <w:r w:rsidRPr="00AB3852">
              <w:rPr>
                <w:rFonts w:ascii="Arial" w:hAnsi="Arial" w:cs="Arial"/>
                <w:sz w:val="20"/>
                <w:szCs w:val="20"/>
              </w:rPr>
              <w:t>[Due / trigger]</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37C3E3" w14:textId="77777777" w:rsidR="00AB3852" w:rsidRPr="00AB3852" w:rsidRDefault="00AB3852" w:rsidP="00AB3852">
            <w:pPr>
              <w:rPr>
                <w:rFonts w:ascii="Arial" w:hAnsi="Arial" w:cs="Arial"/>
                <w:sz w:val="20"/>
                <w:szCs w:val="20"/>
              </w:rPr>
            </w:pPr>
            <w:r w:rsidRPr="00AB3852">
              <w:rPr>
                <w:rFonts w:ascii="Arial" w:hAnsi="Arial" w:cs="Arial"/>
                <w:sz w:val="20"/>
                <w:szCs w:val="20"/>
              </w:rPr>
              <w:t>[Dependency / evidence]</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62B4DB" w14:textId="77777777" w:rsidR="00AB3852" w:rsidRPr="00AB3852" w:rsidRDefault="00AB3852" w:rsidP="00AB3852">
            <w:pPr>
              <w:rPr>
                <w:rFonts w:ascii="Arial" w:hAnsi="Arial" w:cs="Arial"/>
                <w:sz w:val="20"/>
                <w:szCs w:val="20"/>
              </w:rPr>
            </w:pPr>
            <w:r w:rsidRPr="00AB3852">
              <w:rPr>
                <w:rFonts w:ascii="Arial" w:hAnsi="Arial" w:cs="Arial"/>
                <w:sz w:val="20"/>
                <w:szCs w:val="20"/>
              </w:rPr>
              <w:t>[Open / closed]</w:t>
            </w:r>
          </w:p>
        </w:tc>
      </w:tr>
      <w:tr w:rsidR="00AB3852" w:rsidRPr="00AB3852" w14:paraId="3FBADEB3"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BB01C6" w14:textId="77777777" w:rsidR="00AB3852" w:rsidRPr="00AB3852" w:rsidRDefault="00AB3852" w:rsidP="00AB3852">
            <w:pPr>
              <w:rPr>
                <w:rFonts w:ascii="Arial" w:hAnsi="Arial" w:cs="Arial"/>
                <w:sz w:val="20"/>
                <w:szCs w:val="20"/>
              </w:rPr>
            </w:pPr>
            <w:r w:rsidRPr="00AB3852">
              <w:rPr>
                <w:rFonts w:ascii="Arial" w:hAnsi="Arial" w:cs="Arial"/>
                <w:sz w:val="20"/>
                <w:szCs w:val="20"/>
              </w:rPr>
              <w:t>3</w:t>
            </w:r>
          </w:p>
        </w:tc>
        <w:tc>
          <w:tcPr>
            <w:tcW w:w="24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03FD4E8"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Control Process Action </w:t>
            </w:r>
          </w:p>
        </w:tc>
        <w:tc>
          <w:tcPr>
            <w:tcW w:w="3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D7A92A" w14:textId="77777777" w:rsidR="00AB3852" w:rsidRPr="00AB3852" w:rsidRDefault="00AB3852" w:rsidP="00AB3852">
            <w:pPr>
              <w:rPr>
                <w:rFonts w:ascii="Arial" w:hAnsi="Arial" w:cs="Arial"/>
                <w:sz w:val="20"/>
                <w:szCs w:val="20"/>
              </w:rPr>
            </w:pPr>
            <w:r w:rsidRPr="00AB3852">
              <w:rPr>
                <w:rFonts w:ascii="Arial" w:hAnsi="Arial" w:cs="Arial"/>
                <w:sz w:val="20"/>
                <w:szCs w:val="20"/>
              </w:rPr>
              <w:t>[Activated action]</w:t>
            </w:r>
          </w:p>
        </w:tc>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B8184D9" w14:textId="77777777" w:rsidR="00AB3852" w:rsidRPr="00AB3852" w:rsidRDefault="00AB3852" w:rsidP="00AB3852">
            <w:pPr>
              <w:rPr>
                <w:rFonts w:ascii="Arial" w:hAnsi="Arial" w:cs="Arial"/>
                <w:sz w:val="20"/>
                <w:szCs w:val="20"/>
              </w:rPr>
            </w:pPr>
            <w:r w:rsidRPr="00AB3852">
              <w:rPr>
                <w:rFonts w:ascii="Arial" w:hAnsi="Arial" w:cs="Arial"/>
                <w:sz w:val="20"/>
                <w:szCs w:val="20"/>
              </w:rPr>
              <w:t>[CP / function]</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D27BCF"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FE47B28" w14:textId="77777777" w:rsidR="00AB3852" w:rsidRPr="00AB3852" w:rsidRDefault="00AB3852" w:rsidP="00AB3852">
            <w:pPr>
              <w:rPr>
                <w:rFonts w:ascii="Arial" w:hAnsi="Arial" w:cs="Arial"/>
                <w:sz w:val="20"/>
                <w:szCs w:val="20"/>
              </w:rPr>
            </w:pPr>
            <w:r w:rsidRPr="00AB3852">
              <w:rPr>
                <w:rFonts w:ascii="Arial" w:hAnsi="Arial" w:cs="Arial"/>
                <w:sz w:val="20"/>
                <w:szCs w:val="20"/>
              </w:rPr>
              <w:t>[Due / trigger]</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B5587E6" w14:textId="77777777" w:rsidR="00AB3852" w:rsidRPr="00AB3852" w:rsidRDefault="00AB3852" w:rsidP="00AB3852">
            <w:pPr>
              <w:rPr>
                <w:rFonts w:ascii="Arial" w:hAnsi="Arial" w:cs="Arial"/>
                <w:sz w:val="20"/>
                <w:szCs w:val="20"/>
              </w:rPr>
            </w:pPr>
            <w:r w:rsidRPr="00AB3852">
              <w:rPr>
                <w:rFonts w:ascii="Arial" w:hAnsi="Arial" w:cs="Arial"/>
                <w:sz w:val="20"/>
                <w:szCs w:val="20"/>
              </w:rPr>
              <w:t>[Dependency / evidence]</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4B3847" w14:textId="77777777" w:rsidR="00AB3852" w:rsidRPr="00AB3852" w:rsidRDefault="00AB3852" w:rsidP="00AB3852">
            <w:pPr>
              <w:rPr>
                <w:rFonts w:ascii="Arial" w:hAnsi="Arial" w:cs="Arial"/>
                <w:sz w:val="20"/>
                <w:szCs w:val="20"/>
              </w:rPr>
            </w:pPr>
            <w:r w:rsidRPr="00AB3852">
              <w:rPr>
                <w:rFonts w:ascii="Arial" w:hAnsi="Arial" w:cs="Arial"/>
                <w:sz w:val="20"/>
                <w:szCs w:val="20"/>
              </w:rPr>
              <w:t>[Open / closed]</w:t>
            </w:r>
          </w:p>
        </w:tc>
      </w:tr>
      <w:tr w:rsidR="00AB3852" w:rsidRPr="00AB3852" w14:paraId="5460A768"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FE49DF" w14:textId="77777777" w:rsidR="00AB3852" w:rsidRPr="00AB3852" w:rsidRDefault="00AB3852" w:rsidP="00AB3852">
            <w:pPr>
              <w:rPr>
                <w:rFonts w:ascii="Arial" w:hAnsi="Arial" w:cs="Arial"/>
                <w:sz w:val="20"/>
                <w:szCs w:val="20"/>
              </w:rPr>
            </w:pPr>
          </w:p>
        </w:tc>
        <w:tc>
          <w:tcPr>
            <w:tcW w:w="24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64EFD6" w14:textId="77777777" w:rsidR="00AB3852" w:rsidRPr="00AB3852" w:rsidRDefault="00AB3852" w:rsidP="00AB3852">
            <w:pPr>
              <w:rPr>
                <w:rFonts w:ascii="Arial" w:hAnsi="Arial" w:cs="Arial"/>
                <w:sz w:val="20"/>
                <w:szCs w:val="20"/>
              </w:rPr>
            </w:pPr>
          </w:p>
        </w:tc>
        <w:tc>
          <w:tcPr>
            <w:tcW w:w="3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751E073" w14:textId="77777777" w:rsidR="00AB3852" w:rsidRPr="00AB3852" w:rsidRDefault="00AB3852" w:rsidP="00AB3852">
            <w:pPr>
              <w:rPr>
                <w:rFonts w:ascii="Arial" w:hAnsi="Arial" w:cs="Arial"/>
                <w:sz w:val="20"/>
                <w:szCs w:val="20"/>
              </w:rPr>
            </w:pPr>
          </w:p>
        </w:tc>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1C716C" w14:textId="77777777" w:rsidR="00AB3852" w:rsidRPr="00AB3852" w:rsidRDefault="00AB3852" w:rsidP="00AB3852">
            <w:pPr>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D38074F" w14:textId="77777777" w:rsidR="00AB3852" w:rsidRPr="00AB3852" w:rsidRDefault="00AB3852" w:rsidP="00AB3852">
            <w:pPr>
              <w:rPr>
                <w:rFonts w:ascii="Arial" w:hAnsi="Arial" w:cs="Arial"/>
                <w:sz w:val="20"/>
                <w:szCs w:val="20"/>
              </w:rPr>
            </w:pP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97D620D" w14:textId="77777777" w:rsidR="00AB3852" w:rsidRPr="00AB3852" w:rsidRDefault="00AB3852" w:rsidP="00AB3852">
            <w:pPr>
              <w:rPr>
                <w:rFonts w:ascii="Arial" w:hAnsi="Arial" w:cs="Arial"/>
                <w:sz w:val="20"/>
                <w:szCs w:val="20"/>
              </w:rPr>
            </w:pP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276C69" w14:textId="77777777" w:rsidR="00AB3852" w:rsidRPr="00AB3852" w:rsidRDefault="00AB3852" w:rsidP="00AB3852">
            <w:pPr>
              <w:rPr>
                <w:rFonts w:ascii="Arial" w:hAnsi="Arial" w:cs="Arial"/>
                <w:sz w:val="20"/>
                <w:szCs w:val="20"/>
              </w:rPr>
            </w:pP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576A9E6" w14:textId="77777777" w:rsidR="00AB3852" w:rsidRPr="00AB3852" w:rsidRDefault="00AB3852" w:rsidP="00AB3852">
            <w:pPr>
              <w:rPr>
                <w:rFonts w:ascii="Arial" w:hAnsi="Arial" w:cs="Arial"/>
                <w:sz w:val="20"/>
                <w:szCs w:val="20"/>
              </w:rPr>
            </w:pPr>
          </w:p>
        </w:tc>
      </w:tr>
      <w:tr w:rsidR="00AB3852" w:rsidRPr="00AB3852" w14:paraId="69029CE8" w14:textId="77777777" w:rsidTr="006A3252">
        <w:trPr>
          <w:cantSplit/>
          <w:jc w:val="center"/>
        </w:trPr>
        <w:tc>
          <w:tcPr>
            <w:tcW w:w="8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032C3B" w14:textId="77777777" w:rsidR="00AB3852" w:rsidRPr="00AB3852" w:rsidRDefault="00AB3852" w:rsidP="00AB3852">
            <w:pPr>
              <w:rPr>
                <w:rFonts w:ascii="Arial" w:hAnsi="Arial" w:cs="Arial"/>
                <w:sz w:val="20"/>
                <w:szCs w:val="20"/>
              </w:rPr>
            </w:pPr>
          </w:p>
        </w:tc>
        <w:tc>
          <w:tcPr>
            <w:tcW w:w="240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3C4990A" w14:textId="77777777" w:rsidR="00AB3852" w:rsidRPr="00AB3852" w:rsidRDefault="00AB3852" w:rsidP="00AB3852">
            <w:pPr>
              <w:rPr>
                <w:rFonts w:ascii="Arial" w:hAnsi="Arial" w:cs="Arial"/>
                <w:sz w:val="20"/>
                <w:szCs w:val="20"/>
              </w:rPr>
            </w:pPr>
          </w:p>
        </w:tc>
        <w:tc>
          <w:tcPr>
            <w:tcW w:w="32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8300B06" w14:textId="77777777" w:rsidR="00AB3852" w:rsidRPr="00AB3852" w:rsidRDefault="00AB3852" w:rsidP="00AB3852">
            <w:pPr>
              <w:rPr>
                <w:rFonts w:ascii="Arial" w:hAnsi="Arial" w:cs="Arial"/>
                <w:sz w:val="20"/>
                <w:szCs w:val="20"/>
              </w:rPr>
            </w:pPr>
          </w:p>
        </w:tc>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623985B" w14:textId="77777777" w:rsidR="00AB3852" w:rsidRPr="00AB3852" w:rsidRDefault="00AB3852" w:rsidP="00AB3852">
            <w:pPr>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98B739" w14:textId="77777777" w:rsidR="00AB3852" w:rsidRPr="00AB3852" w:rsidRDefault="00AB3852" w:rsidP="00AB3852">
            <w:pPr>
              <w:rPr>
                <w:rFonts w:ascii="Arial" w:hAnsi="Arial" w:cs="Arial"/>
                <w:sz w:val="20"/>
                <w:szCs w:val="20"/>
              </w:rPr>
            </w:pP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B9C938" w14:textId="77777777" w:rsidR="00AB3852" w:rsidRPr="00AB3852" w:rsidRDefault="00AB3852" w:rsidP="00AB3852">
            <w:pPr>
              <w:rPr>
                <w:rFonts w:ascii="Arial" w:hAnsi="Arial" w:cs="Arial"/>
                <w:sz w:val="20"/>
                <w:szCs w:val="20"/>
              </w:rPr>
            </w:pP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693612" w14:textId="77777777" w:rsidR="00AB3852" w:rsidRPr="00AB3852" w:rsidRDefault="00AB3852" w:rsidP="00AB3852">
            <w:pPr>
              <w:rPr>
                <w:rFonts w:ascii="Arial" w:hAnsi="Arial" w:cs="Arial"/>
                <w:sz w:val="20"/>
                <w:szCs w:val="20"/>
              </w:rPr>
            </w:pP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44C2A61" w14:textId="77777777" w:rsidR="00AB3852" w:rsidRPr="00AB3852" w:rsidRDefault="00AB3852" w:rsidP="00AB3852">
            <w:pPr>
              <w:rPr>
                <w:rFonts w:ascii="Arial" w:hAnsi="Arial" w:cs="Arial"/>
                <w:sz w:val="20"/>
                <w:szCs w:val="20"/>
              </w:rPr>
            </w:pPr>
          </w:p>
        </w:tc>
      </w:tr>
    </w:tbl>
    <w:p w14:paraId="244A7009"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56B8D77E" w14:textId="77777777" w:rsidR="00AB3852" w:rsidRPr="00AB3852" w:rsidRDefault="00AB3852" w:rsidP="00AB3852">
      <w:pPr>
        <w:spacing w:after="200" w:line="276" w:lineRule="auto"/>
        <w:rPr>
          <w:rFonts w:ascii="Arial" w:eastAsia="MS Gothic" w:hAnsi="Arial" w:cs="Arial"/>
          <w:b/>
          <w:bCs/>
          <w:color w:val="3D3D3D"/>
          <w:kern w:val="0"/>
          <w:sz w:val="20"/>
          <w:szCs w:val="20"/>
          <w:lang w:val="en-US"/>
          <w14:ligatures w14:val="none"/>
        </w:rPr>
      </w:pPr>
      <w:r w:rsidRPr="00AB3852">
        <w:rPr>
          <w:rFonts w:ascii="Arial" w:eastAsia="MS Mincho" w:hAnsi="Arial" w:cs="Arial"/>
          <w:kern w:val="0"/>
          <w:sz w:val="20"/>
          <w:szCs w:val="20"/>
          <w:lang w:val="en-US"/>
          <w14:ligatures w14:val="none"/>
        </w:rPr>
        <w:br w:type="page"/>
      </w:r>
    </w:p>
    <w:p w14:paraId="0C2FEEE5"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3.5 Communication log</w:t>
      </w:r>
    </w:p>
    <w:p w14:paraId="25EC6CCF"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Use during an incident or test to record actual messages sent. The planned audiences and templates are in 2.7.</w:t>
      </w:r>
    </w:p>
    <w:tbl>
      <w:tblPr>
        <w:tblStyle w:val="TableGrid"/>
        <w:tblW w:w="15263" w:type="dxa"/>
        <w:jc w:val="center"/>
        <w:tblLayout w:type="fixed"/>
        <w:tblLook w:val="04A0" w:firstRow="1" w:lastRow="0" w:firstColumn="1" w:lastColumn="0" w:noHBand="0" w:noVBand="1"/>
      </w:tblPr>
      <w:tblGrid>
        <w:gridCol w:w="1800"/>
        <w:gridCol w:w="2160"/>
        <w:gridCol w:w="2015"/>
        <w:gridCol w:w="1728"/>
        <w:gridCol w:w="4464"/>
        <w:gridCol w:w="1800"/>
        <w:gridCol w:w="1296"/>
      </w:tblGrid>
      <w:tr w:rsidR="00AB3852" w:rsidRPr="00AB3852" w14:paraId="0E95215F" w14:textId="77777777" w:rsidTr="00832E91">
        <w:trPr>
          <w:cantSplit/>
          <w:tblHeader/>
          <w:jc w:val="center"/>
        </w:trPr>
        <w:tc>
          <w:tcPr>
            <w:tcW w:w="180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A16FBB7"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Date / time</w:t>
            </w:r>
          </w:p>
        </w:tc>
        <w:tc>
          <w:tcPr>
            <w:tcW w:w="216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EC3965C"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Audience</w:t>
            </w:r>
          </w:p>
        </w:tc>
        <w:tc>
          <w:tcPr>
            <w:tcW w:w="201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06C436E"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Message owner</w:t>
            </w:r>
          </w:p>
        </w:tc>
        <w:tc>
          <w:tcPr>
            <w:tcW w:w="172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4639E0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Channel</w:t>
            </w:r>
          </w:p>
        </w:tc>
        <w:tc>
          <w:tcPr>
            <w:tcW w:w="446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CB2BFA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Message summary / link</w:t>
            </w:r>
          </w:p>
        </w:tc>
        <w:tc>
          <w:tcPr>
            <w:tcW w:w="180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06E166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Next update due</w:t>
            </w:r>
          </w:p>
        </w:tc>
        <w:tc>
          <w:tcPr>
            <w:tcW w:w="129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A5D0BA8"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Status</w:t>
            </w:r>
          </w:p>
        </w:tc>
      </w:tr>
      <w:tr w:rsidR="00AB3852" w:rsidRPr="00AB3852" w14:paraId="4F6C0D79" w14:textId="77777777" w:rsidTr="00832E91">
        <w:trPr>
          <w:cantSplit/>
          <w:jc w:val="center"/>
        </w:trPr>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2DFE39" w14:textId="77777777" w:rsidR="00AB3852" w:rsidRPr="00AB3852" w:rsidRDefault="00AB3852" w:rsidP="00AB3852">
            <w:pPr>
              <w:rPr>
                <w:rFonts w:ascii="Arial" w:hAnsi="Arial" w:cs="Arial"/>
                <w:sz w:val="20"/>
                <w:szCs w:val="20"/>
              </w:rPr>
            </w:pPr>
            <w:r w:rsidRPr="00AB3852">
              <w:rPr>
                <w:rFonts w:ascii="Arial" w:hAnsi="Arial" w:cs="Arial"/>
                <w:sz w:val="20"/>
                <w:szCs w:val="20"/>
              </w:rPr>
              <w:t>[Date/time]</w:t>
            </w:r>
          </w:p>
        </w:tc>
        <w:tc>
          <w:tcPr>
            <w:tcW w:w="21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17E99D7" w14:textId="77777777" w:rsidR="00AB3852" w:rsidRPr="00AB3852" w:rsidRDefault="00AB3852" w:rsidP="00AB3852">
            <w:pPr>
              <w:rPr>
                <w:rFonts w:ascii="Arial" w:hAnsi="Arial" w:cs="Arial"/>
                <w:sz w:val="20"/>
                <w:szCs w:val="20"/>
              </w:rPr>
            </w:pPr>
            <w:r w:rsidRPr="00AB3852">
              <w:rPr>
                <w:rFonts w:ascii="Arial" w:hAnsi="Arial" w:cs="Arial"/>
                <w:sz w:val="20"/>
                <w:szCs w:val="20"/>
              </w:rPr>
              <w:t>[Audience]</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0E08B60"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14F932E" w14:textId="77777777" w:rsidR="00AB3852" w:rsidRPr="00AB3852" w:rsidRDefault="00AB3852" w:rsidP="00AB3852">
            <w:pPr>
              <w:rPr>
                <w:rFonts w:ascii="Arial" w:hAnsi="Arial" w:cs="Arial"/>
                <w:sz w:val="20"/>
                <w:szCs w:val="20"/>
              </w:rPr>
            </w:pPr>
            <w:r w:rsidRPr="00AB3852">
              <w:rPr>
                <w:rFonts w:ascii="Arial" w:hAnsi="Arial" w:cs="Arial"/>
                <w:sz w:val="20"/>
                <w:szCs w:val="20"/>
              </w:rPr>
              <w:t>[Channel]</w:t>
            </w:r>
          </w:p>
        </w:tc>
        <w:tc>
          <w:tcPr>
            <w:tcW w:w="44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4CE131E" w14:textId="77777777" w:rsidR="00AB3852" w:rsidRPr="00AB3852" w:rsidRDefault="00AB3852" w:rsidP="00AB3852">
            <w:pPr>
              <w:rPr>
                <w:rFonts w:ascii="Arial" w:hAnsi="Arial" w:cs="Arial"/>
                <w:sz w:val="20"/>
                <w:szCs w:val="20"/>
              </w:rPr>
            </w:pPr>
            <w:r w:rsidRPr="00AB3852">
              <w:rPr>
                <w:rFonts w:ascii="Arial" w:hAnsi="Arial" w:cs="Arial"/>
                <w:sz w:val="20"/>
                <w:szCs w:val="20"/>
              </w:rPr>
              <w:t>[Message summary or file link]</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0C043B5" w14:textId="77777777" w:rsidR="00AB3852" w:rsidRPr="00AB3852" w:rsidRDefault="00AB3852" w:rsidP="00AB3852">
            <w:pPr>
              <w:rPr>
                <w:rFonts w:ascii="Arial" w:hAnsi="Arial" w:cs="Arial"/>
                <w:sz w:val="20"/>
                <w:szCs w:val="20"/>
              </w:rPr>
            </w:pPr>
            <w:r w:rsidRPr="00AB3852">
              <w:rPr>
                <w:rFonts w:ascii="Arial" w:hAnsi="Arial" w:cs="Arial"/>
                <w:sz w:val="20"/>
                <w:szCs w:val="20"/>
              </w:rPr>
              <w:t>[Time/date]</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AF2607A"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1F6FE417" w14:textId="77777777" w:rsidTr="00832E91">
        <w:trPr>
          <w:cantSplit/>
          <w:jc w:val="center"/>
        </w:trPr>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F4DBD09" w14:textId="77777777" w:rsidR="00AB3852" w:rsidRPr="00AB3852" w:rsidRDefault="00AB3852" w:rsidP="00AB3852">
            <w:pPr>
              <w:rPr>
                <w:rFonts w:ascii="Arial" w:hAnsi="Arial" w:cs="Arial"/>
                <w:sz w:val="20"/>
                <w:szCs w:val="20"/>
              </w:rPr>
            </w:pPr>
          </w:p>
        </w:tc>
        <w:tc>
          <w:tcPr>
            <w:tcW w:w="21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59F98E" w14:textId="77777777" w:rsidR="00AB3852" w:rsidRPr="00AB3852" w:rsidRDefault="00AB3852" w:rsidP="00AB3852">
            <w:pPr>
              <w:rPr>
                <w:rFonts w:ascii="Arial" w:hAnsi="Arial" w:cs="Arial"/>
                <w:sz w:val="20"/>
                <w:szCs w:val="20"/>
              </w:rPr>
            </w:pP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AC79D04" w14:textId="77777777" w:rsidR="00AB3852" w:rsidRPr="00AB3852" w:rsidRDefault="00AB3852" w:rsidP="00AB3852">
            <w:pPr>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DF99E5" w14:textId="77777777" w:rsidR="00AB3852" w:rsidRPr="00AB3852" w:rsidRDefault="00AB3852" w:rsidP="00AB3852">
            <w:pPr>
              <w:rPr>
                <w:rFonts w:ascii="Arial" w:hAnsi="Arial" w:cs="Arial"/>
                <w:sz w:val="20"/>
                <w:szCs w:val="20"/>
              </w:rPr>
            </w:pPr>
          </w:p>
        </w:tc>
        <w:tc>
          <w:tcPr>
            <w:tcW w:w="44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1F87FC" w14:textId="77777777" w:rsidR="00AB3852" w:rsidRPr="00AB3852" w:rsidRDefault="00AB3852" w:rsidP="00AB3852">
            <w:pPr>
              <w:rPr>
                <w:rFonts w:ascii="Arial" w:hAnsi="Arial" w:cs="Arial"/>
                <w:sz w:val="20"/>
                <w:szCs w:val="20"/>
              </w:rPr>
            </w:pP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B0A551" w14:textId="77777777" w:rsidR="00AB3852" w:rsidRPr="00AB3852" w:rsidRDefault="00AB3852" w:rsidP="00AB3852">
            <w:pPr>
              <w:rPr>
                <w:rFonts w:ascii="Arial" w:hAnsi="Arial" w:cs="Arial"/>
                <w:sz w:val="20"/>
                <w:szCs w:val="20"/>
              </w:rPr>
            </w:pP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AC2D4F0" w14:textId="77777777" w:rsidR="00AB3852" w:rsidRPr="00AB3852" w:rsidRDefault="00AB3852" w:rsidP="00AB3852">
            <w:pPr>
              <w:rPr>
                <w:rFonts w:ascii="Arial" w:hAnsi="Arial" w:cs="Arial"/>
                <w:sz w:val="20"/>
                <w:szCs w:val="20"/>
              </w:rPr>
            </w:pPr>
          </w:p>
        </w:tc>
      </w:tr>
      <w:tr w:rsidR="00AB3852" w:rsidRPr="00AB3852" w14:paraId="187D2A32" w14:textId="77777777" w:rsidTr="00832E91">
        <w:trPr>
          <w:cantSplit/>
          <w:jc w:val="center"/>
        </w:trPr>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8E0539" w14:textId="77777777" w:rsidR="00AB3852" w:rsidRPr="00AB3852" w:rsidRDefault="00AB3852" w:rsidP="00AB3852">
            <w:pPr>
              <w:rPr>
                <w:rFonts w:ascii="Arial" w:hAnsi="Arial" w:cs="Arial"/>
                <w:sz w:val="20"/>
                <w:szCs w:val="20"/>
              </w:rPr>
            </w:pPr>
          </w:p>
        </w:tc>
        <w:tc>
          <w:tcPr>
            <w:tcW w:w="21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D6B1E65" w14:textId="77777777" w:rsidR="00AB3852" w:rsidRPr="00AB3852" w:rsidRDefault="00AB3852" w:rsidP="00AB3852">
            <w:pPr>
              <w:rPr>
                <w:rFonts w:ascii="Arial" w:hAnsi="Arial" w:cs="Arial"/>
                <w:sz w:val="20"/>
                <w:szCs w:val="20"/>
              </w:rPr>
            </w:pP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179D57E" w14:textId="77777777" w:rsidR="00AB3852" w:rsidRPr="00AB3852" w:rsidRDefault="00AB3852" w:rsidP="00AB3852">
            <w:pPr>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A002395" w14:textId="77777777" w:rsidR="00AB3852" w:rsidRPr="00AB3852" w:rsidRDefault="00AB3852" w:rsidP="00AB3852">
            <w:pPr>
              <w:rPr>
                <w:rFonts w:ascii="Arial" w:hAnsi="Arial" w:cs="Arial"/>
                <w:sz w:val="20"/>
                <w:szCs w:val="20"/>
              </w:rPr>
            </w:pPr>
          </w:p>
        </w:tc>
        <w:tc>
          <w:tcPr>
            <w:tcW w:w="44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261D8AF" w14:textId="77777777" w:rsidR="00AB3852" w:rsidRPr="00AB3852" w:rsidRDefault="00AB3852" w:rsidP="00AB3852">
            <w:pPr>
              <w:rPr>
                <w:rFonts w:ascii="Arial" w:hAnsi="Arial" w:cs="Arial"/>
                <w:sz w:val="20"/>
                <w:szCs w:val="20"/>
              </w:rPr>
            </w:pP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C264F9" w14:textId="77777777" w:rsidR="00AB3852" w:rsidRPr="00AB3852" w:rsidRDefault="00AB3852" w:rsidP="00AB3852">
            <w:pPr>
              <w:rPr>
                <w:rFonts w:ascii="Arial" w:hAnsi="Arial" w:cs="Arial"/>
                <w:sz w:val="20"/>
                <w:szCs w:val="20"/>
              </w:rPr>
            </w:pP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2A89588" w14:textId="77777777" w:rsidR="00AB3852" w:rsidRPr="00AB3852" w:rsidRDefault="00AB3852" w:rsidP="00AB3852">
            <w:pPr>
              <w:rPr>
                <w:rFonts w:ascii="Arial" w:hAnsi="Arial" w:cs="Arial"/>
                <w:sz w:val="20"/>
                <w:szCs w:val="20"/>
              </w:rPr>
            </w:pPr>
          </w:p>
        </w:tc>
      </w:tr>
      <w:tr w:rsidR="00832E91" w:rsidRPr="00AB3852" w14:paraId="31E53AC1" w14:textId="77777777" w:rsidTr="00832E91">
        <w:trPr>
          <w:cantSplit/>
          <w:jc w:val="center"/>
        </w:trPr>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0C5BE80" w14:textId="77777777" w:rsidR="00832E91" w:rsidRPr="00AB3852" w:rsidRDefault="00832E91" w:rsidP="00AB3852">
            <w:pPr>
              <w:rPr>
                <w:rFonts w:ascii="Arial" w:hAnsi="Arial" w:cs="Arial"/>
                <w:sz w:val="20"/>
                <w:szCs w:val="20"/>
              </w:rPr>
            </w:pPr>
          </w:p>
        </w:tc>
        <w:tc>
          <w:tcPr>
            <w:tcW w:w="21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29FCE1" w14:textId="77777777" w:rsidR="00832E91" w:rsidRPr="00AB3852" w:rsidRDefault="00832E91" w:rsidP="00AB3852">
            <w:pPr>
              <w:rPr>
                <w:rFonts w:ascii="Arial" w:hAnsi="Arial" w:cs="Arial"/>
                <w:sz w:val="20"/>
                <w:szCs w:val="20"/>
              </w:rPr>
            </w:pP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D72F69" w14:textId="77777777" w:rsidR="00832E91" w:rsidRPr="00AB3852" w:rsidRDefault="00832E91" w:rsidP="00AB3852">
            <w:pPr>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042A9A9" w14:textId="77777777" w:rsidR="00832E91" w:rsidRPr="00AB3852" w:rsidRDefault="00832E91" w:rsidP="00AB3852">
            <w:pPr>
              <w:rPr>
                <w:rFonts w:ascii="Arial" w:hAnsi="Arial" w:cs="Arial"/>
                <w:sz w:val="20"/>
                <w:szCs w:val="20"/>
              </w:rPr>
            </w:pPr>
          </w:p>
        </w:tc>
        <w:tc>
          <w:tcPr>
            <w:tcW w:w="44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8737C0D" w14:textId="77777777" w:rsidR="00832E91" w:rsidRPr="00AB3852" w:rsidRDefault="00832E91" w:rsidP="00AB3852">
            <w:pPr>
              <w:rPr>
                <w:rFonts w:ascii="Arial" w:hAnsi="Arial" w:cs="Arial"/>
                <w:sz w:val="20"/>
                <w:szCs w:val="20"/>
              </w:rPr>
            </w:pP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16AFFC0" w14:textId="77777777" w:rsidR="00832E91" w:rsidRPr="00AB3852" w:rsidRDefault="00832E91" w:rsidP="00AB3852">
            <w:pPr>
              <w:rPr>
                <w:rFonts w:ascii="Arial" w:hAnsi="Arial" w:cs="Arial"/>
                <w:sz w:val="20"/>
                <w:szCs w:val="20"/>
              </w:rPr>
            </w:pP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0E23A58" w14:textId="77777777" w:rsidR="00832E91" w:rsidRPr="00AB3852" w:rsidRDefault="00832E91" w:rsidP="00AB3852">
            <w:pPr>
              <w:rPr>
                <w:rFonts w:ascii="Arial" w:hAnsi="Arial" w:cs="Arial"/>
                <w:sz w:val="20"/>
                <w:szCs w:val="20"/>
              </w:rPr>
            </w:pPr>
          </w:p>
        </w:tc>
      </w:tr>
      <w:tr w:rsidR="00832E91" w:rsidRPr="00AB3852" w14:paraId="3FB56566" w14:textId="77777777" w:rsidTr="00832E91">
        <w:trPr>
          <w:cantSplit/>
          <w:jc w:val="center"/>
        </w:trPr>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E0E308" w14:textId="77777777" w:rsidR="00832E91" w:rsidRPr="00AB3852" w:rsidRDefault="00832E91" w:rsidP="00AB3852">
            <w:pPr>
              <w:rPr>
                <w:rFonts w:ascii="Arial" w:hAnsi="Arial" w:cs="Arial"/>
                <w:sz w:val="20"/>
                <w:szCs w:val="20"/>
              </w:rPr>
            </w:pPr>
          </w:p>
        </w:tc>
        <w:tc>
          <w:tcPr>
            <w:tcW w:w="216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D72AC36" w14:textId="77777777" w:rsidR="00832E91" w:rsidRPr="00AB3852" w:rsidRDefault="00832E91" w:rsidP="00AB3852">
            <w:pPr>
              <w:rPr>
                <w:rFonts w:ascii="Arial" w:hAnsi="Arial" w:cs="Arial"/>
                <w:sz w:val="20"/>
                <w:szCs w:val="20"/>
              </w:rPr>
            </w:pP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345593A" w14:textId="77777777" w:rsidR="00832E91" w:rsidRPr="00AB3852" w:rsidRDefault="00832E91" w:rsidP="00AB3852">
            <w:pPr>
              <w:rPr>
                <w:rFonts w:ascii="Arial" w:hAnsi="Arial" w:cs="Arial"/>
                <w:sz w:val="20"/>
                <w:szCs w:val="20"/>
              </w:rPr>
            </w:pP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67CD618" w14:textId="77777777" w:rsidR="00832E91" w:rsidRPr="00AB3852" w:rsidRDefault="00832E91" w:rsidP="00AB3852">
            <w:pPr>
              <w:rPr>
                <w:rFonts w:ascii="Arial" w:hAnsi="Arial" w:cs="Arial"/>
                <w:sz w:val="20"/>
                <w:szCs w:val="20"/>
              </w:rPr>
            </w:pPr>
          </w:p>
        </w:tc>
        <w:tc>
          <w:tcPr>
            <w:tcW w:w="44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2E3041" w14:textId="77777777" w:rsidR="00832E91" w:rsidRPr="00AB3852" w:rsidRDefault="00832E91" w:rsidP="00AB3852">
            <w:pPr>
              <w:rPr>
                <w:rFonts w:ascii="Arial" w:hAnsi="Arial" w:cs="Arial"/>
                <w:sz w:val="20"/>
                <w:szCs w:val="20"/>
              </w:rPr>
            </w:pP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FE3023" w14:textId="77777777" w:rsidR="00832E91" w:rsidRPr="00AB3852" w:rsidRDefault="00832E91" w:rsidP="00AB3852">
            <w:pPr>
              <w:rPr>
                <w:rFonts w:ascii="Arial" w:hAnsi="Arial" w:cs="Arial"/>
                <w:sz w:val="20"/>
                <w:szCs w:val="20"/>
              </w:rPr>
            </w:pP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E8998BD" w14:textId="77777777" w:rsidR="00832E91" w:rsidRPr="00AB3852" w:rsidRDefault="00832E91" w:rsidP="00AB3852">
            <w:pPr>
              <w:rPr>
                <w:rFonts w:ascii="Arial" w:hAnsi="Arial" w:cs="Arial"/>
                <w:sz w:val="20"/>
                <w:szCs w:val="20"/>
              </w:rPr>
            </w:pPr>
          </w:p>
        </w:tc>
      </w:tr>
    </w:tbl>
    <w:p w14:paraId="14C884F4"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6BA14560"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t>3.6 Scenario playbook template</w:t>
      </w:r>
    </w:p>
    <w:p w14:paraId="24EF71AE"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Optional. Use this template only for scenarios rated high or critical in 1.3, instead of maintaining multiple duplicated playbooks.</w:t>
      </w:r>
    </w:p>
    <w:tbl>
      <w:tblPr>
        <w:tblStyle w:val="TableGrid"/>
        <w:tblW w:w="0" w:type="auto"/>
        <w:jc w:val="center"/>
        <w:tblLayout w:type="fixed"/>
        <w:tblLook w:val="04A0" w:firstRow="1" w:lastRow="0" w:firstColumn="1" w:lastColumn="0" w:noHBand="0" w:noVBand="1"/>
      </w:tblPr>
      <w:tblGrid>
        <w:gridCol w:w="3168"/>
        <w:gridCol w:w="12096"/>
      </w:tblGrid>
      <w:tr w:rsidR="00AB3852" w:rsidRPr="00AB3852" w14:paraId="42C28365" w14:textId="77777777" w:rsidTr="006A3252">
        <w:trPr>
          <w:cantSplit/>
          <w:tblHeader/>
          <w:jc w:val="center"/>
        </w:trPr>
        <w:tc>
          <w:tcPr>
            <w:tcW w:w="316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0E8F927"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Element</w:t>
            </w:r>
          </w:p>
        </w:tc>
        <w:tc>
          <w:tcPr>
            <w:tcW w:w="1209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4AB17F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Plan</w:t>
            </w:r>
          </w:p>
        </w:tc>
      </w:tr>
      <w:tr w:rsidR="00AB3852" w:rsidRPr="00AB3852" w14:paraId="79B7DC29"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37836C" w14:textId="77777777" w:rsidR="00AB3852" w:rsidRPr="00AB3852" w:rsidRDefault="00AB3852" w:rsidP="00AB3852">
            <w:pPr>
              <w:rPr>
                <w:rFonts w:ascii="Arial" w:hAnsi="Arial" w:cs="Arial"/>
                <w:sz w:val="20"/>
                <w:szCs w:val="20"/>
              </w:rPr>
            </w:pPr>
            <w:r w:rsidRPr="00AB3852">
              <w:rPr>
                <w:rFonts w:ascii="Arial" w:hAnsi="Arial" w:cs="Arial"/>
                <w:sz w:val="20"/>
                <w:szCs w:val="20"/>
              </w:rPr>
              <w:t>Scenario</w:t>
            </w:r>
          </w:p>
        </w:tc>
        <w:tc>
          <w:tcPr>
            <w:tcW w:w="120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B995E2" w14:textId="77777777" w:rsidR="00AB3852" w:rsidRPr="00AB3852" w:rsidRDefault="00AB3852" w:rsidP="00AB3852">
            <w:pPr>
              <w:rPr>
                <w:rFonts w:ascii="Arial" w:hAnsi="Arial" w:cs="Arial"/>
                <w:sz w:val="20"/>
                <w:szCs w:val="20"/>
              </w:rPr>
            </w:pPr>
            <w:r w:rsidRPr="00AB3852">
              <w:rPr>
                <w:rFonts w:ascii="Arial" w:hAnsi="Arial" w:cs="Arial"/>
                <w:sz w:val="20"/>
                <w:szCs w:val="20"/>
              </w:rPr>
              <w:t>[Brief description of the disruption.]</w:t>
            </w:r>
          </w:p>
        </w:tc>
      </w:tr>
      <w:tr w:rsidR="00AB3852" w:rsidRPr="00AB3852" w14:paraId="00B818E7"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D8601AA" w14:textId="77777777" w:rsidR="00AB3852" w:rsidRPr="00AB3852" w:rsidRDefault="00AB3852" w:rsidP="00AB3852">
            <w:pPr>
              <w:rPr>
                <w:rFonts w:ascii="Arial" w:hAnsi="Arial" w:cs="Arial"/>
                <w:sz w:val="20"/>
                <w:szCs w:val="20"/>
              </w:rPr>
            </w:pPr>
            <w:r w:rsidRPr="00AB3852">
              <w:rPr>
                <w:rFonts w:ascii="Arial" w:hAnsi="Arial" w:cs="Arial"/>
                <w:sz w:val="20"/>
                <w:szCs w:val="20"/>
              </w:rPr>
              <w:t>Activation trigger</w:t>
            </w:r>
          </w:p>
        </w:tc>
        <w:tc>
          <w:tcPr>
            <w:tcW w:w="120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8FA9878" w14:textId="77777777" w:rsidR="00AB3852" w:rsidRPr="00AB3852" w:rsidRDefault="00AB3852" w:rsidP="00AB3852">
            <w:pPr>
              <w:rPr>
                <w:rFonts w:ascii="Arial" w:hAnsi="Arial" w:cs="Arial"/>
                <w:sz w:val="20"/>
                <w:szCs w:val="20"/>
              </w:rPr>
            </w:pPr>
            <w:r w:rsidRPr="00AB3852">
              <w:rPr>
                <w:rFonts w:ascii="Arial" w:hAnsi="Arial" w:cs="Arial"/>
                <w:sz w:val="20"/>
                <w:szCs w:val="20"/>
              </w:rPr>
              <w:t>[Specific trigger, threshold or decision point.]</w:t>
            </w:r>
          </w:p>
        </w:tc>
      </w:tr>
      <w:tr w:rsidR="00AB3852" w:rsidRPr="00AB3852" w14:paraId="635D314B"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19FF936" w14:textId="77777777" w:rsidR="00AB3852" w:rsidRPr="00AB3852" w:rsidRDefault="00AB3852" w:rsidP="00AB3852">
            <w:pPr>
              <w:rPr>
                <w:rFonts w:ascii="Arial" w:hAnsi="Arial" w:cs="Arial"/>
                <w:sz w:val="20"/>
                <w:szCs w:val="20"/>
              </w:rPr>
            </w:pPr>
            <w:r w:rsidRPr="00AB3852">
              <w:rPr>
                <w:rFonts w:ascii="Arial" w:hAnsi="Arial" w:cs="Arial"/>
                <w:sz w:val="20"/>
                <w:szCs w:val="20"/>
              </w:rPr>
              <w:t>Immediate priorities</w:t>
            </w:r>
          </w:p>
        </w:tc>
        <w:tc>
          <w:tcPr>
            <w:tcW w:w="120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128554C" w14:textId="77777777" w:rsidR="00AB3852" w:rsidRPr="00AB3852" w:rsidRDefault="00AB3852" w:rsidP="00AB3852">
            <w:pPr>
              <w:rPr>
                <w:rFonts w:ascii="Arial" w:hAnsi="Arial" w:cs="Arial"/>
                <w:sz w:val="20"/>
                <w:szCs w:val="20"/>
              </w:rPr>
            </w:pPr>
            <w:r w:rsidRPr="00AB3852">
              <w:rPr>
                <w:rFonts w:ascii="Arial" w:hAnsi="Arial" w:cs="Arial"/>
                <w:sz w:val="20"/>
                <w:szCs w:val="20"/>
              </w:rPr>
              <w:t>[Confirm safety; establish facts; protect assets and evidence; start approved practical actions.]</w:t>
            </w:r>
          </w:p>
        </w:tc>
      </w:tr>
      <w:tr w:rsidR="00AB3852" w:rsidRPr="00AB3852" w14:paraId="382DABCA"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938E2F7" w14:textId="77777777" w:rsidR="00AB3852" w:rsidRPr="00AB3852" w:rsidRDefault="00AB3852" w:rsidP="00AB3852">
            <w:pPr>
              <w:rPr>
                <w:rFonts w:ascii="Arial" w:hAnsi="Arial" w:cs="Arial"/>
                <w:sz w:val="20"/>
                <w:szCs w:val="20"/>
              </w:rPr>
            </w:pPr>
            <w:r w:rsidRPr="00AB3852">
              <w:rPr>
                <w:rFonts w:ascii="Arial" w:hAnsi="Arial" w:cs="Arial"/>
                <w:sz w:val="20"/>
                <w:szCs w:val="20"/>
              </w:rPr>
              <w:t>Recovery actions</w:t>
            </w:r>
          </w:p>
        </w:tc>
        <w:tc>
          <w:tcPr>
            <w:tcW w:w="120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667D39A"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[Actions to </w:t>
            </w:r>
            <w:proofErr w:type="spellStart"/>
            <w:r w:rsidRPr="00AB3852">
              <w:rPr>
                <w:rFonts w:ascii="Arial" w:hAnsi="Arial" w:cs="Arial"/>
                <w:sz w:val="20"/>
                <w:szCs w:val="20"/>
              </w:rPr>
              <w:t>stabilise</w:t>
            </w:r>
            <w:proofErr w:type="spellEnd"/>
            <w:r w:rsidRPr="00AB3852">
              <w:rPr>
                <w:rFonts w:ascii="Arial" w:hAnsi="Arial" w:cs="Arial"/>
                <w:sz w:val="20"/>
                <w:szCs w:val="20"/>
              </w:rPr>
              <w:t xml:space="preserve"> operations, manage customers/suppliers, recover systems or site, and manage backlog.]</w:t>
            </w:r>
          </w:p>
        </w:tc>
      </w:tr>
      <w:tr w:rsidR="00AB3852" w:rsidRPr="00AB3852" w14:paraId="0D7D59C7"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242CFD" w14:textId="77777777" w:rsidR="00AB3852" w:rsidRPr="00AB3852" w:rsidRDefault="00AB3852" w:rsidP="00AB3852">
            <w:pPr>
              <w:rPr>
                <w:rFonts w:ascii="Arial" w:hAnsi="Arial" w:cs="Arial"/>
                <w:sz w:val="20"/>
                <w:szCs w:val="20"/>
              </w:rPr>
            </w:pPr>
            <w:r w:rsidRPr="00AB3852">
              <w:rPr>
                <w:rFonts w:ascii="Arial" w:hAnsi="Arial" w:cs="Arial"/>
                <w:sz w:val="20"/>
                <w:szCs w:val="20"/>
              </w:rPr>
              <w:t>Critical dependencies</w:t>
            </w:r>
          </w:p>
        </w:tc>
        <w:tc>
          <w:tcPr>
            <w:tcW w:w="120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DEC020" w14:textId="77777777" w:rsidR="00AB3852" w:rsidRPr="00AB3852" w:rsidRDefault="00AB3852" w:rsidP="00AB3852">
            <w:pPr>
              <w:rPr>
                <w:rFonts w:ascii="Arial" w:hAnsi="Arial" w:cs="Arial"/>
                <w:sz w:val="20"/>
                <w:szCs w:val="20"/>
              </w:rPr>
            </w:pPr>
            <w:r w:rsidRPr="00AB3852">
              <w:rPr>
                <w:rFonts w:ascii="Arial" w:hAnsi="Arial" w:cs="Arial"/>
                <w:sz w:val="20"/>
                <w:szCs w:val="20"/>
              </w:rPr>
              <w:t>[People / systems / suppliers / premises / records / finance required.]</w:t>
            </w:r>
          </w:p>
        </w:tc>
      </w:tr>
      <w:tr w:rsidR="00AB3852" w:rsidRPr="00AB3852" w14:paraId="43794F4B"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CE9EC14" w14:textId="77777777" w:rsidR="00AB3852" w:rsidRPr="00AB3852" w:rsidRDefault="00AB3852" w:rsidP="00AB3852">
            <w:pPr>
              <w:rPr>
                <w:rFonts w:ascii="Arial" w:hAnsi="Arial" w:cs="Arial"/>
                <w:sz w:val="20"/>
                <w:szCs w:val="20"/>
              </w:rPr>
            </w:pPr>
            <w:r w:rsidRPr="00AB3852">
              <w:rPr>
                <w:rFonts w:ascii="Arial" w:hAnsi="Arial" w:cs="Arial"/>
                <w:sz w:val="20"/>
                <w:szCs w:val="20"/>
              </w:rPr>
              <w:t>Communications</w:t>
            </w:r>
          </w:p>
        </w:tc>
        <w:tc>
          <w:tcPr>
            <w:tcW w:w="120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5128B5D" w14:textId="77777777" w:rsidR="00AB3852" w:rsidRPr="00AB3852" w:rsidRDefault="00AB3852" w:rsidP="00AB3852">
            <w:pPr>
              <w:rPr>
                <w:rFonts w:ascii="Arial" w:hAnsi="Arial" w:cs="Arial"/>
                <w:sz w:val="20"/>
                <w:szCs w:val="20"/>
              </w:rPr>
            </w:pPr>
            <w:r w:rsidRPr="00AB3852">
              <w:rPr>
                <w:rFonts w:ascii="Arial" w:hAnsi="Arial" w:cs="Arial"/>
                <w:sz w:val="20"/>
                <w:szCs w:val="20"/>
              </w:rPr>
              <w:t>[Audiences, owner, channel, first update and update rhythm.]</w:t>
            </w:r>
          </w:p>
        </w:tc>
      </w:tr>
      <w:tr w:rsidR="00AB3852" w:rsidRPr="00AB3852" w14:paraId="69B088C5"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E3C84A" w14:textId="77777777" w:rsidR="00AB3852" w:rsidRPr="00AB3852" w:rsidRDefault="00AB3852" w:rsidP="00AB3852">
            <w:pPr>
              <w:rPr>
                <w:rFonts w:ascii="Arial" w:hAnsi="Arial" w:cs="Arial"/>
                <w:sz w:val="20"/>
                <w:szCs w:val="20"/>
              </w:rPr>
            </w:pPr>
            <w:r w:rsidRPr="00AB3852">
              <w:rPr>
                <w:rFonts w:ascii="Arial" w:hAnsi="Arial" w:cs="Arial"/>
                <w:sz w:val="20"/>
                <w:szCs w:val="20"/>
              </w:rPr>
              <w:t>Evidence to capture</w:t>
            </w:r>
          </w:p>
        </w:tc>
        <w:tc>
          <w:tcPr>
            <w:tcW w:w="120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08782C6" w14:textId="77777777" w:rsidR="00AB3852" w:rsidRPr="00AB3852" w:rsidRDefault="00AB3852" w:rsidP="00AB3852">
            <w:pPr>
              <w:rPr>
                <w:rFonts w:ascii="Arial" w:hAnsi="Arial" w:cs="Arial"/>
                <w:sz w:val="20"/>
                <w:szCs w:val="20"/>
              </w:rPr>
            </w:pPr>
            <w:r w:rsidRPr="00AB3852">
              <w:rPr>
                <w:rFonts w:ascii="Arial" w:hAnsi="Arial" w:cs="Arial"/>
                <w:sz w:val="20"/>
                <w:szCs w:val="20"/>
              </w:rPr>
              <w:t>[Timeline, decisions, costs, loss evidence, photos, logs, notices, messages.]</w:t>
            </w:r>
          </w:p>
        </w:tc>
      </w:tr>
      <w:tr w:rsidR="00AB3852" w:rsidRPr="00AB3852" w14:paraId="54BBB9D4"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47BD92A" w14:textId="77777777" w:rsidR="00AB3852" w:rsidRPr="00AB3852" w:rsidRDefault="00AB3852" w:rsidP="00AB3852">
            <w:pPr>
              <w:rPr>
                <w:rFonts w:ascii="Arial" w:hAnsi="Arial" w:cs="Arial"/>
                <w:sz w:val="20"/>
                <w:szCs w:val="20"/>
              </w:rPr>
            </w:pPr>
            <w:r w:rsidRPr="00AB3852">
              <w:rPr>
                <w:rFonts w:ascii="Arial" w:hAnsi="Arial" w:cs="Arial"/>
                <w:sz w:val="20"/>
                <w:szCs w:val="20"/>
              </w:rPr>
              <w:t>Return-to-normal criteria</w:t>
            </w:r>
          </w:p>
        </w:tc>
        <w:tc>
          <w:tcPr>
            <w:tcW w:w="120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46FF45" w14:textId="77777777" w:rsidR="00AB3852" w:rsidRPr="00AB3852" w:rsidRDefault="00AB3852" w:rsidP="00AB3852">
            <w:pPr>
              <w:rPr>
                <w:rFonts w:ascii="Arial" w:hAnsi="Arial" w:cs="Arial"/>
                <w:sz w:val="20"/>
                <w:szCs w:val="20"/>
              </w:rPr>
            </w:pPr>
            <w:r w:rsidRPr="00AB3852">
              <w:rPr>
                <w:rFonts w:ascii="Arial" w:hAnsi="Arial" w:cs="Arial"/>
                <w:sz w:val="20"/>
                <w:szCs w:val="20"/>
              </w:rPr>
              <w:t>[Criteria for ceasing backup action and resuming normal operations.]</w:t>
            </w:r>
          </w:p>
        </w:tc>
      </w:tr>
      <w:tr w:rsidR="00AB3852" w:rsidRPr="00AB3852" w14:paraId="47E09892" w14:textId="77777777" w:rsidTr="006A3252">
        <w:trPr>
          <w:cantSplit/>
          <w:jc w:val="center"/>
        </w:trPr>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0D4E9F5" w14:textId="77777777" w:rsidR="00AB3852" w:rsidRPr="00AB3852" w:rsidRDefault="00AB3852" w:rsidP="00AB3852">
            <w:pPr>
              <w:rPr>
                <w:rFonts w:ascii="Arial" w:hAnsi="Arial" w:cs="Arial"/>
                <w:sz w:val="20"/>
                <w:szCs w:val="20"/>
              </w:rPr>
            </w:pPr>
            <w:r w:rsidRPr="00AB3852">
              <w:rPr>
                <w:rFonts w:ascii="Arial" w:hAnsi="Arial" w:cs="Arial"/>
                <w:sz w:val="20"/>
                <w:szCs w:val="20"/>
              </w:rPr>
              <w:t>Owner and alternates</w:t>
            </w:r>
          </w:p>
        </w:tc>
        <w:tc>
          <w:tcPr>
            <w:tcW w:w="120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3204414" w14:textId="77777777" w:rsidR="00AB3852" w:rsidRPr="00AB3852" w:rsidRDefault="00AB3852" w:rsidP="00AB3852">
            <w:pPr>
              <w:rPr>
                <w:rFonts w:ascii="Arial" w:hAnsi="Arial" w:cs="Arial"/>
                <w:sz w:val="20"/>
                <w:szCs w:val="20"/>
              </w:rPr>
            </w:pPr>
            <w:r w:rsidRPr="00AB3852">
              <w:rPr>
                <w:rFonts w:ascii="Arial" w:hAnsi="Arial" w:cs="Arial"/>
                <w:sz w:val="20"/>
                <w:szCs w:val="20"/>
              </w:rPr>
              <w:t>[Owner / alternate / escalation contacts.]</w:t>
            </w:r>
          </w:p>
        </w:tc>
      </w:tr>
    </w:tbl>
    <w:p w14:paraId="0E49E2B2"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7902E6B6" w14:textId="77777777" w:rsidR="00832E91" w:rsidRDefault="00832E91">
      <w:pPr>
        <w:rPr>
          <w:rFonts w:ascii="Arial" w:eastAsia="MS Gothic" w:hAnsi="Arial" w:cs="Arial"/>
          <w:b/>
          <w:bCs/>
          <w:color w:val="3D3D3D"/>
          <w:kern w:val="0"/>
          <w:sz w:val="20"/>
          <w:szCs w:val="20"/>
          <w:lang w:val="en-US"/>
          <w14:ligatures w14:val="none"/>
        </w:rPr>
      </w:pPr>
      <w:r>
        <w:rPr>
          <w:rFonts w:ascii="Arial" w:eastAsia="MS Gothic" w:hAnsi="Arial" w:cs="Arial"/>
          <w:b/>
          <w:bCs/>
          <w:color w:val="3D3D3D"/>
          <w:kern w:val="0"/>
          <w:sz w:val="20"/>
          <w:szCs w:val="20"/>
          <w:lang w:val="en-US"/>
          <w14:ligatures w14:val="none"/>
        </w:rPr>
        <w:br w:type="page"/>
      </w:r>
    </w:p>
    <w:p w14:paraId="438A8F58" w14:textId="74EE676E"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Scenario prompts to tailor</w:t>
      </w:r>
    </w:p>
    <w:p w14:paraId="35AA0427"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Optional prompts. Keep only the scenarios that are relevant to your business.</w:t>
      </w:r>
    </w:p>
    <w:tbl>
      <w:tblPr>
        <w:tblStyle w:val="TableGrid"/>
        <w:tblW w:w="15262" w:type="dxa"/>
        <w:jc w:val="center"/>
        <w:tblLayout w:type="fixed"/>
        <w:tblLook w:val="04A0" w:firstRow="1" w:lastRow="0" w:firstColumn="1" w:lastColumn="0" w:noHBand="0" w:noVBand="1"/>
      </w:tblPr>
      <w:tblGrid>
        <w:gridCol w:w="2592"/>
        <w:gridCol w:w="5903"/>
        <w:gridCol w:w="3456"/>
        <w:gridCol w:w="3311"/>
      </w:tblGrid>
      <w:tr w:rsidR="00AB3852" w:rsidRPr="00AB3852" w14:paraId="7C3AA178" w14:textId="77777777" w:rsidTr="00832E91">
        <w:trPr>
          <w:cantSplit/>
          <w:tblHeader/>
          <w:jc w:val="center"/>
        </w:trPr>
        <w:tc>
          <w:tcPr>
            <w:tcW w:w="259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66E163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Scenario prompt</w:t>
            </w:r>
          </w:p>
        </w:tc>
        <w:tc>
          <w:tcPr>
            <w:tcW w:w="5903"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85667AF"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First actions to consider</w:t>
            </w:r>
          </w:p>
        </w:tc>
        <w:tc>
          <w:tcPr>
            <w:tcW w:w="345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5D49785"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Key evidence</w:t>
            </w:r>
          </w:p>
        </w:tc>
        <w:tc>
          <w:tcPr>
            <w:tcW w:w="3311"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7C56ED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Typical dependencies</w:t>
            </w:r>
          </w:p>
        </w:tc>
      </w:tr>
      <w:tr w:rsidR="00AB3852" w:rsidRPr="00AB3852" w14:paraId="417753D2" w14:textId="77777777" w:rsidTr="00832E91">
        <w:trPr>
          <w:cantSplit/>
          <w:jc w:val="center"/>
        </w:trPr>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0517798" w14:textId="77777777" w:rsidR="00AB3852" w:rsidRPr="00AB3852" w:rsidRDefault="00AB3852" w:rsidP="00AB3852">
            <w:pPr>
              <w:rPr>
                <w:rFonts w:ascii="Arial" w:hAnsi="Arial" w:cs="Arial"/>
                <w:sz w:val="20"/>
                <w:szCs w:val="20"/>
              </w:rPr>
            </w:pPr>
            <w:r w:rsidRPr="00AB3852">
              <w:rPr>
                <w:rFonts w:ascii="Arial" w:hAnsi="Arial" w:cs="Arial"/>
                <w:sz w:val="20"/>
                <w:szCs w:val="20"/>
              </w:rPr>
              <w:t>Loss of premises / site access</w:t>
            </w:r>
          </w:p>
        </w:tc>
        <w:tc>
          <w:tcPr>
            <w:tcW w:w="590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065FDEE"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Confirm </w:t>
            </w:r>
            <w:proofErr w:type="gramStart"/>
            <w:r w:rsidRPr="00AB3852">
              <w:rPr>
                <w:rFonts w:ascii="Arial" w:hAnsi="Arial" w:cs="Arial"/>
                <w:sz w:val="20"/>
                <w:szCs w:val="20"/>
              </w:rPr>
              <w:t>people</w:t>
            </w:r>
            <w:proofErr w:type="gramEnd"/>
            <w:r w:rsidRPr="00AB3852">
              <w:rPr>
                <w:rFonts w:ascii="Arial" w:hAnsi="Arial" w:cs="Arial"/>
                <w:sz w:val="20"/>
                <w:szCs w:val="20"/>
              </w:rPr>
              <w:t xml:space="preserve"> safety and access restrictions; activate remote or alternate-site work; retrieve or replace critical equipment and records.</w:t>
            </w:r>
          </w:p>
        </w:tc>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3CB42BD" w14:textId="77777777" w:rsidR="00AB3852" w:rsidRPr="00AB3852" w:rsidRDefault="00AB3852" w:rsidP="00AB3852">
            <w:pPr>
              <w:rPr>
                <w:rFonts w:ascii="Arial" w:hAnsi="Arial" w:cs="Arial"/>
                <w:sz w:val="20"/>
                <w:szCs w:val="20"/>
              </w:rPr>
            </w:pPr>
            <w:r w:rsidRPr="00AB3852">
              <w:rPr>
                <w:rFonts w:ascii="Arial" w:hAnsi="Arial" w:cs="Arial"/>
                <w:sz w:val="20"/>
                <w:szCs w:val="20"/>
              </w:rPr>
              <w:t>Photos, access notices, landlord/insurer correspondence, repair reports.</w:t>
            </w:r>
          </w:p>
        </w:tc>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7CC3E1B" w14:textId="77777777" w:rsidR="00AB3852" w:rsidRPr="00AB3852" w:rsidRDefault="00AB3852" w:rsidP="00AB3852">
            <w:pPr>
              <w:rPr>
                <w:rFonts w:ascii="Arial" w:hAnsi="Arial" w:cs="Arial"/>
                <w:sz w:val="20"/>
                <w:szCs w:val="20"/>
              </w:rPr>
            </w:pPr>
            <w:r w:rsidRPr="00AB3852">
              <w:rPr>
                <w:rFonts w:ascii="Arial" w:hAnsi="Arial" w:cs="Arial"/>
                <w:sz w:val="20"/>
                <w:szCs w:val="20"/>
              </w:rPr>
              <w:t>People, site, equipment, records, utilities, landlord, insurer.</w:t>
            </w:r>
          </w:p>
        </w:tc>
      </w:tr>
      <w:tr w:rsidR="00AB3852" w:rsidRPr="00AB3852" w14:paraId="0DCB292E" w14:textId="77777777" w:rsidTr="00832E91">
        <w:trPr>
          <w:cantSplit/>
          <w:jc w:val="center"/>
        </w:trPr>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9D77A1B" w14:textId="77777777" w:rsidR="00AB3852" w:rsidRPr="00AB3852" w:rsidRDefault="00AB3852" w:rsidP="00AB3852">
            <w:pPr>
              <w:rPr>
                <w:rFonts w:ascii="Arial" w:hAnsi="Arial" w:cs="Arial"/>
                <w:sz w:val="20"/>
                <w:szCs w:val="20"/>
              </w:rPr>
            </w:pPr>
            <w:r w:rsidRPr="00AB3852">
              <w:rPr>
                <w:rFonts w:ascii="Arial" w:hAnsi="Arial" w:cs="Arial"/>
                <w:sz w:val="20"/>
                <w:szCs w:val="20"/>
              </w:rPr>
              <w:t>Critical IT outage / cyber event</w:t>
            </w:r>
          </w:p>
        </w:tc>
        <w:tc>
          <w:tcPr>
            <w:tcW w:w="590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A7416FA"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Escalate to technology lead; stop unsafe activity; preserve logs; </w:t>
            </w:r>
            <w:proofErr w:type="spellStart"/>
            <w:r w:rsidRPr="00AB3852">
              <w:rPr>
                <w:rFonts w:ascii="Arial" w:hAnsi="Arial" w:cs="Arial"/>
                <w:sz w:val="20"/>
                <w:szCs w:val="20"/>
              </w:rPr>
              <w:t>prioritise</w:t>
            </w:r>
            <w:proofErr w:type="spellEnd"/>
            <w:r w:rsidRPr="00AB3852">
              <w:rPr>
                <w:rFonts w:ascii="Arial" w:hAnsi="Arial" w:cs="Arial"/>
                <w:sz w:val="20"/>
                <w:szCs w:val="20"/>
              </w:rPr>
              <w:t xml:space="preserve"> critical systems and manual actions.</w:t>
            </w:r>
          </w:p>
        </w:tc>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2A2655D" w14:textId="77777777" w:rsidR="00AB3852" w:rsidRPr="00AB3852" w:rsidRDefault="00AB3852" w:rsidP="00AB3852">
            <w:pPr>
              <w:rPr>
                <w:rFonts w:ascii="Arial" w:hAnsi="Arial" w:cs="Arial"/>
                <w:sz w:val="20"/>
                <w:szCs w:val="20"/>
              </w:rPr>
            </w:pPr>
            <w:r w:rsidRPr="00AB3852">
              <w:rPr>
                <w:rFonts w:ascii="Arial" w:hAnsi="Arial" w:cs="Arial"/>
                <w:sz w:val="20"/>
                <w:szCs w:val="20"/>
              </w:rPr>
              <w:t>System logs, provider notices, decisions, screenshots, communications.</w:t>
            </w:r>
          </w:p>
        </w:tc>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177408" w14:textId="77777777" w:rsidR="00AB3852" w:rsidRPr="00AB3852" w:rsidRDefault="00AB3852" w:rsidP="00AB3852">
            <w:pPr>
              <w:rPr>
                <w:rFonts w:ascii="Arial" w:hAnsi="Arial" w:cs="Arial"/>
                <w:sz w:val="20"/>
                <w:szCs w:val="20"/>
              </w:rPr>
            </w:pPr>
            <w:r w:rsidRPr="00AB3852">
              <w:rPr>
                <w:rFonts w:ascii="Arial" w:hAnsi="Arial" w:cs="Arial"/>
                <w:sz w:val="20"/>
                <w:szCs w:val="20"/>
              </w:rPr>
              <w:t>Systems, data, providers, bank, legal/privacy, insurance.</w:t>
            </w:r>
          </w:p>
        </w:tc>
      </w:tr>
      <w:tr w:rsidR="00AB3852" w:rsidRPr="00AB3852" w14:paraId="6ABDF447" w14:textId="77777777" w:rsidTr="00832E91">
        <w:trPr>
          <w:cantSplit/>
          <w:jc w:val="center"/>
        </w:trPr>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F78E1F" w14:textId="77777777" w:rsidR="00AB3852" w:rsidRPr="00AB3852" w:rsidRDefault="00AB3852" w:rsidP="00AB3852">
            <w:pPr>
              <w:rPr>
                <w:rFonts w:ascii="Arial" w:hAnsi="Arial" w:cs="Arial"/>
                <w:sz w:val="20"/>
                <w:szCs w:val="20"/>
              </w:rPr>
            </w:pPr>
            <w:r w:rsidRPr="00AB3852">
              <w:rPr>
                <w:rFonts w:ascii="Arial" w:hAnsi="Arial" w:cs="Arial"/>
                <w:sz w:val="20"/>
                <w:szCs w:val="20"/>
              </w:rPr>
              <w:t>Key supplier disruption</w:t>
            </w:r>
          </w:p>
        </w:tc>
        <w:tc>
          <w:tcPr>
            <w:tcW w:w="590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140EE2"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Confirm impact and duration; activate alternate supplier or stock buffer; </w:t>
            </w:r>
            <w:proofErr w:type="spellStart"/>
            <w:r w:rsidRPr="00AB3852">
              <w:rPr>
                <w:rFonts w:ascii="Arial" w:hAnsi="Arial" w:cs="Arial"/>
                <w:sz w:val="20"/>
                <w:szCs w:val="20"/>
              </w:rPr>
              <w:t>prioritise</w:t>
            </w:r>
            <w:proofErr w:type="spellEnd"/>
            <w:r w:rsidRPr="00AB3852">
              <w:rPr>
                <w:rFonts w:ascii="Arial" w:hAnsi="Arial" w:cs="Arial"/>
                <w:sz w:val="20"/>
                <w:szCs w:val="20"/>
              </w:rPr>
              <w:t xml:space="preserve"> customers based on criticality.</w:t>
            </w:r>
          </w:p>
        </w:tc>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D8BC2DA" w14:textId="77777777" w:rsidR="00AB3852" w:rsidRPr="00AB3852" w:rsidRDefault="00AB3852" w:rsidP="00AB3852">
            <w:pPr>
              <w:rPr>
                <w:rFonts w:ascii="Arial" w:hAnsi="Arial" w:cs="Arial"/>
                <w:sz w:val="20"/>
                <w:szCs w:val="20"/>
              </w:rPr>
            </w:pPr>
            <w:r w:rsidRPr="00AB3852">
              <w:rPr>
                <w:rFonts w:ascii="Arial" w:hAnsi="Arial" w:cs="Arial"/>
                <w:sz w:val="20"/>
                <w:szCs w:val="20"/>
              </w:rPr>
              <w:t>Supplier notices, purchase orders, customer impacts, extra costs.</w:t>
            </w:r>
          </w:p>
        </w:tc>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BEFB5C" w14:textId="77777777" w:rsidR="00AB3852" w:rsidRPr="00AB3852" w:rsidRDefault="00AB3852" w:rsidP="00AB3852">
            <w:pPr>
              <w:rPr>
                <w:rFonts w:ascii="Arial" w:hAnsi="Arial" w:cs="Arial"/>
                <w:sz w:val="20"/>
                <w:szCs w:val="20"/>
              </w:rPr>
            </w:pPr>
            <w:r w:rsidRPr="00AB3852">
              <w:rPr>
                <w:rFonts w:ascii="Arial" w:hAnsi="Arial" w:cs="Arial"/>
                <w:sz w:val="20"/>
                <w:szCs w:val="20"/>
              </w:rPr>
              <w:t>Supplier, freight, stock, contracts, customer commitments.</w:t>
            </w:r>
          </w:p>
        </w:tc>
      </w:tr>
      <w:tr w:rsidR="00AB3852" w:rsidRPr="00AB3852" w14:paraId="6765788E" w14:textId="77777777" w:rsidTr="00832E91">
        <w:trPr>
          <w:cantSplit/>
          <w:jc w:val="center"/>
        </w:trPr>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4512B4D" w14:textId="77777777" w:rsidR="00AB3852" w:rsidRPr="00AB3852" w:rsidRDefault="00AB3852" w:rsidP="00AB3852">
            <w:pPr>
              <w:rPr>
                <w:rFonts w:ascii="Arial" w:hAnsi="Arial" w:cs="Arial"/>
                <w:sz w:val="20"/>
                <w:szCs w:val="20"/>
              </w:rPr>
            </w:pPr>
            <w:r w:rsidRPr="00AB3852">
              <w:rPr>
                <w:rFonts w:ascii="Arial" w:hAnsi="Arial" w:cs="Arial"/>
                <w:sz w:val="20"/>
                <w:szCs w:val="20"/>
              </w:rPr>
              <w:t>People unavailability / health event</w:t>
            </w:r>
          </w:p>
        </w:tc>
        <w:tc>
          <w:tcPr>
            <w:tcW w:w="590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8F6E4D8"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Confirm safety, wellbeing and availability; activate alternates and essential rosters; </w:t>
            </w:r>
            <w:proofErr w:type="gramStart"/>
            <w:r w:rsidRPr="00AB3852">
              <w:rPr>
                <w:rFonts w:ascii="Arial" w:hAnsi="Arial" w:cs="Arial"/>
                <w:sz w:val="20"/>
                <w:szCs w:val="20"/>
              </w:rPr>
              <w:t>defer</w:t>
            </w:r>
            <w:proofErr w:type="gramEnd"/>
            <w:r w:rsidRPr="00AB3852">
              <w:rPr>
                <w:rFonts w:ascii="Arial" w:hAnsi="Arial" w:cs="Arial"/>
                <w:sz w:val="20"/>
                <w:szCs w:val="20"/>
              </w:rPr>
              <w:t xml:space="preserve"> non-critical activity.</w:t>
            </w:r>
          </w:p>
        </w:tc>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2B5EAF8" w14:textId="77777777" w:rsidR="00AB3852" w:rsidRPr="00AB3852" w:rsidRDefault="00AB3852" w:rsidP="00AB3852">
            <w:pPr>
              <w:rPr>
                <w:rFonts w:ascii="Arial" w:hAnsi="Arial" w:cs="Arial"/>
                <w:sz w:val="20"/>
                <w:szCs w:val="20"/>
              </w:rPr>
            </w:pPr>
            <w:r w:rsidRPr="00AB3852">
              <w:rPr>
                <w:rFonts w:ascii="Arial" w:hAnsi="Arial" w:cs="Arial"/>
                <w:sz w:val="20"/>
                <w:szCs w:val="20"/>
              </w:rPr>
              <w:t>Wellbeing tracker, rosters, payroll records, internal updates.</w:t>
            </w:r>
          </w:p>
        </w:tc>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803DDED" w14:textId="77777777" w:rsidR="00AB3852" w:rsidRPr="00AB3852" w:rsidRDefault="00AB3852" w:rsidP="00AB3852">
            <w:pPr>
              <w:rPr>
                <w:rFonts w:ascii="Arial" w:hAnsi="Arial" w:cs="Arial"/>
                <w:sz w:val="20"/>
                <w:szCs w:val="20"/>
              </w:rPr>
            </w:pPr>
            <w:r w:rsidRPr="00AB3852">
              <w:rPr>
                <w:rFonts w:ascii="Arial" w:hAnsi="Arial" w:cs="Arial"/>
                <w:sz w:val="20"/>
                <w:szCs w:val="20"/>
              </w:rPr>
              <w:t>People, skills, authorities, payroll, communications.</w:t>
            </w:r>
          </w:p>
        </w:tc>
      </w:tr>
      <w:tr w:rsidR="00AB3852" w:rsidRPr="00AB3852" w14:paraId="07CE4064" w14:textId="77777777" w:rsidTr="00832E91">
        <w:trPr>
          <w:cantSplit/>
          <w:jc w:val="center"/>
        </w:trPr>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ACEDDEA" w14:textId="77777777" w:rsidR="00AB3852" w:rsidRPr="00AB3852" w:rsidRDefault="00AB3852" w:rsidP="00AB3852">
            <w:pPr>
              <w:rPr>
                <w:rFonts w:ascii="Arial" w:hAnsi="Arial" w:cs="Arial"/>
                <w:sz w:val="20"/>
                <w:szCs w:val="20"/>
              </w:rPr>
            </w:pPr>
            <w:r w:rsidRPr="00AB3852">
              <w:rPr>
                <w:rFonts w:ascii="Arial" w:hAnsi="Arial" w:cs="Arial"/>
                <w:sz w:val="20"/>
                <w:szCs w:val="20"/>
              </w:rPr>
              <w:t>Utility or telecommunications outage</w:t>
            </w:r>
          </w:p>
        </w:tc>
        <w:tc>
          <w:tcPr>
            <w:tcW w:w="590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D243D4A"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Confirm life safety and site suitability; switch to backup power/data or alternate site; </w:t>
            </w:r>
            <w:proofErr w:type="spellStart"/>
            <w:r w:rsidRPr="00AB3852">
              <w:rPr>
                <w:rFonts w:ascii="Arial" w:hAnsi="Arial" w:cs="Arial"/>
                <w:sz w:val="20"/>
                <w:szCs w:val="20"/>
              </w:rPr>
              <w:t>prioritise</w:t>
            </w:r>
            <w:proofErr w:type="spellEnd"/>
            <w:r w:rsidRPr="00AB3852">
              <w:rPr>
                <w:rFonts w:ascii="Arial" w:hAnsi="Arial" w:cs="Arial"/>
                <w:sz w:val="20"/>
                <w:szCs w:val="20"/>
              </w:rPr>
              <w:t xml:space="preserve"> offline work.</w:t>
            </w:r>
          </w:p>
        </w:tc>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2500D35" w14:textId="77777777" w:rsidR="00AB3852" w:rsidRPr="00AB3852" w:rsidRDefault="00AB3852" w:rsidP="00AB3852">
            <w:pPr>
              <w:rPr>
                <w:rFonts w:ascii="Arial" w:hAnsi="Arial" w:cs="Arial"/>
                <w:sz w:val="20"/>
                <w:szCs w:val="20"/>
              </w:rPr>
            </w:pPr>
            <w:r w:rsidRPr="00AB3852">
              <w:rPr>
                <w:rFonts w:ascii="Arial" w:hAnsi="Arial" w:cs="Arial"/>
                <w:sz w:val="20"/>
                <w:szCs w:val="20"/>
              </w:rPr>
              <w:t>Utility notices, outage reports, costs, site checks.</w:t>
            </w:r>
          </w:p>
        </w:tc>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417957A" w14:textId="77777777" w:rsidR="00AB3852" w:rsidRPr="00AB3852" w:rsidRDefault="00AB3852" w:rsidP="00AB3852">
            <w:pPr>
              <w:rPr>
                <w:rFonts w:ascii="Arial" w:hAnsi="Arial" w:cs="Arial"/>
                <w:sz w:val="20"/>
                <w:szCs w:val="20"/>
              </w:rPr>
            </w:pPr>
            <w:r w:rsidRPr="00AB3852">
              <w:rPr>
                <w:rFonts w:ascii="Arial" w:hAnsi="Arial" w:cs="Arial"/>
                <w:sz w:val="20"/>
                <w:szCs w:val="20"/>
              </w:rPr>
              <w:t>Utilities, landlord, devices, backup channels, alternate site.</w:t>
            </w:r>
          </w:p>
        </w:tc>
      </w:tr>
      <w:tr w:rsidR="00AB3852" w:rsidRPr="00AB3852" w14:paraId="28B89293" w14:textId="77777777" w:rsidTr="00832E91">
        <w:trPr>
          <w:cantSplit/>
          <w:jc w:val="center"/>
        </w:trPr>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88F25B" w14:textId="77777777" w:rsidR="00AB3852" w:rsidRPr="00AB3852" w:rsidRDefault="00AB3852" w:rsidP="00AB3852">
            <w:pPr>
              <w:rPr>
                <w:rFonts w:ascii="Arial" w:hAnsi="Arial" w:cs="Arial"/>
                <w:sz w:val="20"/>
                <w:szCs w:val="20"/>
              </w:rPr>
            </w:pPr>
            <w:r w:rsidRPr="00AB3852">
              <w:rPr>
                <w:rFonts w:ascii="Arial" w:hAnsi="Arial" w:cs="Arial"/>
                <w:sz w:val="20"/>
                <w:szCs w:val="20"/>
              </w:rPr>
              <w:t>Severe weather or natural hazard</w:t>
            </w:r>
          </w:p>
        </w:tc>
        <w:tc>
          <w:tcPr>
            <w:tcW w:w="590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6C63F1D" w14:textId="77777777" w:rsidR="00AB3852" w:rsidRPr="00AB3852" w:rsidRDefault="00AB3852" w:rsidP="00AB3852">
            <w:pPr>
              <w:rPr>
                <w:rFonts w:ascii="Arial" w:hAnsi="Arial" w:cs="Arial"/>
                <w:sz w:val="20"/>
                <w:szCs w:val="20"/>
              </w:rPr>
            </w:pPr>
            <w:r w:rsidRPr="00AB3852">
              <w:rPr>
                <w:rFonts w:ascii="Arial" w:hAnsi="Arial" w:cs="Arial"/>
                <w:sz w:val="20"/>
                <w:szCs w:val="20"/>
              </w:rPr>
              <w:t>Monitor official warnings and local instructions; protect people; assess premises, travel, suppliers and customer impacts.</w:t>
            </w:r>
          </w:p>
        </w:tc>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6FFBE5" w14:textId="77777777" w:rsidR="00AB3852" w:rsidRPr="00AB3852" w:rsidRDefault="00AB3852" w:rsidP="00AB3852">
            <w:pPr>
              <w:rPr>
                <w:rFonts w:ascii="Arial" w:hAnsi="Arial" w:cs="Arial"/>
                <w:sz w:val="20"/>
                <w:szCs w:val="20"/>
              </w:rPr>
            </w:pPr>
            <w:r w:rsidRPr="00AB3852">
              <w:rPr>
                <w:rFonts w:ascii="Arial" w:hAnsi="Arial" w:cs="Arial"/>
                <w:sz w:val="20"/>
                <w:szCs w:val="20"/>
              </w:rPr>
              <w:t>Warnings, photos, road closures, supplier notices, customer impacts.</w:t>
            </w:r>
          </w:p>
        </w:tc>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1F8184" w14:textId="77777777" w:rsidR="00AB3852" w:rsidRPr="00AB3852" w:rsidRDefault="00AB3852" w:rsidP="00AB3852">
            <w:pPr>
              <w:rPr>
                <w:rFonts w:ascii="Arial" w:hAnsi="Arial" w:cs="Arial"/>
                <w:sz w:val="20"/>
                <w:szCs w:val="20"/>
              </w:rPr>
            </w:pPr>
            <w:r w:rsidRPr="00AB3852">
              <w:rPr>
                <w:rFonts w:ascii="Arial" w:hAnsi="Arial" w:cs="Arial"/>
                <w:sz w:val="20"/>
                <w:szCs w:val="20"/>
              </w:rPr>
              <w:t>People, site, transport, utilities, suppliers, insurance.</w:t>
            </w:r>
          </w:p>
        </w:tc>
      </w:tr>
      <w:tr w:rsidR="00832E91" w:rsidRPr="00AB3852" w14:paraId="064CB54E" w14:textId="77777777" w:rsidTr="00832E91">
        <w:trPr>
          <w:cantSplit/>
          <w:jc w:val="center"/>
        </w:trPr>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C1A4FA1" w14:textId="77777777" w:rsidR="00832E91" w:rsidRPr="00AB3852" w:rsidRDefault="00832E91" w:rsidP="00AB3852">
            <w:pPr>
              <w:rPr>
                <w:rFonts w:ascii="Arial" w:hAnsi="Arial" w:cs="Arial"/>
                <w:sz w:val="20"/>
                <w:szCs w:val="20"/>
              </w:rPr>
            </w:pPr>
          </w:p>
        </w:tc>
        <w:tc>
          <w:tcPr>
            <w:tcW w:w="590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86DA41D" w14:textId="77777777" w:rsidR="00832E91" w:rsidRPr="00AB3852" w:rsidRDefault="00832E91" w:rsidP="00AB3852">
            <w:pPr>
              <w:rPr>
                <w:rFonts w:ascii="Arial" w:hAnsi="Arial" w:cs="Arial"/>
                <w:sz w:val="20"/>
                <w:szCs w:val="20"/>
              </w:rPr>
            </w:pPr>
          </w:p>
        </w:tc>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13DB119" w14:textId="77777777" w:rsidR="00832E91" w:rsidRPr="00AB3852" w:rsidRDefault="00832E91" w:rsidP="00AB3852">
            <w:pPr>
              <w:rPr>
                <w:rFonts w:ascii="Arial" w:hAnsi="Arial" w:cs="Arial"/>
                <w:sz w:val="20"/>
                <w:szCs w:val="20"/>
              </w:rPr>
            </w:pPr>
          </w:p>
        </w:tc>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BFC747" w14:textId="77777777" w:rsidR="00832E91" w:rsidRPr="00AB3852" w:rsidRDefault="00832E91" w:rsidP="00AB3852">
            <w:pPr>
              <w:rPr>
                <w:rFonts w:ascii="Arial" w:hAnsi="Arial" w:cs="Arial"/>
                <w:sz w:val="20"/>
                <w:szCs w:val="20"/>
              </w:rPr>
            </w:pPr>
          </w:p>
        </w:tc>
      </w:tr>
      <w:tr w:rsidR="00832E91" w:rsidRPr="00AB3852" w14:paraId="5FB428DC" w14:textId="77777777" w:rsidTr="00832E91">
        <w:trPr>
          <w:cantSplit/>
          <w:jc w:val="center"/>
        </w:trPr>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ED53D1F" w14:textId="77777777" w:rsidR="00832E91" w:rsidRPr="00AB3852" w:rsidRDefault="00832E91" w:rsidP="00AB3852">
            <w:pPr>
              <w:rPr>
                <w:rFonts w:ascii="Arial" w:hAnsi="Arial" w:cs="Arial"/>
                <w:sz w:val="20"/>
                <w:szCs w:val="20"/>
              </w:rPr>
            </w:pPr>
          </w:p>
        </w:tc>
        <w:tc>
          <w:tcPr>
            <w:tcW w:w="590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5969837" w14:textId="77777777" w:rsidR="00832E91" w:rsidRPr="00AB3852" w:rsidRDefault="00832E91" w:rsidP="00AB3852">
            <w:pPr>
              <w:rPr>
                <w:rFonts w:ascii="Arial" w:hAnsi="Arial" w:cs="Arial"/>
                <w:sz w:val="20"/>
                <w:szCs w:val="20"/>
              </w:rPr>
            </w:pPr>
          </w:p>
        </w:tc>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D5A5A89" w14:textId="77777777" w:rsidR="00832E91" w:rsidRPr="00AB3852" w:rsidRDefault="00832E91" w:rsidP="00AB3852">
            <w:pPr>
              <w:rPr>
                <w:rFonts w:ascii="Arial" w:hAnsi="Arial" w:cs="Arial"/>
                <w:sz w:val="20"/>
                <w:szCs w:val="20"/>
              </w:rPr>
            </w:pPr>
          </w:p>
        </w:tc>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500A9D" w14:textId="77777777" w:rsidR="00832E91" w:rsidRPr="00AB3852" w:rsidRDefault="00832E91" w:rsidP="00AB3852">
            <w:pPr>
              <w:rPr>
                <w:rFonts w:ascii="Arial" w:hAnsi="Arial" w:cs="Arial"/>
                <w:sz w:val="20"/>
                <w:szCs w:val="20"/>
              </w:rPr>
            </w:pPr>
          </w:p>
        </w:tc>
      </w:tr>
    </w:tbl>
    <w:p w14:paraId="4BDBE147"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5A490A3E" w14:textId="77777777" w:rsidR="00832E91" w:rsidRDefault="00832E91">
      <w:pPr>
        <w:rPr>
          <w:rFonts w:ascii="Arial" w:eastAsia="MS Gothic" w:hAnsi="Arial" w:cs="Arial"/>
          <w:b/>
          <w:bCs/>
          <w:color w:val="3D3D3D"/>
          <w:kern w:val="0"/>
          <w:sz w:val="20"/>
          <w:szCs w:val="20"/>
          <w:lang w:val="en-US"/>
          <w14:ligatures w14:val="none"/>
        </w:rPr>
      </w:pPr>
      <w:r>
        <w:rPr>
          <w:rFonts w:ascii="Arial" w:eastAsia="MS Gothic" w:hAnsi="Arial" w:cs="Arial"/>
          <w:b/>
          <w:bCs/>
          <w:color w:val="3D3D3D"/>
          <w:kern w:val="0"/>
          <w:sz w:val="20"/>
          <w:szCs w:val="20"/>
          <w:lang w:val="en-US"/>
          <w14:ligatures w14:val="none"/>
        </w:rPr>
        <w:br w:type="page"/>
      </w:r>
    </w:p>
    <w:p w14:paraId="4D5E2C65" w14:textId="420BD076"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3.7 Situation update template</w:t>
      </w:r>
    </w:p>
    <w:p w14:paraId="30DA0319"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Use during an incident or test to prepare structured updates for owners, directors, funders or advisers.</w:t>
      </w:r>
    </w:p>
    <w:tbl>
      <w:tblPr>
        <w:tblStyle w:val="TableGrid"/>
        <w:tblW w:w="0" w:type="auto"/>
        <w:jc w:val="center"/>
        <w:tblLayout w:type="fixed"/>
        <w:tblLook w:val="04A0" w:firstRow="1" w:lastRow="0" w:firstColumn="1" w:lastColumn="0" w:noHBand="0" w:noVBand="1"/>
      </w:tblPr>
      <w:tblGrid>
        <w:gridCol w:w="3311"/>
        <w:gridCol w:w="11952"/>
      </w:tblGrid>
      <w:tr w:rsidR="00AB3852" w:rsidRPr="00AB3852" w14:paraId="1DB982D9" w14:textId="77777777" w:rsidTr="006A3252">
        <w:trPr>
          <w:cantSplit/>
          <w:tblHeader/>
          <w:jc w:val="center"/>
        </w:trPr>
        <w:tc>
          <w:tcPr>
            <w:tcW w:w="3311"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6B598D8"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Heading</w:t>
            </w:r>
          </w:p>
        </w:tc>
        <w:tc>
          <w:tcPr>
            <w:tcW w:w="1195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FB56A3C"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Current position</w:t>
            </w:r>
          </w:p>
        </w:tc>
      </w:tr>
      <w:tr w:rsidR="00AB3852" w:rsidRPr="00AB3852" w14:paraId="42670D32" w14:textId="77777777" w:rsidTr="006A3252">
        <w:trPr>
          <w:cantSplit/>
          <w:jc w:val="center"/>
        </w:trPr>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0DD8CD4" w14:textId="77777777" w:rsidR="00AB3852" w:rsidRPr="00AB3852" w:rsidRDefault="00AB3852" w:rsidP="00AB3852">
            <w:pPr>
              <w:rPr>
                <w:rFonts w:ascii="Arial" w:hAnsi="Arial" w:cs="Arial"/>
                <w:sz w:val="20"/>
                <w:szCs w:val="20"/>
              </w:rPr>
            </w:pPr>
            <w:r w:rsidRPr="00AB3852">
              <w:rPr>
                <w:rFonts w:ascii="Arial" w:hAnsi="Arial" w:cs="Arial"/>
                <w:sz w:val="20"/>
                <w:szCs w:val="20"/>
              </w:rPr>
              <w:t>Update number / time</w:t>
            </w:r>
          </w:p>
        </w:tc>
        <w:tc>
          <w:tcPr>
            <w:tcW w:w="119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70A496" w14:textId="77777777" w:rsidR="00AB3852" w:rsidRPr="00AB3852" w:rsidRDefault="00AB3852" w:rsidP="00AB3852">
            <w:pPr>
              <w:rPr>
                <w:rFonts w:ascii="Arial" w:hAnsi="Arial" w:cs="Arial"/>
                <w:sz w:val="20"/>
                <w:szCs w:val="20"/>
              </w:rPr>
            </w:pPr>
            <w:r w:rsidRPr="00AB3852">
              <w:rPr>
                <w:rFonts w:ascii="Arial" w:hAnsi="Arial" w:cs="Arial"/>
                <w:sz w:val="20"/>
                <w:szCs w:val="20"/>
              </w:rPr>
              <w:t>[</w:t>
            </w:r>
            <w:proofErr w:type="gramStart"/>
            <w:r w:rsidRPr="00AB3852">
              <w:rPr>
                <w:rFonts w:ascii="Arial" w:hAnsi="Arial" w:cs="Arial"/>
                <w:sz w:val="20"/>
                <w:szCs w:val="20"/>
              </w:rPr>
              <w:t>Update # /</w:t>
            </w:r>
            <w:proofErr w:type="gramEnd"/>
            <w:r w:rsidRPr="00AB3852">
              <w:rPr>
                <w:rFonts w:ascii="Arial" w:hAnsi="Arial" w:cs="Arial"/>
                <w:sz w:val="20"/>
                <w:szCs w:val="20"/>
              </w:rPr>
              <w:t xml:space="preserve"> date / time / prepared by]</w:t>
            </w:r>
          </w:p>
        </w:tc>
      </w:tr>
      <w:tr w:rsidR="00AB3852" w:rsidRPr="00AB3852" w14:paraId="46B1BAE9" w14:textId="77777777" w:rsidTr="006A3252">
        <w:trPr>
          <w:cantSplit/>
          <w:jc w:val="center"/>
        </w:trPr>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721700" w14:textId="77777777" w:rsidR="00AB3852" w:rsidRPr="00AB3852" w:rsidRDefault="00AB3852" w:rsidP="00AB3852">
            <w:pPr>
              <w:rPr>
                <w:rFonts w:ascii="Arial" w:hAnsi="Arial" w:cs="Arial"/>
                <w:sz w:val="20"/>
                <w:szCs w:val="20"/>
              </w:rPr>
            </w:pPr>
            <w:r w:rsidRPr="00AB3852">
              <w:rPr>
                <w:rFonts w:ascii="Arial" w:hAnsi="Arial" w:cs="Arial"/>
                <w:sz w:val="20"/>
                <w:szCs w:val="20"/>
              </w:rPr>
              <w:t>Executive summary</w:t>
            </w:r>
          </w:p>
        </w:tc>
        <w:tc>
          <w:tcPr>
            <w:tcW w:w="119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1E91AB0" w14:textId="77777777" w:rsidR="00AB3852" w:rsidRPr="00AB3852" w:rsidRDefault="00AB3852" w:rsidP="00AB3852">
            <w:pPr>
              <w:rPr>
                <w:rFonts w:ascii="Arial" w:hAnsi="Arial" w:cs="Arial"/>
                <w:sz w:val="20"/>
                <w:szCs w:val="20"/>
              </w:rPr>
            </w:pPr>
            <w:r w:rsidRPr="00AB3852">
              <w:rPr>
                <w:rFonts w:ascii="Arial" w:hAnsi="Arial" w:cs="Arial"/>
                <w:sz w:val="20"/>
                <w:szCs w:val="20"/>
              </w:rPr>
              <w:t>[What happened, current impact and direction of travel]</w:t>
            </w:r>
          </w:p>
        </w:tc>
      </w:tr>
      <w:tr w:rsidR="00AB3852" w:rsidRPr="00AB3852" w14:paraId="09155773" w14:textId="77777777" w:rsidTr="006A3252">
        <w:trPr>
          <w:cantSplit/>
          <w:jc w:val="center"/>
        </w:trPr>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5C68D8" w14:textId="77777777" w:rsidR="00AB3852" w:rsidRPr="00AB3852" w:rsidRDefault="00AB3852" w:rsidP="00AB3852">
            <w:pPr>
              <w:rPr>
                <w:rFonts w:ascii="Arial" w:hAnsi="Arial" w:cs="Arial"/>
                <w:sz w:val="20"/>
                <w:szCs w:val="20"/>
              </w:rPr>
            </w:pPr>
            <w:r w:rsidRPr="00AB3852">
              <w:rPr>
                <w:rFonts w:ascii="Arial" w:hAnsi="Arial" w:cs="Arial"/>
                <w:sz w:val="20"/>
                <w:szCs w:val="20"/>
              </w:rPr>
              <w:t>People and safety</w:t>
            </w:r>
          </w:p>
        </w:tc>
        <w:tc>
          <w:tcPr>
            <w:tcW w:w="119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2EE509"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[Status, issues, </w:t>
            </w:r>
            <w:proofErr w:type="gramStart"/>
            <w:r w:rsidRPr="00AB3852">
              <w:rPr>
                <w:rFonts w:ascii="Arial" w:hAnsi="Arial" w:cs="Arial"/>
                <w:sz w:val="20"/>
                <w:szCs w:val="20"/>
              </w:rPr>
              <w:t>wellbeing</w:t>
            </w:r>
            <w:proofErr w:type="gramEnd"/>
            <w:r w:rsidRPr="00AB3852">
              <w:rPr>
                <w:rFonts w:ascii="Arial" w:hAnsi="Arial" w:cs="Arial"/>
                <w:sz w:val="20"/>
                <w:szCs w:val="20"/>
              </w:rPr>
              <w:t xml:space="preserve"> support required]</w:t>
            </w:r>
          </w:p>
        </w:tc>
      </w:tr>
      <w:tr w:rsidR="00AB3852" w:rsidRPr="00AB3852" w14:paraId="5F811DE1" w14:textId="77777777" w:rsidTr="006A3252">
        <w:trPr>
          <w:cantSplit/>
          <w:jc w:val="center"/>
        </w:trPr>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2C88DB4" w14:textId="77777777" w:rsidR="00AB3852" w:rsidRPr="00AB3852" w:rsidRDefault="00AB3852" w:rsidP="00AB3852">
            <w:pPr>
              <w:rPr>
                <w:rFonts w:ascii="Arial" w:hAnsi="Arial" w:cs="Arial"/>
                <w:sz w:val="20"/>
                <w:szCs w:val="20"/>
              </w:rPr>
            </w:pPr>
            <w:r w:rsidRPr="00AB3852">
              <w:rPr>
                <w:rFonts w:ascii="Arial" w:hAnsi="Arial" w:cs="Arial"/>
                <w:sz w:val="20"/>
                <w:szCs w:val="20"/>
              </w:rPr>
              <w:t>Critical business processes</w:t>
            </w:r>
          </w:p>
        </w:tc>
        <w:tc>
          <w:tcPr>
            <w:tcW w:w="119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F0EB56" w14:textId="77777777" w:rsidR="00AB3852" w:rsidRPr="00AB3852" w:rsidRDefault="00AB3852" w:rsidP="00AB3852">
            <w:pPr>
              <w:rPr>
                <w:rFonts w:ascii="Arial" w:hAnsi="Arial" w:cs="Arial"/>
                <w:sz w:val="20"/>
                <w:szCs w:val="20"/>
              </w:rPr>
            </w:pPr>
            <w:r w:rsidRPr="00AB3852">
              <w:rPr>
                <w:rFonts w:ascii="Arial" w:hAnsi="Arial" w:cs="Arial"/>
                <w:sz w:val="20"/>
                <w:szCs w:val="20"/>
              </w:rPr>
              <w:t>[Recovery timeframe status, active practical actions, customer impact]</w:t>
            </w:r>
          </w:p>
        </w:tc>
      </w:tr>
      <w:tr w:rsidR="00AB3852" w:rsidRPr="00AB3852" w14:paraId="0219B4F5" w14:textId="77777777" w:rsidTr="006A3252">
        <w:trPr>
          <w:cantSplit/>
          <w:jc w:val="center"/>
        </w:trPr>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7642032" w14:textId="77777777" w:rsidR="00AB3852" w:rsidRPr="00AB3852" w:rsidRDefault="00AB3852" w:rsidP="00AB3852">
            <w:pPr>
              <w:rPr>
                <w:rFonts w:ascii="Arial" w:hAnsi="Arial" w:cs="Arial"/>
                <w:sz w:val="20"/>
                <w:szCs w:val="20"/>
              </w:rPr>
            </w:pPr>
            <w:r w:rsidRPr="00AB3852">
              <w:rPr>
                <w:rFonts w:ascii="Arial" w:hAnsi="Arial" w:cs="Arial"/>
                <w:sz w:val="20"/>
                <w:szCs w:val="20"/>
              </w:rPr>
              <w:t>Technology / data</w:t>
            </w:r>
          </w:p>
        </w:tc>
        <w:tc>
          <w:tcPr>
            <w:tcW w:w="119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3407BD" w14:textId="77777777" w:rsidR="00AB3852" w:rsidRPr="00AB3852" w:rsidRDefault="00AB3852" w:rsidP="00AB3852">
            <w:pPr>
              <w:rPr>
                <w:rFonts w:ascii="Arial" w:hAnsi="Arial" w:cs="Arial"/>
                <w:sz w:val="20"/>
                <w:szCs w:val="20"/>
              </w:rPr>
            </w:pPr>
            <w:r w:rsidRPr="00AB3852">
              <w:rPr>
                <w:rFonts w:ascii="Arial" w:hAnsi="Arial" w:cs="Arial"/>
                <w:sz w:val="20"/>
                <w:szCs w:val="20"/>
              </w:rPr>
              <w:t>[Systems impacted, restore estimates, cyber/privacy issues]</w:t>
            </w:r>
          </w:p>
        </w:tc>
      </w:tr>
      <w:tr w:rsidR="00AB3852" w:rsidRPr="00AB3852" w14:paraId="46674136" w14:textId="77777777" w:rsidTr="006A3252">
        <w:trPr>
          <w:cantSplit/>
          <w:jc w:val="center"/>
        </w:trPr>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F3FBF92" w14:textId="77777777" w:rsidR="00AB3852" w:rsidRPr="00AB3852" w:rsidRDefault="00AB3852" w:rsidP="00AB3852">
            <w:pPr>
              <w:rPr>
                <w:rFonts w:ascii="Arial" w:hAnsi="Arial" w:cs="Arial"/>
                <w:sz w:val="20"/>
                <w:szCs w:val="20"/>
              </w:rPr>
            </w:pPr>
            <w:r w:rsidRPr="00AB3852">
              <w:rPr>
                <w:rFonts w:ascii="Arial" w:hAnsi="Arial" w:cs="Arial"/>
                <w:sz w:val="20"/>
                <w:szCs w:val="20"/>
              </w:rPr>
              <w:t>Suppliers / premises / assets</w:t>
            </w:r>
          </w:p>
        </w:tc>
        <w:tc>
          <w:tcPr>
            <w:tcW w:w="119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A51018" w14:textId="77777777" w:rsidR="00AB3852" w:rsidRPr="00AB3852" w:rsidRDefault="00AB3852" w:rsidP="00AB3852">
            <w:pPr>
              <w:rPr>
                <w:rFonts w:ascii="Arial" w:hAnsi="Arial" w:cs="Arial"/>
                <w:sz w:val="20"/>
                <w:szCs w:val="20"/>
              </w:rPr>
            </w:pPr>
            <w:r w:rsidRPr="00AB3852">
              <w:rPr>
                <w:rFonts w:ascii="Arial" w:hAnsi="Arial" w:cs="Arial"/>
                <w:sz w:val="20"/>
                <w:szCs w:val="20"/>
              </w:rPr>
              <w:t>[Constraints and recovery actions]</w:t>
            </w:r>
          </w:p>
        </w:tc>
      </w:tr>
      <w:tr w:rsidR="00AB3852" w:rsidRPr="00AB3852" w14:paraId="36B09CBF" w14:textId="77777777" w:rsidTr="006A3252">
        <w:trPr>
          <w:cantSplit/>
          <w:jc w:val="center"/>
        </w:trPr>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23D7BF4" w14:textId="77777777" w:rsidR="00AB3852" w:rsidRPr="00AB3852" w:rsidRDefault="00AB3852" w:rsidP="00AB3852">
            <w:pPr>
              <w:rPr>
                <w:rFonts w:ascii="Arial" w:hAnsi="Arial" w:cs="Arial"/>
                <w:sz w:val="20"/>
                <w:szCs w:val="20"/>
              </w:rPr>
            </w:pPr>
            <w:r w:rsidRPr="00AB3852">
              <w:rPr>
                <w:rFonts w:ascii="Arial" w:hAnsi="Arial" w:cs="Arial"/>
                <w:sz w:val="20"/>
                <w:szCs w:val="20"/>
              </w:rPr>
              <w:t>Financial / legal / insurance</w:t>
            </w:r>
          </w:p>
        </w:tc>
        <w:tc>
          <w:tcPr>
            <w:tcW w:w="119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BC8F01F" w14:textId="77777777" w:rsidR="00AB3852" w:rsidRPr="00AB3852" w:rsidRDefault="00AB3852" w:rsidP="00AB3852">
            <w:pPr>
              <w:rPr>
                <w:rFonts w:ascii="Arial" w:hAnsi="Arial" w:cs="Arial"/>
                <w:sz w:val="20"/>
                <w:szCs w:val="20"/>
              </w:rPr>
            </w:pPr>
            <w:r w:rsidRPr="00AB3852">
              <w:rPr>
                <w:rFonts w:ascii="Arial" w:hAnsi="Arial" w:cs="Arial"/>
                <w:sz w:val="20"/>
                <w:szCs w:val="20"/>
              </w:rPr>
              <w:t>[Costs, claims, obligations, notifications and advice required]</w:t>
            </w:r>
          </w:p>
        </w:tc>
      </w:tr>
      <w:tr w:rsidR="00AB3852" w:rsidRPr="00AB3852" w14:paraId="037950AE" w14:textId="77777777" w:rsidTr="006A3252">
        <w:trPr>
          <w:cantSplit/>
          <w:jc w:val="center"/>
        </w:trPr>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7A20CC" w14:textId="77777777" w:rsidR="00AB3852" w:rsidRPr="00AB3852" w:rsidRDefault="00AB3852" w:rsidP="00AB3852">
            <w:pPr>
              <w:rPr>
                <w:rFonts w:ascii="Arial" w:hAnsi="Arial" w:cs="Arial"/>
                <w:sz w:val="20"/>
                <w:szCs w:val="20"/>
              </w:rPr>
            </w:pPr>
            <w:r w:rsidRPr="00AB3852">
              <w:rPr>
                <w:rFonts w:ascii="Arial" w:hAnsi="Arial" w:cs="Arial"/>
                <w:sz w:val="20"/>
                <w:szCs w:val="20"/>
              </w:rPr>
              <w:t>Decisions required</w:t>
            </w:r>
          </w:p>
        </w:tc>
        <w:tc>
          <w:tcPr>
            <w:tcW w:w="119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48FF5C" w14:textId="77777777" w:rsidR="00AB3852" w:rsidRPr="00AB3852" w:rsidRDefault="00AB3852" w:rsidP="00AB3852">
            <w:pPr>
              <w:rPr>
                <w:rFonts w:ascii="Arial" w:hAnsi="Arial" w:cs="Arial"/>
                <w:sz w:val="20"/>
                <w:szCs w:val="20"/>
              </w:rPr>
            </w:pPr>
            <w:r w:rsidRPr="00AB3852">
              <w:rPr>
                <w:rFonts w:ascii="Arial" w:hAnsi="Arial" w:cs="Arial"/>
                <w:sz w:val="20"/>
                <w:szCs w:val="20"/>
              </w:rPr>
              <w:t>[Decision, deadline, options and recommendation]</w:t>
            </w:r>
          </w:p>
        </w:tc>
      </w:tr>
      <w:tr w:rsidR="00AB3852" w:rsidRPr="00AB3852" w14:paraId="7E187F17" w14:textId="77777777" w:rsidTr="006A3252">
        <w:trPr>
          <w:cantSplit/>
          <w:jc w:val="center"/>
        </w:trPr>
        <w:tc>
          <w:tcPr>
            <w:tcW w:w="331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018D809" w14:textId="77777777" w:rsidR="00AB3852" w:rsidRPr="00AB3852" w:rsidRDefault="00AB3852" w:rsidP="00AB3852">
            <w:pPr>
              <w:rPr>
                <w:rFonts w:ascii="Arial" w:hAnsi="Arial" w:cs="Arial"/>
                <w:sz w:val="20"/>
                <w:szCs w:val="20"/>
              </w:rPr>
            </w:pPr>
            <w:r w:rsidRPr="00AB3852">
              <w:rPr>
                <w:rFonts w:ascii="Arial" w:hAnsi="Arial" w:cs="Arial"/>
                <w:sz w:val="20"/>
                <w:szCs w:val="20"/>
              </w:rPr>
              <w:t>Next update</w:t>
            </w:r>
          </w:p>
        </w:tc>
        <w:tc>
          <w:tcPr>
            <w:tcW w:w="119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424AD48" w14:textId="77777777" w:rsidR="00AB3852" w:rsidRPr="00AB3852" w:rsidRDefault="00AB3852" w:rsidP="00AB3852">
            <w:pPr>
              <w:rPr>
                <w:rFonts w:ascii="Arial" w:hAnsi="Arial" w:cs="Arial"/>
                <w:sz w:val="20"/>
                <w:szCs w:val="20"/>
              </w:rPr>
            </w:pPr>
            <w:r w:rsidRPr="00AB3852">
              <w:rPr>
                <w:rFonts w:ascii="Arial" w:hAnsi="Arial" w:cs="Arial"/>
                <w:sz w:val="20"/>
                <w:szCs w:val="20"/>
              </w:rPr>
              <w:t>[Time and audience]</w:t>
            </w:r>
          </w:p>
        </w:tc>
      </w:tr>
    </w:tbl>
    <w:p w14:paraId="0CD090B1"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4AE3A50E" w14:textId="77777777" w:rsidR="00832E91" w:rsidRDefault="00832E91">
      <w:pPr>
        <w:rPr>
          <w:rFonts w:ascii="Arial" w:eastAsia="MS Gothic" w:hAnsi="Arial" w:cs="Arial"/>
          <w:b/>
          <w:bCs/>
          <w:color w:val="3D3D3D"/>
          <w:kern w:val="0"/>
          <w:sz w:val="20"/>
          <w:szCs w:val="20"/>
          <w:lang w:val="en-US"/>
          <w14:ligatures w14:val="none"/>
        </w:rPr>
      </w:pPr>
      <w:r>
        <w:rPr>
          <w:rFonts w:ascii="Arial" w:eastAsia="MS Gothic" w:hAnsi="Arial" w:cs="Arial"/>
          <w:b/>
          <w:bCs/>
          <w:color w:val="3D3D3D"/>
          <w:kern w:val="0"/>
          <w:sz w:val="20"/>
          <w:szCs w:val="20"/>
          <w:lang w:val="en-US"/>
          <w14:ligatures w14:val="none"/>
        </w:rPr>
        <w:br w:type="page"/>
      </w:r>
    </w:p>
    <w:p w14:paraId="384B892E" w14:textId="1D907BA2"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3.8 Return-to-normal checklist</w:t>
      </w:r>
    </w:p>
    <w:p w14:paraId="44DA6A00"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Use when moving back to normal operations or closing a test.</w:t>
      </w:r>
    </w:p>
    <w:tbl>
      <w:tblPr>
        <w:tblStyle w:val="TableGrid"/>
        <w:tblW w:w="0" w:type="auto"/>
        <w:jc w:val="center"/>
        <w:tblLayout w:type="fixed"/>
        <w:tblLook w:val="04A0" w:firstRow="1" w:lastRow="0" w:firstColumn="1" w:lastColumn="0" w:noHBand="0" w:noVBand="1"/>
      </w:tblPr>
      <w:tblGrid>
        <w:gridCol w:w="6192"/>
        <w:gridCol w:w="5184"/>
        <w:gridCol w:w="2448"/>
        <w:gridCol w:w="1440"/>
      </w:tblGrid>
      <w:tr w:rsidR="00AB3852" w:rsidRPr="00AB3852" w14:paraId="5AE22B71" w14:textId="77777777" w:rsidTr="006A3252">
        <w:trPr>
          <w:cantSplit/>
          <w:tblHeader/>
          <w:jc w:val="center"/>
        </w:trPr>
        <w:tc>
          <w:tcPr>
            <w:tcW w:w="619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A21560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Checklist item</w:t>
            </w:r>
          </w:p>
        </w:tc>
        <w:tc>
          <w:tcPr>
            <w:tcW w:w="518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BECE2DE"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Evidence / decision required</w:t>
            </w:r>
          </w:p>
        </w:tc>
        <w:tc>
          <w:tcPr>
            <w:tcW w:w="244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9C82037"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w:t>
            </w:r>
          </w:p>
        </w:tc>
        <w:tc>
          <w:tcPr>
            <w:tcW w:w="144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D888EF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Complete</w:t>
            </w:r>
          </w:p>
        </w:tc>
      </w:tr>
      <w:tr w:rsidR="00AB3852" w:rsidRPr="00AB3852" w14:paraId="347487A6" w14:textId="77777777" w:rsidTr="006A3252">
        <w:trPr>
          <w:cantSplit/>
          <w:jc w:val="center"/>
        </w:trPr>
        <w:tc>
          <w:tcPr>
            <w:tcW w:w="61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1A97C59" w14:textId="77777777" w:rsidR="00AB3852" w:rsidRPr="00AB3852" w:rsidRDefault="00AB3852" w:rsidP="00AB3852">
            <w:pPr>
              <w:rPr>
                <w:rFonts w:ascii="Arial" w:hAnsi="Arial" w:cs="Arial"/>
                <w:sz w:val="20"/>
                <w:szCs w:val="20"/>
              </w:rPr>
            </w:pPr>
            <w:r w:rsidRPr="00AB3852">
              <w:rPr>
                <w:rFonts w:ascii="Arial" w:hAnsi="Arial" w:cs="Arial"/>
                <w:sz w:val="20"/>
                <w:szCs w:val="20"/>
              </w:rPr>
              <w:t>Critical processes restored to approved minimum or normal service levels.</w:t>
            </w:r>
          </w:p>
        </w:tc>
        <w:tc>
          <w:tcPr>
            <w:tcW w:w="51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142432" w14:textId="77777777" w:rsidR="00AB3852" w:rsidRPr="00AB3852" w:rsidRDefault="00AB3852" w:rsidP="00AB3852">
            <w:pPr>
              <w:rPr>
                <w:rFonts w:ascii="Arial" w:hAnsi="Arial" w:cs="Arial"/>
                <w:sz w:val="20"/>
                <w:szCs w:val="20"/>
              </w:rPr>
            </w:pPr>
            <w:r w:rsidRPr="00AB3852">
              <w:rPr>
                <w:rFonts w:ascii="Arial" w:hAnsi="Arial" w:cs="Arial"/>
                <w:sz w:val="20"/>
                <w:szCs w:val="20"/>
              </w:rPr>
              <w:t>[Service status report and owner confirmation]</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5BD5F0A"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F3EA68" w14:textId="77777777" w:rsidR="00AB3852" w:rsidRPr="00AB3852" w:rsidRDefault="00AB3852" w:rsidP="00AB3852">
            <w:pPr>
              <w:rPr>
                <w:rFonts w:ascii="Arial" w:hAnsi="Arial" w:cs="Arial"/>
                <w:sz w:val="20"/>
                <w:szCs w:val="20"/>
              </w:rPr>
            </w:pPr>
          </w:p>
        </w:tc>
      </w:tr>
      <w:tr w:rsidR="00AB3852" w:rsidRPr="00AB3852" w14:paraId="35BDAE12" w14:textId="77777777" w:rsidTr="006A3252">
        <w:trPr>
          <w:cantSplit/>
          <w:jc w:val="center"/>
        </w:trPr>
        <w:tc>
          <w:tcPr>
            <w:tcW w:w="61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584CC7C"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Manual records </w:t>
            </w:r>
            <w:proofErr w:type="gramStart"/>
            <w:r w:rsidRPr="00AB3852">
              <w:rPr>
                <w:rFonts w:ascii="Arial" w:hAnsi="Arial" w:cs="Arial"/>
                <w:sz w:val="20"/>
                <w:szCs w:val="20"/>
              </w:rPr>
              <w:t>entered into</w:t>
            </w:r>
            <w:proofErr w:type="gramEnd"/>
            <w:r w:rsidRPr="00AB3852">
              <w:rPr>
                <w:rFonts w:ascii="Arial" w:hAnsi="Arial" w:cs="Arial"/>
                <w:sz w:val="20"/>
                <w:szCs w:val="20"/>
              </w:rPr>
              <w:t xml:space="preserve"> systems and reconciled.</w:t>
            </w:r>
          </w:p>
        </w:tc>
        <w:tc>
          <w:tcPr>
            <w:tcW w:w="51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2A5A172" w14:textId="77777777" w:rsidR="00AB3852" w:rsidRPr="00AB3852" w:rsidRDefault="00AB3852" w:rsidP="00AB3852">
            <w:pPr>
              <w:rPr>
                <w:rFonts w:ascii="Arial" w:hAnsi="Arial" w:cs="Arial"/>
                <w:sz w:val="20"/>
                <w:szCs w:val="20"/>
              </w:rPr>
            </w:pPr>
            <w:r w:rsidRPr="00AB3852">
              <w:rPr>
                <w:rFonts w:ascii="Arial" w:hAnsi="Arial" w:cs="Arial"/>
                <w:sz w:val="20"/>
                <w:szCs w:val="20"/>
              </w:rPr>
              <w:t>[Reconciliation report and exception review]</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72F3136"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7FB132" w14:textId="77777777" w:rsidR="00AB3852" w:rsidRPr="00AB3852" w:rsidRDefault="00AB3852" w:rsidP="00AB3852">
            <w:pPr>
              <w:rPr>
                <w:rFonts w:ascii="Arial" w:hAnsi="Arial" w:cs="Arial"/>
                <w:sz w:val="20"/>
                <w:szCs w:val="20"/>
              </w:rPr>
            </w:pPr>
            <w:r w:rsidRPr="00AB3852">
              <w:rPr>
                <w:rFonts w:ascii="Arial" w:hAnsi="Arial" w:cs="Arial"/>
                <w:sz w:val="20"/>
                <w:szCs w:val="20"/>
              </w:rPr>
              <w:t>[ ]</w:t>
            </w:r>
          </w:p>
        </w:tc>
      </w:tr>
      <w:tr w:rsidR="00AB3852" w:rsidRPr="00AB3852" w14:paraId="031E129D" w14:textId="77777777" w:rsidTr="006A3252">
        <w:trPr>
          <w:cantSplit/>
          <w:jc w:val="center"/>
        </w:trPr>
        <w:tc>
          <w:tcPr>
            <w:tcW w:w="61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8CBB963" w14:textId="77777777" w:rsidR="00AB3852" w:rsidRPr="00AB3852" w:rsidRDefault="00AB3852" w:rsidP="00AB3852">
            <w:pPr>
              <w:rPr>
                <w:rFonts w:ascii="Arial" w:hAnsi="Arial" w:cs="Arial"/>
                <w:sz w:val="20"/>
                <w:szCs w:val="20"/>
              </w:rPr>
            </w:pPr>
            <w:r w:rsidRPr="00AB3852">
              <w:rPr>
                <w:rFonts w:ascii="Arial" w:hAnsi="Arial" w:cs="Arial"/>
                <w:sz w:val="20"/>
                <w:szCs w:val="20"/>
              </w:rPr>
              <w:t>Health, safety and wellbeing risks assessed for return to site or normal work.</w:t>
            </w:r>
          </w:p>
        </w:tc>
        <w:tc>
          <w:tcPr>
            <w:tcW w:w="51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A93E46E" w14:textId="77777777" w:rsidR="00AB3852" w:rsidRPr="00AB3852" w:rsidRDefault="00AB3852" w:rsidP="00AB3852">
            <w:pPr>
              <w:rPr>
                <w:rFonts w:ascii="Arial" w:hAnsi="Arial" w:cs="Arial"/>
                <w:sz w:val="20"/>
                <w:szCs w:val="20"/>
              </w:rPr>
            </w:pPr>
            <w:r w:rsidRPr="00AB3852">
              <w:rPr>
                <w:rFonts w:ascii="Arial" w:hAnsi="Arial" w:cs="Arial"/>
                <w:sz w:val="20"/>
                <w:szCs w:val="20"/>
              </w:rPr>
              <w:t>[Safety clearance and wellbeing communication]</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AF2528"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831372A" w14:textId="77777777" w:rsidR="00AB3852" w:rsidRPr="00AB3852" w:rsidRDefault="00AB3852" w:rsidP="00AB3852">
            <w:pPr>
              <w:rPr>
                <w:rFonts w:ascii="Arial" w:hAnsi="Arial" w:cs="Arial"/>
                <w:sz w:val="20"/>
                <w:szCs w:val="20"/>
              </w:rPr>
            </w:pPr>
            <w:r w:rsidRPr="00AB3852">
              <w:rPr>
                <w:rFonts w:ascii="Arial" w:hAnsi="Arial" w:cs="Arial"/>
                <w:sz w:val="20"/>
                <w:szCs w:val="20"/>
              </w:rPr>
              <w:t>[ ]</w:t>
            </w:r>
          </w:p>
        </w:tc>
      </w:tr>
      <w:tr w:rsidR="00AB3852" w:rsidRPr="00AB3852" w14:paraId="605CD94B" w14:textId="77777777" w:rsidTr="006A3252">
        <w:trPr>
          <w:cantSplit/>
          <w:jc w:val="center"/>
        </w:trPr>
        <w:tc>
          <w:tcPr>
            <w:tcW w:w="61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BCC809" w14:textId="77777777" w:rsidR="00AB3852" w:rsidRPr="00AB3852" w:rsidRDefault="00AB3852" w:rsidP="00AB3852">
            <w:pPr>
              <w:rPr>
                <w:rFonts w:ascii="Arial" w:hAnsi="Arial" w:cs="Arial"/>
                <w:sz w:val="20"/>
                <w:szCs w:val="20"/>
              </w:rPr>
            </w:pPr>
            <w:r w:rsidRPr="00AB3852">
              <w:rPr>
                <w:rFonts w:ascii="Arial" w:hAnsi="Arial" w:cs="Arial"/>
                <w:sz w:val="20"/>
                <w:szCs w:val="20"/>
              </w:rPr>
              <w:t>Customer, supplier, insurer, funder, regulator and owner updates issued as needed.</w:t>
            </w:r>
          </w:p>
        </w:tc>
        <w:tc>
          <w:tcPr>
            <w:tcW w:w="51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C52C12F" w14:textId="77777777" w:rsidR="00AB3852" w:rsidRPr="00AB3852" w:rsidRDefault="00AB3852" w:rsidP="00AB3852">
            <w:pPr>
              <w:rPr>
                <w:rFonts w:ascii="Arial" w:hAnsi="Arial" w:cs="Arial"/>
                <w:sz w:val="20"/>
                <w:szCs w:val="20"/>
              </w:rPr>
            </w:pPr>
            <w:r w:rsidRPr="00AB3852">
              <w:rPr>
                <w:rFonts w:ascii="Arial" w:hAnsi="Arial" w:cs="Arial"/>
                <w:sz w:val="20"/>
                <w:szCs w:val="20"/>
              </w:rPr>
              <w:t>[Approved messages and records]</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DCA1698"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CD19C10" w14:textId="77777777" w:rsidR="00AB3852" w:rsidRPr="00AB3852" w:rsidRDefault="00AB3852" w:rsidP="00AB3852">
            <w:pPr>
              <w:rPr>
                <w:rFonts w:ascii="Arial" w:hAnsi="Arial" w:cs="Arial"/>
                <w:sz w:val="20"/>
                <w:szCs w:val="20"/>
              </w:rPr>
            </w:pPr>
            <w:r w:rsidRPr="00AB3852">
              <w:rPr>
                <w:rFonts w:ascii="Arial" w:hAnsi="Arial" w:cs="Arial"/>
                <w:sz w:val="20"/>
                <w:szCs w:val="20"/>
              </w:rPr>
              <w:t>[ ]</w:t>
            </w:r>
          </w:p>
        </w:tc>
      </w:tr>
      <w:tr w:rsidR="00AB3852" w:rsidRPr="00AB3852" w14:paraId="1914BA89" w14:textId="77777777" w:rsidTr="006A3252">
        <w:trPr>
          <w:cantSplit/>
          <w:jc w:val="center"/>
        </w:trPr>
        <w:tc>
          <w:tcPr>
            <w:tcW w:w="61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08F706" w14:textId="77777777" w:rsidR="00AB3852" w:rsidRPr="00AB3852" w:rsidRDefault="00AB3852" w:rsidP="00AB3852">
            <w:pPr>
              <w:rPr>
                <w:rFonts w:ascii="Arial" w:hAnsi="Arial" w:cs="Arial"/>
                <w:sz w:val="20"/>
                <w:szCs w:val="20"/>
              </w:rPr>
            </w:pPr>
            <w:r w:rsidRPr="00AB3852">
              <w:rPr>
                <w:rFonts w:ascii="Arial" w:hAnsi="Arial" w:cs="Arial"/>
                <w:sz w:val="20"/>
                <w:szCs w:val="20"/>
              </w:rPr>
              <w:t>Incremental costs, losses and claim evidence stored.</w:t>
            </w:r>
          </w:p>
        </w:tc>
        <w:tc>
          <w:tcPr>
            <w:tcW w:w="51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3F986C9" w14:textId="77777777" w:rsidR="00AB3852" w:rsidRPr="00AB3852" w:rsidRDefault="00AB3852" w:rsidP="00AB3852">
            <w:pPr>
              <w:rPr>
                <w:rFonts w:ascii="Arial" w:hAnsi="Arial" w:cs="Arial"/>
                <w:sz w:val="20"/>
                <w:szCs w:val="20"/>
              </w:rPr>
            </w:pPr>
            <w:r w:rsidRPr="00AB3852">
              <w:rPr>
                <w:rFonts w:ascii="Arial" w:hAnsi="Arial" w:cs="Arial"/>
                <w:sz w:val="20"/>
                <w:szCs w:val="20"/>
              </w:rPr>
              <w:t>[Insurance / finance evidence file]</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6B48C2F"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772C5A2" w14:textId="77777777" w:rsidR="00AB3852" w:rsidRPr="00AB3852" w:rsidRDefault="00AB3852" w:rsidP="00AB3852">
            <w:pPr>
              <w:rPr>
                <w:rFonts w:ascii="Arial" w:hAnsi="Arial" w:cs="Arial"/>
                <w:sz w:val="20"/>
                <w:szCs w:val="20"/>
              </w:rPr>
            </w:pPr>
            <w:r w:rsidRPr="00AB3852">
              <w:rPr>
                <w:rFonts w:ascii="Arial" w:hAnsi="Arial" w:cs="Arial"/>
                <w:sz w:val="20"/>
                <w:szCs w:val="20"/>
              </w:rPr>
              <w:t>[ ]</w:t>
            </w:r>
          </w:p>
        </w:tc>
      </w:tr>
      <w:tr w:rsidR="00AB3852" w:rsidRPr="00AB3852" w14:paraId="5E7348D4" w14:textId="77777777" w:rsidTr="006A3252">
        <w:trPr>
          <w:cantSplit/>
          <w:jc w:val="center"/>
        </w:trPr>
        <w:tc>
          <w:tcPr>
            <w:tcW w:w="61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44D5B6" w14:textId="77777777" w:rsidR="00AB3852" w:rsidRPr="00AB3852" w:rsidRDefault="00AB3852" w:rsidP="00AB3852">
            <w:pPr>
              <w:rPr>
                <w:rFonts w:ascii="Arial" w:hAnsi="Arial" w:cs="Arial"/>
                <w:sz w:val="20"/>
                <w:szCs w:val="20"/>
              </w:rPr>
            </w:pPr>
            <w:r w:rsidRPr="00AB3852">
              <w:rPr>
                <w:rFonts w:ascii="Arial" w:hAnsi="Arial" w:cs="Arial"/>
                <w:sz w:val="20"/>
                <w:szCs w:val="20"/>
              </w:rPr>
              <w:t>Backlog and quality issues assigned to owners.</w:t>
            </w:r>
          </w:p>
        </w:tc>
        <w:tc>
          <w:tcPr>
            <w:tcW w:w="51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C78CF2" w14:textId="77777777" w:rsidR="00AB3852" w:rsidRPr="00AB3852" w:rsidRDefault="00AB3852" w:rsidP="00AB3852">
            <w:pPr>
              <w:rPr>
                <w:rFonts w:ascii="Arial" w:hAnsi="Arial" w:cs="Arial"/>
                <w:sz w:val="20"/>
                <w:szCs w:val="20"/>
              </w:rPr>
            </w:pPr>
            <w:r w:rsidRPr="00AB3852">
              <w:rPr>
                <w:rFonts w:ascii="Arial" w:hAnsi="Arial" w:cs="Arial"/>
                <w:sz w:val="20"/>
                <w:szCs w:val="20"/>
              </w:rPr>
              <w:t>[Backlog action plan]</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76F3FC"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7ADCBF" w14:textId="77777777" w:rsidR="00AB3852" w:rsidRPr="00AB3852" w:rsidRDefault="00AB3852" w:rsidP="00AB3852">
            <w:pPr>
              <w:rPr>
                <w:rFonts w:ascii="Arial" w:hAnsi="Arial" w:cs="Arial"/>
                <w:sz w:val="20"/>
                <w:szCs w:val="20"/>
              </w:rPr>
            </w:pPr>
            <w:r w:rsidRPr="00AB3852">
              <w:rPr>
                <w:rFonts w:ascii="Arial" w:hAnsi="Arial" w:cs="Arial"/>
                <w:sz w:val="20"/>
                <w:szCs w:val="20"/>
              </w:rPr>
              <w:t>[ ]</w:t>
            </w:r>
          </w:p>
        </w:tc>
      </w:tr>
      <w:tr w:rsidR="00AB3852" w:rsidRPr="00AB3852" w14:paraId="648E3628" w14:textId="77777777" w:rsidTr="006A3252">
        <w:trPr>
          <w:cantSplit/>
          <w:jc w:val="center"/>
        </w:trPr>
        <w:tc>
          <w:tcPr>
            <w:tcW w:w="61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7BDC4C3" w14:textId="77777777" w:rsidR="00AB3852" w:rsidRPr="00AB3852" w:rsidRDefault="00AB3852" w:rsidP="00AB3852">
            <w:pPr>
              <w:rPr>
                <w:rFonts w:ascii="Arial" w:hAnsi="Arial" w:cs="Arial"/>
                <w:sz w:val="20"/>
                <w:szCs w:val="20"/>
              </w:rPr>
            </w:pPr>
            <w:r w:rsidRPr="00AB3852">
              <w:rPr>
                <w:rFonts w:ascii="Arial" w:hAnsi="Arial" w:cs="Arial"/>
                <w:sz w:val="20"/>
                <w:szCs w:val="20"/>
              </w:rPr>
              <w:t>After-action review scheduled.</w:t>
            </w:r>
          </w:p>
        </w:tc>
        <w:tc>
          <w:tcPr>
            <w:tcW w:w="51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63214DB" w14:textId="77777777" w:rsidR="00AB3852" w:rsidRPr="00AB3852" w:rsidRDefault="00AB3852" w:rsidP="00AB3852">
            <w:pPr>
              <w:rPr>
                <w:rFonts w:ascii="Arial" w:hAnsi="Arial" w:cs="Arial"/>
                <w:sz w:val="20"/>
                <w:szCs w:val="20"/>
              </w:rPr>
            </w:pPr>
            <w:r w:rsidRPr="00AB3852">
              <w:rPr>
                <w:rFonts w:ascii="Arial" w:hAnsi="Arial" w:cs="Arial"/>
                <w:sz w:val="20"/>
                <w:szCs w:val="20"/>
              </w:rPr>
              <w:t>[Meeting invite / agenda]</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A56C8E3"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657034" w14:textId="77777777" w:rsidR="00AB3852" w:rsidRPr="00AB3852" w:rsidRDefault="00AB3852" w:rsidP="00AB3852">
            <w:pPr>
              <w:rPr>
                <w:rFonts w:ascii="Arial" w:hAnsi="Arial" w:cs="Arial"/>
                <w:sz w:val="20"/>
                <w:szCs w:val="20"/>
              </w:rPr>
            </w:pPr>
            <w:r w:rsidRPr="00AB3852">
              <w:rPr>
                <w:rFonts w:ascii="Arial" w:hAnsi="Arial" w:cs="Arial"/>
                <w:sz w:val="20"/>
                <w:szCs w:val="20"/>
              </w:rPr>
              <w:t>[ ]</w:t>
            </w:r>
          </w:p>
        </w:tc>
      </w:tr>
      <w:tr w:rsidR="00AB3852" w:rsidRPr="00AB3852" w14:paraId="2A79184D" w14:textId="77777777" w:rsidTr="006A3252">
        <w:trPr>
          <w:cantSplit/>
          <w:jc w:val="center"/>
        </w:trPr>
        <w:tc>
          <w:tcPr>
            <w:tcW w:w="61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EC0905F"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Improvement actions </w:t>
            </w:r>
            <w:proofErr w:type="gramStart"/>
            <w:r w:rsidRPr="00AB3852">
              <w:rPr>
                <w:rFonts w:ascii="Arial" w:hAnsi="Arial" w:cs="Arial"/>
                <w:sz w:val="20"/>
                <w:szCs w:val="20"/>
              </w:rPr>
              <w:t>entered into</w:t>
            </w:r>
            <w:proofErr w:type="gramEnd"/>
            <w:r w:rsidRPr="00AB3852">
              <w:rPr>
                <w:rFonts w:ascii="Arial" w:hAnsi="Arial" w:cs="Arial"/>
                <w:sz w:val="20"/>
                <w:szCs w:val="20"/>
              </w:rPr>
              <w:t xml:space="preserve"> action tracker.</w:t>
            </w:r>
          </w:p>
        </w:tc>
        <w:tc>
          <w:tcPr>
            <w:tcW w:w="51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6F5F4E" w14:textId="77777777" w:rsidR="00AB3852" w:rsidRPr="00AB3852" w:rsidRDefault="00AB3852" w:rsidP="00AB3852">
            <w:pPr>
              <w:rPr>
                <w:rFonts w:ascii="Arial" w:hAnsi="Arial" w:cs="Arial"/>
                <w:sz w:val="20"/>
                <w:szCs w:val="20"/>
              </w:rPr>
            </w:pPr>
            <w:r w:rsidRPr="00AB3852">
              <w:rPr>
                <w:rFonts w:ascii="Arial" w:hAnsi="Arial" w:cs="Arial"/>
                <w:sz w:val="20"/>
                <w:szCs w:val="20"/>
              </w:rPr>
              <w:t>[Action tracker updated]</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A82886"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92779D0" w14:textId="77777777" w:rsidR="00AB3852" w:rsidRPr="00AB3852" w:rsidRDefault="00AB3852" w:rsidP="00AB3852">
            <w:pPr>
              <w:rPr>
                <w:rFonts w:ascii="Arial" w:hAnsi="Arial" w:cs="Arial"/>
                <w:sz w:val="20"/>
                <w:szCs w:val="20"/>
              </w:rPr>
            </w:pPr>
            <w:r w:rsidRPr="00AB3852">
              <w:rPr>
                <w:rFonts w:ascii="Arial" w:hAnsi="Arial" w:cs="Arial"/>
                <w:sz w:val="20"/>
                <w:szCs w:val="20"/>
              </w:rPr>
              <w:t>[ ]</w:t>
            </w:r>
          </w:p>
        </w:tc>
      </w:tr>
    </w:tbl>
    <w:p w14:paraId="02A5FF7E"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35473D1F" w14:textId="77777777" w:rsidR="00AB3852" w:rsidRPr="00AB3852" w:rsidRDefault="00AB3852" w:rsidP="00AB3852">
      <w:pPr>
        <w:keepNext/>
        <w:keepLines/>
        <w:pageBreakBefore/>
        <w:spacing w:before="160" w:after="60" w:line="252" w:lineRule="auto"/>
        <w:outlineLvl w:val="0"/>
        <w:rPr>
          <w:rFonts w:ascii="Arial" w:eastAsia="MS Gothic" w:hAnsi="Arial" w:cs="Arial"/>
          <w:b/>
          <w:bCs/>
          <w:color w:val="3D3D3D"/>
          <w:kern w:val="0"/>
          <w:sz w:val="20"/>
          <w:szCs w:val="20"/>
          <w:lang w:val="en-US"/>
          <w14:ligatures w14:val="none"/>
        </w:rPr>
      </w:pPr>
      <w:bookmarkStart w:id="4" w:name="_Toc233017907"/>
      <w:r w:rsidRPr="00AB3852">
        <w:rPr>
          <w:rFonts w:ascii="Arial" w:eastAsia="MS Gothic" w:hAnsi="Arial" w:cs="Arial"/>
          <w:b/>
          <w:bCs/>
          <w:color w:val="3D3D3D"/>
          <w:kern w:val="0"/>
          <w:sz w:val="20"/>
          <w:szCs w:val="20"/>
          <w:lang w:val="en-US"/>
          <w14:ligatures w14:val="none"/>
        </w:rPr>
        <w:lastRenderedPageBreak/>
        <w:t>4. Review</w:t>
      </w:r>
      <w:bookmarkEnd w:id="4"/>
    </w:p>
    <w:p w14:paraId="09009886"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Complete during plan preparation, then maintain through simple testing, regular updates and action tracking.</w:t>
      </w:r>
    </w:p>
    <w:p w14:paraId="76E7F104"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t>4.1 Testing and validation log</w:t>
      </w:r>
    </w:p>
    <w:p w14:paraId="3B162A54"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 xml:space="preserve">Use during reviews and tests. This single log replaces separate contact </w:t>
      </w:r>
      <w:proofErr w:type="gramStart"/>
      <w:r w:rsidRPr="00AB3852">
        <w:rPr>
          <w:rFonts w:ascii="Arial" w:eastAsia="MS Mincho" w:hAnsi="Arial" w:cs="Arial"/>
          <w:i/>
          <w:color w:val="555555"/>
          <w:kern w:val="0"/>
          <w:sz w:val="20"/>
          <w:szCs w:val="20"/>
          <w:lang w:val="en-US"/>
          <w14:ligatures w14:val="none"/>
        </w:rPr>
        <w:t>test</w:t>
      </w:r>
      <w:proofErr w:type="gramEnd"/>
      <w:r w:rsidRPr="00AB3852">
        <w:rPr>
          <w:rFonts w:ascii="Arial" w:eastAsia="MS Mincho" w:hAnsi="Arial" w:cs="Arial"/>
          <w:i/>
          <w:color w:val="555555"/>
          <w:kern w:val="0"/>
          <w:sz w:val="20"/>
          <w:szCs w:val="20"/>
          <w:lang w:val="en-US"/>
          <w14:ligatures w14:val="none"/>
        </w:rPr>
        <w:t xml:space="preserve">, manual action </w:t>
      </w:r>
      <w:proofErr w:type="gramStart"/>
      <w:r w:rsidRPr="00AB3852">
        <w:rPr>
          <w:rFonts w:ascii="Arial" w:eastAsia="MS Mincho" w:hAnsi="Arial" w:cs="Arial"/>
          <w:i/>
          <w:color w:val="555555"/>
          <w:kern w:val="0"/>
          <w:sz w:val="20"/>
          <w:szCs w:val="20"/>
          <w:lang w:val="en-US"/>
          <w14:ligatures w14:val="none"/>
        </w:rPr>
        <w:t>drill</w:t>
      </w:r>
      <w:proofErr w:type="gramEnd"/>
      <w:r w:rsidRPr="00AB3852">
        <w:rPr>
          <w:rFonts w:ascii="Arial" w:eastAsia="MS Mincho" w:hAnsi="Arial" w:cs="Arial"/>
          <w:i/>
          <w:color w:val="555555"/>
          <w:kern w:val="0"/>
          <w:sz w:val="20"/>
          <w:szCs w:val="20"/>
          <w:lang w:val="en-US"/>
          <w14:ligatures w14:val="none"/>
        </w:rPr>
        <w:t xml:space="preserve">, backup access </w:t>
      </w:r>
      <w:proofErr w:type="gramStart"/>
      <w:r w:rsidRPr="00AB3852">
        <w:rPr>
          <w:rFonts w:ascii="Arial" w:eastAsia="MS Mincho" w:hAnsi="Arial" w:cs="Arial"/>
          <w:i/>
          <w:color w:val="555555"/>
          <w:kern w:val="0"/>
          <w:sz w:val="20"/>
          <w:szCs w:val="20"/>
          <w:lang w:val="en-US"/>
          <w14:ligatures w14:val="none"/>
        </w:rPr>
        <w:t>check</w:t>
      </w:r>
      <w:proofErr w:type="gramEnd"/>
      <w:r w:rsidRPr="00AB3852">
        <w:rPr>
          <w:rFonts w:ascii="Arial" w:eastAsia="MS Mincho" w:hAnsi="Arial" w:cs="Arial"/>
          <w:i/>
          <w:color w:val="555555"/>
          <w:kern w:val="0"/>
          <w:sz w:val="20"/>
          <w:szCs w:val="20"/>
          <w:lang w:val="en-US"/>
          <w14:ligatures w14:val="none"/>
        </w:rPr>
        <w:t xml:space="preserve"> and supplier/bank/facilities check-in tables.</w:t>
      </w:r>
    </w:p>
    <w:tbl>
      <w:tblPr>
        <w:tblStyle w:val="TableGrid"/>
        <w:tblW w:w="0" w:type="auto"/>
        <w:jc w:val="center"/>
        <w:tblLayout w:type="fixed"/>
        <w:tblLook w:val="04A0" w:firstRow="1" w:lastRow="0" w:firstColumn="1" w:lastColumn="0" w:noHBand="0" w:noVBand="1"/>
      </w:tblPr>
      <w:tblGrid>
        <w:gridCol w:w="1152"/>
        <w:gridCol w:w="1800"/>
        <w:gridCol w:w="2951"/>
        <w:gridCol w:w="1512"/>
        <w:gridCol w:w="1944"/>
        <w:gridCol w:w="1728"/>
        <w:gridCol w:w="1944"/>
        <w:gridCol w:w="1152"/>
        <w:gridCol w:w="1080"/>
        <w:gridCol w:w="1007"/>
      </w:tblGrid>
      <w:tr w:rsidR="00AB3852" w:rsidRPr="00AB3852" w14:paraId="325A157E" w14:textId="77777777" w:rsidTr="006A3252">
        <w:trPr>
          <w:cantSplit/>
          <w:tblHeader/>
          <w:jc w:val="center"/>
        </w:trPr>
        <w:tc>
          <w:tcPr>
            <w:tcW w:w="115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C62A65D"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Date</w:t>
            </w:r>
          </w:p>
        </w:tc>
        <w:tc>
          <w:tcPr>
            <w:tcW w:w="180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F95336C"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Test / validation type</w:t>
            </w:r>
          </w:p>
        </w:tc>
        <w:tc>
          <w:tcPr>
            <w:tcW w:w="2951"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9E296D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Scenario or scope</w:t>
            </w:r>
          </w:p>
        </w:tc>
        <w:tc>
          <w:tcPr>
            <w:tcW w:w="151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4C0AEEF"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Participants</w:t>
            </w:r>
          </w:p>
        </w:tc>
        <w:tc>
          <w:tcPr>
            <w:tcW w:w="194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F03ECF4"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Result / what worked</w:t>
            </w:r>
          </w:p>
        </w:tc>
        <w:tc>
          <w:tcPr>
            <w:tcW w:w="172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4A6164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Issues / gaps</w:t>
            </w:r>
          </w:p>
        </w:tc>
        <w:tc>
          <w:tcPr>
            <w:tcW w:w="194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2B22A4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Actions raised</w:t>
            </w:r>
          </w:p>
        </w:tc>
        <w:tc>
          <w:tcPr>
            <w:tcW w:w="115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80D3A37"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w:t>
            </w:r>
          </w:p>
        </w:tc>
        <w:tc>
          <w:tcPr>
            <w:tcW w:w="108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E7F27F3"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Due date</w:t>
            </w:r>
          </w:p>
        </w:tc>
        <w:tc>
          <w:tcPr>
            <w:tcW w:w="1007"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F2C5233"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Status</w:t>
            </w:r>
          </w:p>
        </w:tc>
      </w:tr>
      <w:tr w:rsidR="00AB3852" w:rsidRPr="00AB3852" w14:paraId="3CA2AE9B" w14:textId="77777777" w:rsidTr="006A3252">
        <w:trPr>
          <w:cantSplit/>
          <w:jc w:val="center"/>
        </w:trPr>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F747A2"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83E8EB" w14:textId="77777777" w:rsidR="00AB3852" w:rsidRPr="00AB3852" w:rsidRDefault="00AB3852" w:rsidP="00AB3852">
            <w:pPr>
              <w:rPr>
                <w:rFonts w:ascii="Arial" w:hAnsi="Arial" w:cs="Arial"/>
                <w:sz w:val="20"/>
                <w:szCs w:val="20"/>
              </w:rPr>
            </w:pPr>
            <w:r w:rsidRPr="00AB3852">
              <w:rPr>
                <w:rFonts w:ascii="Arial" w:hAnsi="Arial" w:cs="Arial"/>
                <w:sz w:val="20"/>
                <w:szCs w:val="20"/>
              </w:rPr>
              <w:t>Contact test</w:t>
            </w:r>
          </w:p>
        </w:tc>
        <w:tc>
          <w:tcPr>
            <w:tcW w:w="295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88B5BC2" w14:textId="77777777" w:rsidR="00AB3852" w:rsidRPr="00AB3852" w:rsidRDefault="00AB3852" w:rsidP="00AB3852">
            <w:pPr>
              <w:rPr>
                <w:rFonts w:ascii="Arial" w:hAnsi="Arial" w:cs="Arial"/>
                <w:sz w:val="20"/>
                <w:szCs w:val="20"/>
              </w:rPr>
            </w:pPr>
            <w:r w:rsidRPr="00AB3852">
              <w:rPr>
                <w:rFonts w:ascii="Arial" w:hAnsi="Arial" w:cs="Arial"/>
                <w:sz w:val="20"/>
                <w:szCs w:val="20"/>
              </w:rPr>
              <w:t>[Response team / critical staff / external contacts]</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54BF9E5" w14:textId="77777777" w:rsidR="00AB3852" w:rsidRPr="00AB3852" w:rsidRDefault="00AB3852" w:rsidP="00AB3852">
            <w:pPr>
              <w:rPr>
                <w:rFonts w:ascii="Arial" w:hAnsi="Arial" w:cs="Arial"/>
                <w:sz w:val="20"/>
                <w:szCs w:val="20"/>
              </w:rPr>
            </w:pPr>
            <w:r w:rsidRPr="00AB3852">
              <w:rPr>
                <w:rFonts w:ascii="Arial" w:hAnsi="Arial" w:cs="Arial"/>
                <w:sz w:val="20"/>
                <w:szCs w:val="20"/>
              </w:rPr>
              <w:t>[Participants]</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BE868E" w14:textId="77777777" w:rsidR="00AB3852" w:rsidRPr="00AB3852" w:rsidRDefault="00AB3852" w:rsidP="00AB3852">
            <w:pPr>
              <w:rPr>
                <w:rFonts w:ascii="Arial" w:hAnsi="Arial" w:cs="Arial"/>
                <w:sz w:val="20"/>
                <w:szCs w:val="20"/>
              </w:rPr>
            </w:pPr>
            <w:r w:rsidRPr="00AB3852">
              <w:rPr>
                <w:rFonts w:ascii="Arial" w:hAnsi="Arial" w:cs="Arial"/>
                <w:sz w:val="20"/>
                <w:szCs w:val="20"/>
              </w:rPr>
              <w:t>[Result]</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3CD08C" w14:textId="77777777" w:rsidR="00AB3852" w:rsidRPr="00AB3852" w:rsidRDefault="00AB3852" w:rsidP="00AB3852">
            <w:pPr>
              <w:rPr>
                <w:rFonts w:ascii="Arial" w:hAnsi="Arial" w:cs="Arial"/>
                <w:sz w:val="20"/>
                <w:szCs w:val="20"/>
              </w:rPr>
            </w:pPr>
            <w:r w:rsidRPr="00AB3852">
              <w:rPr>
                <w:rFonts w:ascii="Arial" w:hAnsi="Arial" w:cs="Arial"/>
                <w:sz w:val="20"/>
                <w:szCs w:val="20"/>
              </w:rPr>
              <w:t>[Issues]</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197853" w14:textId="77777777" w:rsidR="00AB3852" w:rsidRPr="00AB3852" w:rsidRDefault="00AB3852" w:rsidP="00AB3852">
            <w:pPr>
              <w:rPr>
                <w:rFonts w:ascii="Arial" w:hAnsi="Arial" w:cs="Arial"/>
                <w:sz w:val="20"/>
                <w:szCs w:val="20"/>
              </w:rPr>
            </w:pPr>
            <w:r w:rsidRPr="00AB3852">
              <w:rPr>
                <w:rFonts w:ascii="Arial" w:hAnsi="Arial" w:cs="Arial"/>
                <w:sz w:val="20"/>
                <w:szCs w:val="20"/>
              </w:rPr>
              <w:t>[Actions]</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2A16E4"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BD03B8"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00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54469FB"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01A038E8" w14:textId="77777777" w:rsidTr="006A3252">
        <w:trPr>
          <w:cantSplit/>
          <w:jc w:val="center"/>
        </w:trPr>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81143C7"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621078" w14:textId="77777777" w:rsidR="00AB3852" w:rsidRPr="00AB3852" w:rsidRDefault="00AB3852" w:rsidP="00AB3852">
            <w:pPr>
              <w:rPr>
                <w:rFonts w:ascii="Arial" w:hAnsi="Arial" w:cs="Arial"/>
                <w:sz w:val="20"/>
                <w:szCs w:val="20"/>
              </w:rPr>
            </w:pPr>
            <w:r w:rsidRPr="00AB3852">
              <w:rPr>
                <w:rFonts w:ascii="Arial" w:hAnsi="Arial" w:cs="Arial"/>
                <w:sz w:val="20"/>
                <w:szCs w:val="20"/>
              </w:rPr>
              <w:t>Manual action drill</w:t>
            </w:r>
          </w:p>
        </w:tc>
        <w:tc>
          <w:tcPr>
            <w:tcW w:w="295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1EAA01" w14:textId="77777777" w:rsidR="00AB3852" w:rsidRPr="00AB3852" w:rsidRDefault="00AB3852" w:rsidP="00AB3852">
            <w:pPr>
              <w:rPr>
                <w:rFonts w:ascii="Arial" w:hAnsi="Arial" w:cs="Arial"/>
                <w:sz w:val="20"/>
                <w:szCs w:val="20"/>
              </w:rPr>
            </w:pPr>
            <w:r w:rsidRPr="00AB3852">
              <w:rPr>
                <w:rFonts w:ascii="Arial" w:hAnsi="Arial" w:cs="Arial"/>
                <w:sz w:val="20"/>
                <w:szCs w:val="20"/>
              </w:rPr>
              <w:t>[Order / job / booking / invoice / payroll action]</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D6CBD1C" w14:textId="77777777" w:rsidR="00AB3852" w:rsidRPr="00AB3852" w:rsidRDefault="00AB3852" w:rsidP="00AB3852">
            <w:pPr>
              <w:rPr>
                <w:rFonts w:ascii="Arial" w:hAnsi="Arial" w:cs="Arial"/>
                <w:sz w:val="20"/>
                <w:szCs w:val="20"/>
              </w:rPr>
            </w:pPr>
            <w:r w:rsidRPr="00AB3852">
              <w:rPr>
                <w:rFonts w:ascii="Arial" w:hAnsi="Arial" w:cs="Arial"/>
                <w:sz w:val="20"/>
                <w:szCs w:val="20"/>
              </w:rPr>
              <w:t>[Participants]</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9F9F5C" w14:textId="77777777" w:rsidR="00AB3852" w:rsidRPr="00AB3852" w:rsidRDefault="00AB3852" w:rsidP="00AB3852">
            <w:pPr>
              <w:rPr>
                <w:rFonts w:ascii="Arial" w:hAnsi="Arial" w:cs="Arial"/>
                <w:sz w:val="20"/>
                <w:szCs w:val="20"/>
              </w:rPr>
            </w:pPr>
            <w:r w:rsidRPr="00AB3852">
              <w:rPr>
                <w:rFonts w:ascii="Arial" w:hAnsi="Arial" w:cs="Arial"/>
                <w:sz w:val="20"/>
                <w:szCs w:val="20"/>
              </w:rPr>
              <w:t>[Result]</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B14B23" w14:textId="77777777" w:rsidR="00AB3852" w:rsidRPr="00AB3852" w:rsidRDefault="00AB3852" w:rsidP="00AB3852">
            <w:pPr>
              <w:rPr>
                <w:rFonts w:ascii="Arial" w:hAnsi="Arial" w:cs="Arial"/>
                <w:sz w:val="20"/>
                <w:szCs w:val="20"/>
              </w:rPr>
            </w:pPr>
            <w:r w:rsidRPr="00AB3852">
              <w:rPr>
                <w:rFonts w:ascii="Arial" w:hAnsi="Arial" w:cs="Arial"/>
                <w:sz w:val="20"/>
                <w:szCs w:val="20"/>
              </w:rPr>
              <w:t>[Issues]</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19C58D4" w14:textId="77777777" w:rsidR="00AB3852" w:rsidRPr="00AB3852" w:rsidRDefault="00AB3852" w:rsidP="00AB3852">
            <w:pPr>
              <w:rPr>
                <w:rFonts w:ascii="Arial" w:hAnsi="Arial" w:cs="Arial"/>
                <w:sz w:val="20"/>
                <w:szCs w:val="20"/>
              </w:rPr>
            </w:pPr>
            <w:r w:rsidRPr="00AB3852">
              <w:rPr>
                <w:rFonts w:ascii="Arial" w:hAnsi="Arial" w:cs="Arial"/>
                <w:sz w:val="20"/>
                <w:szCs w:val="20"/>
              </w:rPr>
              <w:t>[Actions]</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608920F"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1D82982"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00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BD34D1"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791F46B9" w14:textId="77777777" w:rsidTr="006A3252">
        <w:trPr>
          <w:cantSplit/>
          <w:jc w:val="center"/>
        </w:trPr>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AB3BCDF"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C61B7BD" w14:textId="77777777" w:rsidR="00AB3852" w:rsidRPr="00AB3852" w:rsidRDefault="00AB3852" w:rsidP="00AB3852">
            <w:pPr>
              <w:rPr>
                <w:rFonts w:ascii="Arial" w:hAnsi="Arial" w:cs="Arial"/>
                <w:sz w:val="20"/>
                <w:szCs w:val="20"/>
              </w:rPr>
            </w:pPr>
            <w:r w:rsidRPr="00AB3852">
              <w:rPr>
                <w:rFonts w:ascii="Arial" w:hAnsi="Arial" w:cs="Arial"/>
                <w:sz w:val="20"/>
                <w:szCs w:val="20"/>
              </w:rPr>
              <w:t>Backup or document access check</w:t>
            </w:r>
          </w:p>
        </w:tc>
        <w:tc>
          <w:tcPr>
            <w:tcW w:w="295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D2B54A" w14:textId="77777777" w:rsidR="00AB3852" w:rsidRPr="00AB3852" w:rsidRDefault="00AB3852" w:rsidP="00AB3852">
            <w:pPr>
              <w:rPr>
                <w:rFonts w:ascii="Arial" w:hAnsi="Arial" w:cs="Arial"/>
                <w:sz w:val="20"/>
                <w:szCs w:val="20"/>
              </w:rPr>
            </w:pPr>
            <w:r w:rsidRPr="00AB3852">
              <w:rPr>
                <w:rFonts w:ascii="Arial" w:hAnsi="Arial" w:cs="Arial"/>
                <w:sz w:val="20"/>
                <w:szCs w:val="20"/>
              </w:rPr>
              <w:t>[Current plan, key contacts, critical records, system backup, bank/insurance access]</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D819360" w14:textId="77777777" w:rsidR="00AB3852" w:rsidRPr="00AB3852" w:rsidRDefault="00AB3852" w:rsidP="00AB3852">
            <w:pPr>
              <w:rPr>
                <w:rFonts w:ascii="Arial" w:hAnsi="Arial" w:cs="Arial"/>
                <w:sz w:val="20"/>
                <w:szCs w:val="20"/>
              </w:rPr>
            </w:pPr>
            <w:r w:rsidRPr="00AB3852">
              <w:rPr>
                <w:rFonts w:ascii="Arial" w:hAnsi="Arial" w:cs="Arial"/>
                <w:sz w:val="20"/>
                <w:szCs w:val="20"/>
              </w:rPr>
              <w:t>[Participants]</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FFAC41" w14:textId="77777777" w:rsidR="00AB3852" w:rsidRPr="00AB3852" w:rsidRDefault="00AB3852" w:rsidP="00AB3852">
            <w:pPr>
              <w:rPr>
                <w:rFonts w:ascii="Arial" w:hAnsi="Arial" w:cs="Arial"/>
                <w:sz w:val="20"/>
                <w:szCs w:val="20"/>
              </w:rPr>
            </w:pPr>
            <w:r w:rsidRPr="00AB3852">
              <w:rPr>
                <w:rFonts w:ascii="Arial" w:hAnsi="Arial" w:cs="Arial"/>
                <w:sz w:val="20"/>
                <w:szCs w:val="20"/>
              </w:rPr>
              <w:t>[Result]</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1802669" w14:textId="77777777" w:rsidR="00AB3852" w:rsidRPr="00AB3852" w:rsidRDefault="00AB3852" w:rsidP="00AB3852">
            <w:pPr>
              <w:rPr>
                <w:rFonts w:ascii="Arial" w:hAnsi="Arial" w:cs="Arial"/>
                <w:sz w:val="20"/>
                <w:szCs w:val="20"/>
              </w:rPr>
            </w:pPr>
            <w:r w:rsidRPr="00AB3852">
              <w:rPr>
                <w:rFonts w:ascii="Arial" w:hAnsi="Arial" w:cs="Arial"/>
                <w:sz w:val="20"/>
                <w:szCs w:val="20"/>
              </w:rPr>
              <w:t>[Issues]</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C4E5A18" w14:textId="77777777" w:rsidR="00AB3852" w:rsidRPr="00AB3852" w:rsidRDefault="00AB3852" w:rsidP="00AB3852">
            <w:pPr>
              <w:rPr>
                <w:rFonts w:ascii="Arial" w:hAnsi="Arial" w:cs="Arial"/>
                <w:sz w:val="20"/>
                <w:szCs w:val="20"/>
              </w:rPr>
            </w:pPr>
            <w:r w:rsidRPr="00AB3852">
              <w:rPr>
                <w:rFonts w:ascii="Arial" w:hAnsi="Arial" w:cs="Arial"/>
                <w:sz w:val="20"/>
                <w:szCs w:val="20"/>
              </w:rPr>
              <w:t>[Actions]</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4E31D4B"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7E7802B"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00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72CB4C2"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0DFC02CD" w14:textId="77777777" w:rsidTr="006A3252">
        <w:trPr>
          <w:cantSplit/>
          <w:jc w:val="center"/>
        </w:trPr>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FE915A7"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F0779D" w14:textId="77777777" w:rsidR="00AB3852" w:rsidRPr="00AB3852" w:rsidRDefault="00AB3852" w:rsidP="00AB3852">
            <w:pPr>
              <w:rPr>
                <w:rFonts w:ascii="Arial" w:hAnsi="Arial" w:cs="Arial"/>
                <w:sz w:val="20"/>
                <w:szCs w:val="20"/>
              </w:rPr>
            </w:pPr>
            <w:r w:rsidRPr="00AB3852">
              <w:rPr>
                <w:rFonts w:ascii="Arial" w:hAnsi="Arial" w:cs="Arial"/>
                <w:sz w:val="20"/>
                <w:szCs w:val="20"/>
              </w:rPr>
              <w:t>Supplier, bank or facilities check-in</w:t>
            </w:r>
          </w:p>
        </w:tc>
        <w:tc>
          <w:tcPr>
            <w:tcW w:w="295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329BAF9" w14:textId="77777777" w:rsidR="00AB3852" w:rsidRPr="00AB3852" w:rsidRDefault="00AB3852" w:rsidP="00AB3852">
            <w:pPr>
              <w:rPr>
                <w:rFonts w:ascii="Arial" w:hAnsi="Arial" w:cs="Arial"/>
                <w:sz w:val="20"/>
                <w:szCs w:val="20"/>
              </w:rPr>
            </w:pPr>
            <w:r w:rsidRPr="00AB3852">
              <w:rPr>
                <w:rFonts w:ascii="Arial" w:hAnsi="Arial" w:cs="Arial"/>
                <w:sz w:val="20"/>
                <w:szCs w:val="20"/>
              </w:rPr>
              <w:t>[Backup supplier, critical supplier, bank, landlord, insurer]</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F69C86" w14:textId="77777777" w:rsidR="00AB3852" w:rsidRPr="00AB3852" w:rsidRDefault="00AB3852" w:rsidP="00AB3852">
            <w:pPr>
              <w:rPr>
                <w:rFonts w:ascii="Arial" w:hAnsi="Arial" w:cs="Arial"/>
                <w:sz w:val="20"/>
                <w:szCs w:val="20"/>
              </w:rPr>
            </w:pPr>
            <w:r w:rsidRPr="00AB3852">
              <w:rPr>
                <w:rFonts w:ascii="Arial" w:hAnsi="Arial" w:cs="Arial"/>
                <w:sz w:val="20"/>
                <w:szCs w:val="20"/>
              </w:rPr>
              <w:t>[Participants]</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9DFB81D" w14:textId="77777777" w:rsidR="00AB3852" w:rsidRPr="00AB3852" w:rsidRDefault="00AB3852" w:rsidP="00AB3852">
            <w:pPr>
              <w:rPr>
                <w:rFonts w:ascii="Arial" w:hAnsi="Arial" w:cs="Arial"/>
                <w:sz w:val="20"/>
                <w:szCs w:val="20"/>
              </w:rPr>
            </w:pPr>
            <w:r w:rsidRPr="00AB3852">
              <w:rPr>
                <w:rFonts w:ascii="Arial" w:hAnsi="Arial" w:cs="Arial"/>
                <w:sz w:val="20"/>
                <w:szCs w:val="20"/>
              </w:rPr>
              <w:t>[Result]</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6A735FC" w14:textId="77777777" w:rsidR="00AB3852" w:rsidRPr="00AB3852" w:rsidRDefault="00AB3852" w:rsidP="00AB3852">
            <w:pPr>
              <w:rPr>
                <w:rFonts w:ascii="Arial" w:hAnsi="Arial" w:cs="Arial"/>
                <w:sz w:val="20"/>
                <w:szCs w:val="20"/>
              </w:rPr>
            </w:pPr>
            <w:r w:rsidRPr="00AB3852">
              <w:rPr>
                <w:rFonts w:ascii="Arial" w:hAnsi="Arial" w:cs="Arial"/>
                <w:sz w:val="20"/>
                <w:szCs w:val="20"/>
              </w:rPr>
              <w:t>[Issues]</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7CECB5B" w14:textId="77777777" w:rsidR="00AB3852" w:rsidRPr="00AB3852" w:rsidRDefault="00AB3852" w:rsidP="00AB3852">
            <w:pPr>
              <w:rPr>
                <w:rFonts w:ascii="Arial" w:hAnsi="Arial" w:cs="Arial"/>
                <w:sz w:val="20"/>
                <w:szCs w:val="20"/>
              </w:rPr>
            </w:pPr>
            <w:r w:rsidRPr="00AB3852">
              <w:rPr>
                <w:rFonts w:ascii="Arial" w:hAnsi="Arial" w:cs="Arial"/>
                <w:sz w:val="20"/>
                <w:szCs w:val="20"/>
              </w:rPr>
              <w:t>[Actions]</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35C2E7C"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2702F60"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00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D65807"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0762578F" w14:textId="77777777" w:rsidTr="006A3252">
        <w:trPr>
          <w:cantSplit/>
          <w:jc w:val="center"/>
        </w:trPr>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804286C"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8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8F88AE" w14:textId="77777777" w:rsidR="00AB3852" w:rsidRPr="00AB3852" w:rsidRDefault="00AB3852" w:rsidP="00AB3852">
            <w:pPr>
              <w:rPr>
                <w:rFonts w:ascii="Arial" w:hAnsi="Arial" w:cs="Arial"/>
                <w:sz w:val="20"/>
                <w:szCs w:val="20"/>
              </w:rPr>
            </w:pPr>
            <w:r w:rsidRPr="00AB3852">
              <w:rPr>
                <w:rFonts w:ascii="Arial" w:hAnsi="Arial" w:cs="Arial"/>
                <w:sz w:val="20"/>
                <w:szCs w:val="20"/>
              </w:rPr>
              <w:t>Scenario simulation</w:t>
            </w:r>
          </w:p>
        </w:tc>
        <w:tc>
          <w:tcPr>
            <w:tcW w:w="2951"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77B6610" w14:textId="77777777" w:rsidR="00AB3852" w:rsidRPr="00AB3852" w:rsidRDefault="00AB3852" w:rsidP="00AB3852">
            <w:pPr>
              <w:rPr>
                <w:rFonts w:ascii="Arial" w:hAnsi="Arial" w:cs="Arial"/>
                <w:sz w:val="20"/>
                <w:szCs w:val="20"/>
              </w:rPr>
            </w:pPr>
            <w:r w:rsidRPr="00AB3852">
              <w:rPr>
                <w:rFonts w:ascii="Arial" w:hAnsi="Arial" w:cs="Arial"/>
                <w:sz w:val="20"/>
                <w:szCs w:val="20"/>
              </w:rPr>
              <w:t>[Scenario / critical processes tested]</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4072830" w14:textId="77777777" w:rsidR="00AB3852" w:rsidRPr="00AB3852" w:rsidRDefault="00AB3852" w:rsidP="00AB3852">
            <w:pPr>
              <w:rPr>
                <w:rFonts w:ascii="Arial" w:hAnsi="Arial" w:cs="Arial"/>
                <w:sz w:val="20"/>
                <w:szCs w:val="20"/>
              </w:rPr>
            </w:pPr>
            <w:r w:rsidRPr="00AB3852">
              <w:rPr>
                <w:rFonts w:ascii="Arial" w:hAnsi="Arial" w:cs="Arial"/>
                <w:sz w:val="20"/>
                <w:szCs w:val="20"/>
              </w:rPr>
              <w:t>[Participants]</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19D9201" w14:textId="77777777" w:rsidR="00AB3852" w:rsidRPr="00AB3852" w:rsidRDefault="00AB3852" w:rsidP="00AB3852">
            <w:pPr>
              <w:rPr>
                <w:rFonts w:ascii="Arial" w:hAnsi="Arial" w:cs="Arial"/>
                <w:sz w:val="20"/>
                <w:szCs w:val="20"/>
              </w:rPr>
            </w:pPr>
            <w:r w:rsidRPr="00AB3852">
              <w:rPr>
                <w:rFonts w:ascii="Arial" w:hAnsi="Arial" w:cs="Arial"/>
                <w:sz w:val="20"/>
                <w:szCs w:val="20"/>
              </w:rPr>
              <w:t>[Result]</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4F6FEAA" w14:textId="77777777" w:rsidR="00AB3852" w:rsidRPr="00AB3852" w:rsidRDefault="00AB3852" w:rsidP="00AB3852">
            <w:pPr>
              <w:rPr>
                <w:rFonts w:ascii="Arial" w:hAnsi="Arial" w:cs="Arial"/>
                <w:sz w:val="20"/>
                <w:szCs w:val="20"/>
              </w:rPr>
            </w:pPr>
            <w:r w:rsidRPr="00AB3852">
              <w:rPr>
                <w:rFonts w:ascii="Arial" w:hAnsi="Arial" w:cs="Arial"/>
                <w:sz w:val="20"/>
                <w:szCs w:val="20"/>
              </w:rPr>
              <w:t>[Issues]</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94927B" w14:textId="77777777" w:rsidR="00AB3852" w:rsidRPr="00AB3852" w:rsidRDefault="00AB3852" w:rsidP="00AB3852">
            <w:pPr>
              <w:rPr>
                <w:rFonts w:ascii="Arial" w:hAnsi="Arial" w:cs="Arial"/>
                <w:sz w:val="20"/>
                <w:szCs w:val="20"/>
              </w:rPr>
            </w:pPr>
            <w:r w:rsidRPr="00AB3852">
              <w:rPr>
                <w:rFonts w:ascii="Arial" w:hAnsi="Arial" w:cs="Arial"/>
                <w:sz w:val="20"/>
                <w:szCs w:val="20"/>
              </w:rPr>
              <w:t>[Actions]</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8C4408A"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0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ECCF63"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007"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DD0054"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bl>
    <w:p w14:paraId="62C5AF89" w14:textId="77777777" w:rsidR="00AB3852" w:rsidRPr="00AB3852" w:rsidRDefault="00AB3852" w:rsidP="00AB3852">
      <w:pPr>
        <w:spacing w:after="80" w:line="252" w:lineRule="auto"/>
        <w:rPr>
          <w:rFonts w:ascii="Arial" w:eastAsia="MS Mincho" w:hAnsi="Arial" w:cs="Arial"/>
          <w:kern w:val="0"/>
          <w:sz w:val="20"/>
          <w:szCs w:val="20"/>
          <w:lang w:val="en-US"/>
          <w14:ligatures w14:val="none"/>
        </w:rPr>
      </w:pPr>
    </w:p>
    <w:p w14:paraId="54EC0983" w14:textId="5D22E590" w:rsidR="00F07A91" w:rsidRDefault="00F07A91">
      <w:pPr>
        <w:rPr>
          <w:rFonts w:ascii="Arial" w:eastAsia="MS Mincho" w:hAnsi="Arial" w:cs="Arial"/>
          <w:kern w:val="0"/>
          <w:sz w:val="20"/>
          <w:szCs w:val="20"/>
          <w:lang w:val="en-US"/>
          <w14:ligatures w14:val="none"/>
        </w:rPr>
      </w:pPr>
      <w:r>
        <w:rPr>
          <w:rFonts w:ascii="Arial" w:eastAsia="MS Mincho" w:hAnsi="Arial" w:cs="Arial"/>
          <w:kern w:val="0"/>
          <w:sz w:val="20"/>
          <w:szCs w:val="20"/>
          <w:lang w:val="en-US"/>
          <w14:ligatures w14:val="none"/>
        </w:rPr>
        <w:br w:type="page"/>
      </w:r>
    </w:p>
    <w:p w14:paraId="7E35D242"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 xml:space="preserve">4.2 </w:t>
      </w:r>
      <w:proofErr w:type="gramStart"/>
      <w:r w:rsidRPr="00AB3852">
        <w:rPr>
          <w:rFonts w:ascii="Arial" w:eastAsia="MS Gothic" w:hAnsi="Arial" w:cs="Arial"/>
          <w:b/>
          <w:bCs/>
          <w:color w:val="3D3D3D"/>
          <w:kern w:val="0"/>
          <w:sz w:val="20"/>
          <w:szCs w:val="20"/>
          <w:lang w:val="en-US"/>
          <w14:ligatures w14:val="none"/>
        </w:rPr>
        <w:t>Post-incident</w:t>
      </w:r>
      <w:proofErr w:type="gramEnd"/>
      <w:r w:rsidRPr="00AB3852">
        <w:rPr>
          <w:rFonts w:ascii="Arial" w:eastAsia="MS Gothic" w:hAnsi="Arial" w:cs="Arial"/>
          <w:b/>
          <w:bCs/>
          <w:color w:val="3D3D3D"/>
          <w:kern w:val="0"/>
          <w:sz w:val="20"/>
          <w:szCs w:val="20"/>
          <w:lang w:val="en-US"/>
          <w14:ligatures w14:val="none"/>
        </w:rPr>
        <w:t xml:space="preserve"> review and improvement tracker</w:t>
      </w:r>
    </w:p>
    <w:p w14:paraId="71D02EDA"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Use after an incident or test. Transfer improvement actions into 2.2 or the roadmap where they need tracking.</w:t>
      </w:r>
    </w:p>
    <w:tbl>
      <w:tblPr>
        <w:tblStyle w:val="TableGrid"/>
        <w:tblW w:w="0" w:type="auto"/>
        <w:jc w:val="center"/>
        <w:tblLayout w:type="fixed"/>
        <w:tblLook w:val="04A0" w:firstRow="1" w:lastRow="0" w:firstColumn="1" w:lastColumn="0" w:noHBand="0" w:noVBand="1"/>
      </w:tblPr>
      <w:tblGrid>
        <w:gridCol w:w="4464"/>
        <w:gridCol w:w="2880"/>
        <w:gridCol w:w="3240"/>
        <w:gridCol w:w="1728"/>
        <w:gridCol w:w="1440"/>
        <w:gridCol w:w="1512"/>
      </w:tblGrid>
      <w:tr w:rsidR="00AB3852" w:rsidRPr="00AB3852" w14:paraId="4F378065" w14:textId="77777777" w:rsidTr="006A3252">
        <w:trPr>
          <w:cantSplit/>
          <w:tblHeader/>
          <w:jc w:val="center"/>
        </w:trPr>
        <w:tc>
          <w:tcPr>
            <w:tcW w:w="446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AA24B38"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Question</w:t>
            </w:r>
          </w:p>
        </w:tc>
        <w:tc>
          <w:tcPr>
            <w:tcW w:w="288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F2C7E16"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Findings</w:t>
            </w:r>
          </w:p>
        </w:tc>
        <w:tc>
          <w:tcPr>
            <w:tcW w:w="324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8EDC433"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Improvement action</w:t>
            </w:r>
          </w:p>
        </w:tc>
        <w:tc>
          <w:tcPr>
            <w:tcW w:w="172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48C8077"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w:t>
            </w:r>
          </w:p>
        </w:tc>
        <w:tc>
          <w:tcPr>
            <w:tcW w:w="144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D2927F4"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Due date</w:t>
            </w:r>
          </w:p>
        </w:tc>
        <w:tc>
          <w:tcPr>
            <w:tcW w:w="151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EEE837F"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Status</w:t>
            </w:r>
          </w:p>
        </w:tc>
      </w:tr>
      <w:tr w:rsidR="00AB3852" w:rsidRPr="00AB3852" w14:paraId="7C0B9F9B" w14:textId="77777777" w:rsidTr="006A3252">
        <w:trPr>
          <w:cantSplit/>
          <w:jc w:val="center"/>
        </w:trPr>
        <w:tc>
          <w:tcPr>
            <w:tcW w:w="44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4573D7" w14:textId="77777777" w:rsidR="00AB3852" w:rsidRPr="00AB3852" w:rsidRDefault="00AB3852" w:rsidP="00AB3852">
            <w:pPr>
              <w:rPr>
                <w:rFonts w:ascii="Arial" w:hAnsi="Arial" w:cs="Arial"/>
                <w:sz w:val="20"/>
                <w:szCs w:val="20"/>
              </w:rPr>
            </w:pPr>
            <w:r w:rsidRPr="00AB3852">
              <w:rPr>
                <w:rFonts w:ascii="Arial" w:hAnsi="Arial" w:cs="Arial"/>
                <w:sz w:val="20"/>
                <w:szCs w:val="20"/>
              </w:rPr>
              <w:t>What happened and what was the timeline?</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79CE14" w14:textId="77777777" w:rsidR="00AB3852" w:rsidRPr="00AB3852" w:rsidRDefault="00AB3852" w:rsidP="00AB3852">
            <w:pPr>
              <w:rPr>
                <w:rFonts w:ascii="Arial" w:hAnsi="Arial" w:cs="Arial"/>
                <w:sz w:val="20"/>
                <w:szCs w:val="20"/>
              </w:rPr>
            </w:pPr>
            <w:r w:rsidRPr="00AB3852">
              <w:rPr>
                <w:rFonts w:ascii="Arial" w:hAnsi="Arial" w:cs="Arial"/>
                <w:sz w:val="20"/>
                <w:szCs w:val="20"/>
              </w:rPr>
              <w:t>[Findings]</w:t>
            </w: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E3C056"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15692BC"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1481AED"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63DCDC4"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3F260C85" w14:textId="77777777" w:rsidTr="006A3252">
        <w:trPr>
          <w:cantSplit/>
          <w:jc w:val="center"/>
        </w:trPr>
        <w:tc>
          <w:tcPr>
            <w:tcW w:w="44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F7017B" w14:textId="77777777" w:rsidR="00AB3852" w:rsidRPr="00AB3852" w:rsidRDefault="00AB3852" w:rsidP="00AB3852">
            <w:pPr>
              <w:rPr>
                <w:rFonts w:ascii="Arial" w:hAnsi="Arial" w:cs="Arial"/>
                <w:sz w:val="20"/>
                <w:szCs w:val="20"/>
              </w:rPr>
            </w:pPr>
            <w:r w:rsidRPr="00AB3852">
              <w:rPr>
                <w:rFonts w:ascii="Arial" w:hAnsi="Arial" w:cs="Arial"/>
                <w:sz w:val="20"/>
                <w:szCs w:val="20"/>
              </w:rPr>
              <w:t>Were people safe, contacted and supported?</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300B568" w14:textId="77777777" w:rsidR="00AB3852" w:rsidRPr="00AB3852" w:rsidRDefault="00AB3852" w:rsidP="00AB3852">
            <w:pPr>
              <w:rPr>
                <w:rFonts w:ascii="Arial" w:hAnsi="Arial" w:cs="Arial"/>
                <w:sz w:val="20"/>
                <w:szCs w:val="20"/>
              </w:rPr>
            </w:pPr>
            <w:r w:rsidRPr="00AB3852">
              <w:rPr>
                <w:rFonts w:ascii="Arial" w:hAnsi="Arial" w:cs="Arial"/>
                <w:sz w:val="20"/>
                <w:szCs w:val="20"/>
              </w:rPr>
              <w:t>[Findings]</w:t>
            </w: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D3C3BEE"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D4220F"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72B5206"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3F668FA"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241FF706" w14:textId="77777777" w:rsidTr="006A3252">
        <w:trPr>
          <w:cantSplit/>
          <w:jc w:val="center"/>
        </w:trPr>
        <w:tc>
          <w:tcPr>
            <w:tcW w:w="44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1BB3205" w14:textId="77777777" w:rsidR="00AB3852" w:rsidRPr="00AB3852" w:rsidRDefault="00AB3852" w:rsidP="00AB3852">
            <w:pPr>
              <w:rPr>
                <w:rFonts w:ascii="Arial" w:hAnsi="Arial" w:cs="Arial"/>
                <w:sz w:val="20"/>
                <w:szCs w:val="20"/>
              </w:rPr>
            </w:pPr>
            <w:r w:rsidRPr="00AB3852">
              <w:rPr>
                <w:rFonts w:ascii="Arial" w:hAnsi="Arial" w:cs="Arial"/>
                <w:sz w:val="20"/>
                <w:szCs w:val="20"/>
              </w:rPr>
              <w:t>Which critical processes were disrupted and were recovery timeframes met?</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57AAC46" w14:textId="77777777" w:rsidR="00AB3852" w:rsidRPr="00AB3852" w:rsidRDefault="00AB3852" w:rsidP="00AB3852">
            <w:pPr>
              <w:rPr>
                <w:rFonts w:ascii="Arial" w:hAnsi="Arial" w:cs="Arial"/>
                <w:sz w:val="20"/>
                <w:szCs w:val="20"/>
              </w:rPr>
            </w:pPr>
            <w:r w:rsidRPr="00AB3852">
              <w:rPr>
                <w:rFonts w:ascii="Arial" w:hAnsi="Arial" w:cs="Arial"/>
                <w:sz w:val="20"/>
                <w:szCs w:val="20"/>
              </w:rPr>
              <w:t>[Findings]</w:t>
            </w: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2FFE0D"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232260C"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8EA4E70"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FCFDB61"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4AEEA157" w14:textId="77777777" w:rsidTr="006A3252">
        <w:trPr>
          <w:cantSplit/>
          <w:jc w:val="center"/>
        </w:trPr>
        <w:tc>
          <w:tcPr>
            <w:tcW w:w="44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9547266" w14:textId="77777777" w:rsidR="00AB3852" w:rsidRPr="00AB3852" w:rsidRDefault="00AB3852" w:rsidP="00AB3852">
            <w:pPr>
              <w:rPr>
                <w:rFonts w:ascii="Arial" w:hAnsi="Arial" w:cs="Arial"/>
                <w:sz w:val="20"/>
                <w:szCs w:val="20"/>
              </w:rPr>
            </w:pPr>
            <w:r w:rsidRPr="00AB3852">
              <w:rPr>
                <w:rFonts w:ascii="Arial" w:hAnsi="Arial" w:cs="Arial"/>
                <w:sz w:val="20"/>
                <w:szCs w:val="20"/>
              </w:rPr>
              <w:t>Did practical actions and manual controls work?</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7B5AF5D" w14:textId="77777777" w:rsidR="00AB3852" w:rsidRPr="00AB3852" w:rsidRDefault="00AB3852" w:rsidP="00AB3852">
            <w:pPr>
              <w:rPr>
                <w:rFonts w:ascii="Arial" w:hAnsi="Arial" w:cs="Arial"/>
                <w:sz w:val="20"/>
                <w:szCs w:val="20"/>
              </w:rPr>
            </w:pPr>
            <w:r w:rsidRPr="00AB3852">
              <w:rPr>
                <w:rFonts w:ascii="Arial" w:hAnsi="Arial" w:cs="Arial"/>
                <w:sz w:val="20"/>
                <w:szCs w:val="20"/>
              </w:rPr>
              <w:t>[Findings]</w:t>
            </w: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0154373"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AC96340"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AF16B3C"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AABC699"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0561A5B7" w14:textId="77777777" w:rsidTr="006A3252">
        <w:trPr>
          <w:cantSplit/>
          <w:jc w:val="center"/>
        </w:trPr>
        <w:tc>
          <w:tcPr>
            <w:tcW w:w="44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FB06491" w14:textId="77777777" w:rsidR="00AB3852" w:rsidRPr="00AB3852" w:rsidRDefault="00AB3852" w:rsidP="00AB3852">
            <w:pPr>
              <w:rPr>
                <w:rFonts w:ascii="Arial" w:hAnsi="Arial" w:cs="Arial"/>
                <w:sz w:val="20"/>
                <w:szCs w:val="20"/>
              </w:rPr>
            </w:pPr>
            <w:r w:rsidRPr="00AB3852">
              <w:rPr>
                <w:rFonts w:ascii="Arial" w:hAnsi="Arial" w:cs="Arial"/>
                <w:sz w:val="20"/>
                <w:szCs w:val="20"/>
              </w:rPr>
              <w:t>Did communications work as intended?</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0EDFF8" w14:textId="77777777" w:rsidR="00AB3852" w:rsidRPr="00AB3852" w:rsidRDefault="00AB3852" w:rsidP="00AB3852">
            <w:pPr>
              <w:rPr>
                <w:rFonts w:ascii="Arial" w:hAnsi="Arial" w:cs="Arial"/>
                <w:sz w:val="20"/>
                <w:szCs w:val="20"/>
              </w:rPr>
            </w:pPr>
            <w:r w:rsidRPr="00AB3852">
              <w:rPr>
                <w:rFonts w:ascii="Arial" w:hAnsi="Arial" w:cs="Arial"/>
                <w:sz w:val="20"/>
                <w:szCs w:val="20"/>
              </w:rPr>
              <w:t>[Findings]</w:t>
            </w: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B3305E"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5368FA"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9EF2F22"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7F03657"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4684E88A" w14:textId="77777777" w:rsidTr="006A3252">
        <w:trPr>
          <w:cantSplit/>
          <w:jc w:val="center"/>
        </w:trPr>
        <w:tc>
          <w:tcPr>
            <w:tcW w:w="44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1F057F" w14:textId="77777777" w:rsidR="00AB3852" w:rsidRPr="00AB3852" w:rsidRDefault="00AB3852" w:rsidP="00AB3852">
            <w:pPr>
              <w:rPr>
                <w:rFonts w:ascii="Arial" w:hAnsi="Arial" w:cs="Arial"/>
                <w:sz w:val="20"/>
                <w:szCs w:val="20"/>
              </w:rPr>
            </w:pPr>
            <w:r w:rsidRPr="00AB3852">
              <w:rPr>
                <w:rFonts w:ascii="Arial" w:hAnsi="Arial" w:cs="Arial"/>
                <w:sz w:val="20"/>
                <w:szCs w:val="20"/>
              </w:rPr>
              <w:t>Were decisions, costs, losses and evidence recorded?</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228C76" w14:textId="77777777" w:rsidR="00AB3852" w:rsidRPr="00AB3852" w:rsidRDefault="00AB3852" w:rsidP="00AB3852">
            <w:pPr>
              <w:rPr>
                <w:rFonts w:ascii="Arial" w:hAnsi="Arial" w:cs="Arial"/>
                <w:sz w:val="20"/>
                <w:szCs w:val="20"/>
              </w:rPr>
            </w:pPr>
            <w:r w:rsidRPr="00AB3852">
              <w:rPr>
                <w:rFonts w:ascii="Arial" w:hAnsi="Arial" w:cs="Arial"/>
                <w:sz w:val="20"/>
                <w:szCs w:val="20"/>
              </w:rPr>
              <w:t>[Findings]</w:t>
            </w: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37374F7"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F5B095C"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2830243"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6FA9723"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22453CF8" w14:textId="77777777" w:rsidTr="006A3252">
        <w:trPr>
          <w:cantSplit/>
          <w:jc w:val="center"/>
        </w:trPr>
        <w:tc>
          <w:tcPr>
            <w:tcW w:w="44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3D9D344" w14:textId="77777777" w:rsidR="00AB3852" w:rsidRPr="00AB3852" w:rsidRDefault="00AB3852" w:rsidP="00AB3852">
            <w:pPr>
              <w:rPr>
                <w:rFonts w:ascii="Arial" w:hAnsi="Arial" w:cs="Arial"/>
                <w:sz w:val="20"/>
                <w:szCs w:val="20"/>
              </w:rPr>
            </w:pPr>
            <w:r w:rsidRPr="00AB3852">
              <w:rPr>
                <w:rFonts w:ascii="Arial" w:hAnsi="Arial" w:cs="Arial"/>
                <w:sz w:val="20"/>
                <w:szCs w:val="20"/>
              </w:rPr>
              <w:t>Were there gaps in roles, authority, suppliers, systems, data or cash flow?</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8ACF71" w14:textId="77777777" w:rsidR="00AB3852" w:rsidRPr="00AB3852" w:rsidRDefault="00AB3852" w:rsidP="00AB3852">
            <w:pPr>
              <w:rPr>
                <w:rFonts w:ascii="Arial" w:hAnsi="Arial" w:cs="Arial"/>
                <w:sz w:val="20"/>
                <w:szCs w:val="20"/>
              </w:rPr>
            </w:pPr>
            <w:r w:rsidRPr="00AB3852">
              <w:rPr>
                <w:rFonts w:ascii="Arial" w:hAnsi="Arial" w:cs="Arial"/>
                <w:sz w:val="20"/>
                <w:szCs w:val="20"/>
              </w:rPr>
              <w:t>[Findings]</w:t>
            </w: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644DFB8"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475C20"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BA62000"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267AE4"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35DE5DCF" w14:textId="77777777" w:rsidTr="006A3252">
        <w:trPr>
          <w:cantSplit/>
          <w:jc w:val="center"/>
        </w:trPr>
        <w:tc>
          <w:tcPr>
            <w:tcW w:w="446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540BC27"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What should </w:t>
            </w:r>
            <w:proofErr w:type="gramStart"/>
            <w:r w:rsidRPr="00AB3852">
              <w:rPr>
                <w:rFonts w:ascii="Arial" w:hAnsi="Arial" w:cs="Arial"/>
                <w:sz w:val="20"/>
                <w:szCs w:val="20"/>
              </w:rPr>
              <w:t>change</w:t>
            </w:r>
            <w:proofErr w:type="gramEnd"/>
            <w:r w:rsidRPr="00AB3852">
              <w:rPr>
                <w:rFonts w:ascii="Arial" w:hAnsi="Arial" w:cs="Arial"/>
                <w:sz w:val="20"/>
                <w:szCs w:val="20"/>
              </w:rPr>
              <w:t xml:space="preserve"> in the plan, training, contracts, systems or controls?</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F7EF7A4" w14:textId="77777777" w:rsidR="00AB3852" w:rsidRPr="00AB3852" w:rsidRDefault="00AB3852" w:rsidP="00AB3852">
            <w:pPr>
              <w:rPr>
                <w:rFonts w:ascii="Arial" w:hAnsi="Arial" w:cs="Arial"/>
                <w:sz w:val="20"/>
                <w:szCs w:val="20"/>
              </w:rPr>
            </w:pPr>
            <w:r w:rsidRPr="00AB3852">
              <w:rPr>
                <w:rFonts w:ascii="Arial" w:hAnsi="Arial" w:cs="Arial"/>
                <w:sz w:val="20"/>
                <w:szCs w:val="20"/>
              </w:rPr>
              <w:t>[Findings]</w:t>
            </w:r>
          </w:p>
        </w:tc>
        <w:tc>
          <w:tcPr>
            <w:tcW w:w="32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4EF0F64" w14:textId="77777777" w:rsidR="00AB3852" w:rsidRPr="00AB3852" w:rsidRDefault="00AB3852" w:rsidP="00AB3852">
            <w:pPr>
              <w:rPr>
                <w:rFonts w:ascii="Arial" w:hAnsi="Arial" w:cs="Arial"/>
                <w:sz w:val="20"/>
                <w:szCs w:val="20"/>
              </w:rPr>
            </w:pPr>
            <w:r w:rsidRPr="00AB3852">
              <w:rPr>
                <w:rFonts w:ascii="Arial" w:hAnsi="Arial" w:cs="Arial"/>
                <w:sz w:val="20"/>
                <w:szCs w:val="20"/>
              </w:rPr>
              <w:t>[Action]</w:t>
            </w:r>
          </w:p>
        </w:tc>
        <w:tc>
          <w:tcPr>
            <w:tcW w:w="172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22E4DBD"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5692067"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51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D0CF9F7"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bl>
    <w:p w14:paraId="2EC1A950"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5689371B" w14:textId="77777777" w:rsidR="00AB3852" w:rsidRPr="00AB3852" w:rsidRDefault="00AB3852" w:rsidP="00AB3852">
      <w:pPr>
        <w:spacing w:after="200" w:line="276" w:lineRule="auto"/>
        <w:rPr>
          <w:rFonts w:ascii="Arial" w:eastAsia="MS Gothic" w:hAnsi="Arial" w:cs="Arial"/>
          <w:b/>
          <w:bCs/>
          <w:color w:val="3D3D3D"/>
          <w:kern w:val="0"/>
          <w:sz w:val="20"/>
          <w:szCs w:val="20"/>
          <w:lang w:val="en-US"/>
          <w14:ligatures w14:val="none"/>
        </w:rPr>
      </w:pPr>
      <w:r w:rsidRPr="00AB3852">
        <w:rPr>
          <w:rFonts w:ascii="Arial" w:eastAsia="MS Mincho" w:hAnsi="Arial" w:cs="Arial"/>
          <w:kern w:val="0"/>
          <w:sz w:val="20"/>
          <w:szCs w:val="20"/>
          <w:lang w:val="en-US"/>
          <w14:ligatures w14:val="none"/>
        </w:rPr>
        <w:br w:type="page"/>
      </w:r>
    </w:p>
    <w:p w14:paraId="6913E6DD"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4.3 Plan maintenance cycle</w:t>
      </w:r>
    </w:p>
    <w:p w14:paraId="3B8CA73E"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Complete during plan preparation, then maintain as part of routine governance.</w:t>
      </w:r>
    </w:p>
    <w:tbl>
      <w:tblPr>
        <w:tblStyle w:val="TableGrid"/>
        <w:tblW w:w="0" w:type="auto"/>
        <w:jc w:val="center"/>
        <w:tblLayout w:type="fixed"/>
        <w:tblLook w:val="04A0" w:firstRow="1" w:lastRow="0" w:firstColumn="1" w:lastColumn="0" w:noHBand="0" w:noVBand="1"/>
      </w:tblPr>
      <w:tblGrid>
        <w:gridCol w:w="2448"/>
        <w:gridCol w:w="7343"/>
        <w:gridCol w:w="2592"/>
        <w:gridCol w:w="2880"/>
      </w:tblGrid>
      <w:tr w:rsidR="00AB3852" w:rsidRPr="00AB3852" w14:paraId="7B48E504" w14:textId="77777777" w:rsidTr="006A3252">
        <w:trPr>
          <w:cantSplit/>
          <w:tblHeader/>
          <w:jc w:val="center"/>
        </w:trPr>
        <w:tc>
          <w:tcPr>
            <w:tcW w:w="244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DF8D223"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Timing</w:t>
            </w:r>
          </w:p>
        </w:tc>
        <w:tc>
          <w:tcPr>
            <w:tcW w:w="7343"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DA24FA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Maintenance activity</w:t>
            </w:r>
          </w:p>
        </w:tc>
        <w:tc>
          <w:tcPr>
            <w:tcW w:w="259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6D753DA"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w:t>
            </w:r>
          </w:p>
        </w:tc>
        <w:tc>
          <w:tcPr>
            <w:tcW w:w="288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DB8881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Output / evidence</w:t>
            </w:r>
          </w:p>
        </w:tc>
      </w:tr>
      <w:tr w:rsidR="00AB3852" w:rsidRPr="00AB3852" w14:paraId="57B42B30" w14:textId="77777777" w:rsidTr="006A3252">
        <w:trPr>
          <w:cantSplit/>
          <w:jc w:val="center"/>
        </w:trPr>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686B96C" w14:textId="77777777" w:rsidR="00AB3852" w:rsidRPr="00AB3852" w:rsidRDefault="00AB3852" w:rsidP="00AB3852">
            <w:pPr>
              <w:rPr>
                <w:rFonts w:ascii="Arial" w:hAnsi="Arial" w:cs="Arial"/>
                <w:sz w:val="20"/>
                <w:szCs w:val="20"/>
              </w:rPr>
            </w:pPr>
            <w:r w:rsidRPr="00AB3852">
              <w:rPr>
                <w:rFonts w:ascii="Arial" w:hAnsi="Arial" w:cs="Arial"/>
                <w:sz w:val="20"/>
                <w:szCs w:val="20"/>
              </w:rPr>
              <w:t>Monthly during build</w:t>
            </w:r>
          </w:p>
        </w:tc>
        <w:tc>
          <w:tcPr>
            <w:tcW w:w="734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9843E85" w14:textId="77777777" w:rsidR="00AB3852" w:rsidRPr="00AB3852" w:rsidRDefault="00AB3852" w:rsidP="00AB3852">
            <w:pPr>
              <w:rPr>
                <w:rFonts w:ascii="Arial" w:hAnsi="Arial" w:cs="Arial"/>
                <w:sz w:val="20"/>
                <w:szCs w:val="20"/>
              </w:rPr>
            </w:pPr>
            <w:r w:rsidRPr="00AB3852">
              <w:rPr>
                <w:rFonts w:ascii="Arial" w:hAnsi="Arial" w:cs="Arial"/>
                <w:sz w:val="20"/>
                <w:szCs w:val="20"/>
              </w:rPr>
              <w:t>Review open actions, readiness gaps and assigned due dates.</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15F6FCD" w14:textId="77777777" w:rsidR="00AB3852" w:rsidRPr="00AB3852" w:rsidRDefault="00AB3852" w:rsidP="00AB3852">
            <w:pPr>
              <w:rPr>
                <w:rFonts w:ascii="Arial" w:hAnsi="Arial" w:cs="Arial"/>
                <w:sz w:val="20"/>
                <w:szCs w:val="20"/>
              </w:rPr>
            </w:pPr>
            <w:r w:rsidRPr="00AB3852">
              <w:rPr>
                <w:rFonts w:ascii="Arial" w:hAnsi="Arial" w:cs="Arial"/>
                <w:sz w:val="20"/>
                <w:szCs w:val="20"/>
              </w:rPr>
              <w:t>[Plan owner]</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550CC24" w14:textId="77777777" w:rsidR="00AB3852" w:rsidRPr="00AB3852" w:rsidRDefault="00AB3852" w:rsidP="00AB3852">
            <w:pPr>
              <w:rPr>
                <w:rFonts w:ascii="Arial" w:hAnsi="Arial" w:cs="Arial"/>
                <w:sz w:val="20"/>
                <w:szCs w:val="20"/>
              </w:rPr>
            </w:pPr>
            <w:r w:rsidRPr="00AB3852">
              <w:rPr>
                <w:rFonts w:ascii="Arial" w:hAnsi="Arial" w:cs="Arial"/>
                <w:sz w:val="20"/>
                <w:szCs w:val="20"/>
              </w:rPr>
              <w:t>[Updated action tracker]</w:t>
            </w:r>
          </w:p>
        </w:tc>
      </w:tr>
      <w:tr w:rsidR="00AB3852" w:rsidRPr="00AB3852" w14:paraId="525E3929" w14:textId="77777777" w:rsidTr="006A3252">
        <w:trPr>
          <w:cantSplit/>
          <w:jc w:val="center"/>
        </w:trPr>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5E9AD6D" w14:textId="77777777" w:rsidR="00AB3852" w:rsidRPr="00AB3852" w:rsidRDefault="00AB3852" w:rsidP="00AB3852">
            <w:pPr>
              <w:rPr>
                <w:rFonts w:ascii="Arial" w:hAnsi="Arial" w:cs="Arial"/>
                <w:sz w:val="20"/>
                <w:szCs w:val="20"/>
              </w:rPr>
            </w:pPr>
            <w:r w:rsidRPr="00AB3852">
              <w:rPr>
                <w:rFonts w:ascii="Arial" w:hAnsi="Arial" w:cs="Arial"/>
                <w:sz w:val="20"/>
                <w:szCs w:val="20"/>
              </w:rPr>
              <w:t>Quarterly</w:t>
            </w:r>
          </w:p>
        </w:tc>
        <w:tc>
          <w:tcPr>
            <w:tcW w:w="734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0AEF208" w14:textId="77777777" w:rsidR="00AB3852" w:rsidRPr="00AB3852" w:rsidRDefault="00AB3852" w:rsidP="00AB3852">
            <w:pPr>
              <w:rPr>
                <w:rFonts w:ascii="Arial" w:hAnsi="Arial" w:cs="Arial"/>
                <w:sz w:val="20"/>
                <w:szCs w:val="20"/>
              </w:rPr>
            </w:pPr>
            <w:r w:rsidRPr="00AB3852">
              <w:rPr>
                <w:rFonts w:ascii="Arial" w:hAnsi="Arial" w:cs="Arial"/>
                <w:sz w:val="20"/>
                <w:szCs w:val="20"/>
              </w:rPr>
              <w:t>Check contacts, response roles, delegated authorities and critical suppliers.</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880907" w14:textId="77777777" w:rsidR="00AB3852" w:rsidRPr="00AB3852" w:rsidRDefault="00AB3852" w:rsidP="00AB3852">
            <w:pPr>
              <w:rPr>
                <w:rFonts w:ascii="Arial" w:hAnsi="Arial" w:cs="Arial"/>
                <w:sz w:val="20"/>
                <w:szCs w:val="20"/>
              </w:rPr>
            </w:pPr>
            <w:r w:rsidRPr="00AB3852">
              <w:rPr>
                <w:rFonts w:ascii="Arial" w:hAnsi="Arial" w:cs="Arial"/>
                <w:sz w:val="20"/>
                <w:szCs w:val="20"/>
              </w:rPr>
              <w:t>[Plan owner / process owners]</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7CF2F81" w14:textId="77777777" w:rsidR="00AB3852" w:rsidRPr="00AB3852" w:rsidRDefault="00AB3852" w:rsidP="00AB3852">
            <w:pPr>
              <w:rPr>
                <w:rFonts w:ascii="Arial" w:hAnsi="Arial" w:cs="Arial"/>
                <w:sz w:val="20"/>
                <w:szCs w:val="20"/>
              </w:rPr>
            </w:pPr>
            <w:r w:rsidRPr="00AB3852">
              <w:rPr>
                <w:rFonts w:ascii="Arial" w:hAnsi="Arial" w:cs="Arial"/>
                <w:sz w:val="20"/>
                <w:szCs w:val="20"/>
              </w:rPr>
              <w:t>[Updated registers]</w:t>
            </w:r>
          </w:p>
        </w:tc>
      </w:tr>
      <w:tr w:rsidR="00AB3852" w:rsidRPr="00AB3852" w14:paraId="75AD2D4F" w14:textId="77777777" w:rsidTr="006A3252">
        <w:trPr>
          <w:cantSplit/>
          <w:jc w:val="center"/>
        </w:trPr>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3C3B6CF" w14:textId="77777777" w:rsidR="00AB3852" w:rsidRPr="00AB3852" w:rsidRDefault="00AB3852" w:rsidP="00AB3852">
            <w:pPr>
              <w:rPr>
                <w:rFonts w:ascii="Arial" w:hAnsi="Arial" w:cs="Arial"/>
                <w:sz w:val="20"/>
                <w:szCs w:val="20"/>
              </w:rPr>
            </w:pPr>
            <w:r w:rsidRPr="00AB3852">
              <w:rPr>
                <w:rFonts w:ascii="Arial" w:hAnsi="Arial" w:cs="Arial"/>
                <w:sz w:val="20"/>
                <w:szCs w:val="20"/>
              </w:rPr>
              <w:t>Every 6-12 months</w:t>
            </w:r>
          </w:p>
        </w:tc>
        <w:tc>
          <w:tcPr>
            <w:tcW w:w="734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48DFAC" w14:textId="77777777" w:rsidR="00AB3852" w:rsidRPr="00AB3852" w:rsidRDefault="00AB3852" w:rsidP="00AB3852">
            <w:pPr>
              <w:rPr>
                <w:rFonts w:ascii="Arial" w:hAnsi="Arial" w:cs="Arial"/>
                <w:sz w:val="20"/>
                <w:szCs w:val="20"/>
              </w:rPr>
            </w:pPr>
            <w:r w:rsidRPr="00AB3852">
              <w:rPr>
                <w:rFonts w:ascii="Arial" w:hAnsi="Arial" w:cs="Arial"/>
                <w:sz w:val="20"/>
                <w:szCs w:val="20"/>
              </w:rPr>
              <w:t>Review critical processes, recovery timeframes, systems, suppliers and practical actions.</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4B96D00" w14:textId="77777777" w:rsidR="00AB3852" w:rsidRPr="00AB3852" w:rsidRDefault="00AB3852" w:rsidP="00AB3852">
            <w:pPr>
              <w:rPr>
                <w:rFonts w:ascii="Arial" w:hAnsi="Arial" w:cs="Arial"/>
                <w:sz w:val="20"/>
                <w:szCs w:val="20"/>
              </w:rPr>
            </w:pPr>
            <w:r w:rsidRPr="00AB3852">
              <w:rPr>
                <w:rFonts w:ascii="Arial" w:hAnsi="Arial" w:cs="Arial"/>
                <w:sz w:val="20"/>
                <w:szCs w:val="20"/>
              </w:rPr>
              <w:t>[Plan owner]</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8977696" w14:textId="77777777" w:rsidR="00AB3852" w:rsidRPr="00AB3852" w:rsidRDefault="00AB3852" w:rsidP="00AB3852">
            <w:pPr>
              <w:rPr>
                <w:rFonts w:ascii="Arial" w:hAnsi="Arial" w:cs="Arial"/>
                <w:sz w:val="20"/>
                <w:szCs w:val="20"/>
              </w:rPr>
            </w:pPr>
            <w:r w:rsidRPr="00AB3852">
              <w:rPr>
                <w:rFonts w:ascii="Arial" w:hAnsi="Arial" w:cs="Arial"/>
                <w:sz w:val="20"/>
                <w:szCs w:val="20"/>
              </w:rPr>
              <w:t>[Updated plan version]</w:t>
            </w:r>
          </w:p>
        </w:tc>
      </w:tr>
      <w:tr w:rsidR="00AB3852" w:rsidRPr="00AB3852" w14:paraId="5AFE86E8" w14:textId="77777777" w:rsidTr="006A3252">
        <w:trPr>
          <w:cantSplit/>
          <w:jc w:val="center"/>
        </w:trPr>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FB02138" w14:textId="77777777" w:rsidR="00AB3852" w:rsidRPr="00AB3852" w:rsidRDefault="00AB3852" w:rsidP="00AB3852">
            <w:pPr>
              <w:rPr>
                <w:rFonts w:ascii="Arial" w:hAnsi="Arial" w:cs="Arial"/>
                <w:sz w:val="20"/>
                <w:szCs w:val="20"/>
              </w:rPr>
            </w:pPr>
            <w:r w:rsidRPr="00AB3852">
              <w:rPr>
                <w:rFonts w:ascii="Arial" w:hAnsi="Arial" w:cs="Arial"/>
                <w:sz w:val="20"/>
                <w:szCs w:val="20"/>
              </w:rPr>
              <w:t>Annually</w:t>
            </w:r>
          </w:p>
        </w:tc>
        <w:tc>
          <w:tcPr>
            <w:tcW w:w="734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F71C03" w14:textId="77777777" w:rsidR="00AB3852" w:rsidRPr="00AB3852" w:rsidRDefault="00AB3852" w:rsidP="00AB3852">
            <w:pPr>
              <w:rPr>
                <w:rFonts w:ascii="Arial" w:hAnsi="Arial" w:cs="Arial"/>
                <w:sz w:val="20"/>
                <w:szCs w:val="20"/>
              </w:rPr>
            </w:pPr>
            <w:r w:rsidRPr="00AB3852">
              <w:rPr>
                <w:rFonts w:ascii="Arial" w:hAnsi="Arial" w:cs="Arial"/>
                <w:sz w:val="20"/>
                <w:szCs w:val="20"/>
              </w:rPr>
              <w:t>Run a scenario test or practical simulation and refresh approvals.</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CFA818D" w14:textId="77777777" w:rsidR="00AB3852" w:rsidRPr="00AB3852" w:rsidRDefault="00AB3852" w:rsidP="00AB3852">
            <w:pPr>
              <w:rPr>
                <w:rFonts w:ascii="Arial" w:hAnsi="Arial" w:cs="Arial"/>
                <w:sz w:val="20"/>
                <w:szCs w:val="20"/>
              </w:rPr>
            </w:pPr>
            <w:r w:rsidRPr="00AB3852">
              <w:rPr>
                <w:rFonts w:ascii="Arial" w:hAnsi="Arial" w:cs="Arial"/>
                <w:sz w:val="20"/>
                <w:szCs w:val="20"/>
              </w:rPr>
              <w:t>[Response lead / plan owner]</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148A56A" w14:textId="77777777" w:rsidR="00AB3852" w:rsidRPr="00AB3852" w:rsidRDefault="00AB3852" w:rsidP="00AB3852">
            <w:pPr>
              <w:rPr>
                <w:rFonts w:ascii="Arial" w:hAnsi="Arial" w:cs="Arial"/>
                <w:sz w:val="20"/>
                <w:szCs w:val="20"/>
              </w:rPr>
            </w:pPr>
            <w:r w:rsidRPr="00AB3852">
              <w:rPr>
                <w:rFonts w:ascii="Arial" w:hAnsi="Arial" w:cs="Arial"/>
                <w:sz w:val="20"/>
                <w:szCs w:val="20"/>
              </w:rPr>
              <w:t>[Test record and approval]</w:t>
            </w:r>
          </w:p>
        </w:tc>
      </w:tr>
      <w:tr w:rsidR="00AB3852" w:rsidRPr="00AB3852" w14:paraId="5FE4124F" w14:textId="77777777" w:rsidTr="006A3252">
        <w:trPr>
          <w:cantSplit/>
          <w:jc w:val="center"/>
        </w:trPr>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18A6359" w14:textId="77777777" w:rsidR="00AB3852" w:rsidRPr="00AB3852" w:rsidRDefault="00AB3852" w:rsidP="00AB3852">
            <w:pPr>
              <w:rPr>
                <w:rFonts w:ascii="Arial" w:hAnsi="Arial" w:cs="Arial"/>
                <w:sz w:val="20"/>
                <w:szCs w:val="20"/>
              </w:rPr>
            </w:pPr>
            <w:r w:rsidRPr="00AB3852">
              <w:rPr>
                <w:rFonts w:ascii="Arial" w:hAnsi="Arial" w:cs="Arial"/>
                <w:sz w:val="20"/>
                <w:szCs w:val="20"/>
              </w:rPr>
              <w:t>After disruption or test</w:t>
            </w:r>
          </w:p>
        </w:tc>
        <w:tc>
          <w:tcPr>
            <w:tcW w:w="734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12364E" w14:textId="77777777" w:rsidR="00AB3852" w:rsidRPr="00AB3852" w:rsidRDefault="00AB3852" w:rsidP="00AB3852">
            <w:pPr>
              <w:rPr>
                <w:rFonts w:ascii="Arial" w:hAnsi="Arial" w:cs="Arial"/>
                <w:sz w:val="20"/>
                <w:szCs w:val="20"/>
              </w:rPr>
            </w:pPr>
            <w:r w:rsidRPr="00AB3852">
              <w:rPr>
                <w:rFonts w:ascii="Arial" w:hAnsi="Arial" w:cs="Arial"/>
                <w:sz w:val="20"/>
                <w:szCs w:val="20"/>
              </w:rPr>
              <w:t>Capture lessons, update actions and approve material changes.</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6BA3A9C" w14:textId="77777777" w:rsidR="00AB3852" w:rsidRPr="00AB3852" w:rsidRDefault="00AB3852" w:rsidP="00AB3852">
            <w:pPr>
              <w:rPr>
                <w:rFonts w:ascii="Arial" w:hAnsi="Arial" w:cs="Arial"/>
                <w:sz w:val="20"/>
                <w:szCs w:val="20"/>
              </w:rPr>
            </w:pPr>
            <w:r w:rsidRPr="00AB3852">
              <w:rPr>
                <w:rFonts w:ascii="Arial" w:hAnsi="Arial" w:cs="Arial"/>
                <w:sz w:val="20"/>
                <w:szCs w:val="20"/>
              </w:rPr>
              <w:t>[Plan owner]</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1673835" w14:textId="77777777" w:rsidR="00AB3852" w:rsidRPr="00AB3852" w:rsidRDefault="00AB3852" w:rsidP="00AB3852">
            <w:pPr>
              <w:rPr>
                <w:rFonts w:ascii="Arial" w:hAnsi="Arial" w:cs="Arial"/>
                <w:sz w:val="20"/>
                <w:szCs w:val="20"/>
              </w:rPr>
            </w:pPr>
            <w:r w:rsidRPr="00AB3852">
              <w:rPr>
                <w:rFonts w:ascii="Arial" w:hAnsi="Arial" w:cs="Arial"/>
                <w:sz w:val="20"/>
                <w:szCs w:val="20"/>
              </w:rPr>
              <w:t>[After-action review and update log]</w:t>
            </w:r>
          </w:p>
        </w:tc>
      </w:tr>
      <w:tr w:rsidR="00AB3852" w:rsidRPr="00AB3852" w14:paraId="462B872E" w14:textId="77777777" w:rsidTr="006A3252">
        <w:trPr>
          <w:cantSplit/>
          <w:jc w:val="center"/>
        </w:trPr>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B9F3E5C" w14:textId="77777777" w:rsidR="00AB3852" w:rsidRPr="00AB3852" w:rsidRDefault="00AB3852" w:rsidP="00AB3852">
            <w:pPr>
              <w:rPr>
                <w:rFonts w:ascii="Arial" w:hAnsi="Arial" w:cs="Arial"/>
                <w:sz w:val="20"/>
                <w:szCs w:val="20"/>
              </w:rPr>
            </w:pPr>
            <w:r w:rsidRPr="00AB3852">
              <w:rPr>
                <w:rFonts w:ascii="Arial" w:hAnsi="Arial" w:cs="Arial"/>
                <w:sz w:val="20"/>
                <w:szCs w:val="20"/>
              </w:rPr>
              <w:t>After material change</w:t>
            </w:r>
          </w:p>
        </w:tc>
        <w:tc>
          <w:tcPr>
            <w:tcW w:w="7343"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7282B36" w14:textId="77777777" w:rsidR="00AB3852" w:rsidRPr="00AB3852" w:rsidRDefault="00AB3852" w:rsidP="00AB3852">
            <w:pPr>
              <w:rPr>
                <w:rFonts w:ascii="Arial" w:hAnsi="Arial" w:cs="Arial"/>
                <w:sz w:val="20"/>
                <w:szCs w:val="20"/>
              </w:rPr>
            </w:pPr>
            <w:r w:rsidRPr="00AB3852">
              <w:rPr>
                <w:rFonts w:ascii="Arial" w:hAnsi="Arial" w:cs="Arial"/>
                <w:sz w:val="20"/>
                <w:szCs w:val="20"/>
              </w:rPr>
              <w:t>Update plan for changes to people, sites, systems, suppliers, ownership, services or obligations.</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0E7DA7" w14:textId="77777777" w:rsidR="00AB3852" w:rsidRPr="00AB3852" w:rsidRDefault="00AB3852" w:rsidP="00AB3852">
            <w:pPr>
              <w:rPr>
                <w:rFonts w:ascii="Arial" w:hAnsi="Arial" w:cs="Arial"/>
                <w:sz w:val="20"/>
                <w:szCs w:val="20"/>
              </w:rPr>
            </w:pPr>
            <w:r w:rsidRPr="00AB3852">
              <w:rPr>
                <w:rFonts w:ascii="Arial" w:hAnsi="Arial" w:cs="Arial"/>
                <w:sz w:val="20"/>
                <w:szCs w:val="20"/>
              </w:rPr>
              <w:t>[Plan owner]</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5F72AA4" w14:textId="77777777" w:rsidR="00AB3852" w:rsidRPr="00AB3852" w:rsidRDefault="00AB3852" w:rsidP="00AB3852">
            <w:pPr>
              <w:rPr>
                <w:rFonts w:ascii="Arial" w:hAnsi="Arial" w:cs="Arial"/>
                <w:sz w:val="20"/>
                <w:szCs w:val="20"/>
              </w:rPr>
            </w:pPr>
            <w:r w:rsidRPr="00AB3852">
              <w:rPr>
                <w:rFonts w:ascii="Arial" w:hAnsi="Arial" w:cs="Arial"/>
                <w:sz w:val="20"/>
                <w:szCs w:val="20"/>
              </w:rPr>
              <w:t>[Updated version]</w:t>
            </w:r>
          </w:p>
        </w:tc>
      </w:tr>
    </w:tbl>
    <w:p w14:paraId="0EEDD2FF"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103A37D3" w14:textId="77777777" w:rsidR="00F07A91" w:rsidRDefault="00F07A91">
      <w:pPr>
        <w:rPr>
          <w:rFonts w:ascii="Arial" w:eastAsia="MS Gothic" w:hAnsi="Arial" w:cs="Arial"/>
          <w:b/>
          <w:bCs/>
          <w:color w:val="3D3D3D"/>
          <w:kern w:val="0"/>
          <w:sz w:val="20"/>
          <w:szCs w:val="20"/>
          <w:lang w:val="en-US"/>
          <w14:ligatures w14:val="none"/>
        </w:rPr>
      </w:pPr>
      <w:r>
        <w:rPr>
          <w:rFonts w:ascii="Arial" w:eastAsia="MS Gothic" w:hAnsi="Arial" w:cs="Arial"/>
          <w:b/>
          <w:bCs/>
          <w:color w:val="3D3D3D"/>
          <w:kern w:val="0"/>
          <w:sz w:val="20"/>
          <w:szCs w:val="20"/>
          <w:lang w:val="en-US"/>
          <w14:ligatures w14:val="none"/>
        </w:rPr>
        <w:br w:type="page"/>
      </w:r>
    </w:p>
    <w:p w14:paraId="54C42799" w14:textId="0C6816AA"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Review triggers</w:t>
      </w:r>
    </w:p>
    <w:p w14:paraId="043003CF"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Use whenever there is a material change to people, suppliers, systems, sites, banking, insurance or obligations.</w:t>
      </w:r>
    </w:p>
    <w:tbl>
      <w:tblPr>
        <w:tblStyle w:val="TableGrid"/>
        <w:tblW w:w="0" w:type="auto"/>
        <w:jc w:val="center"/>
        <w:tblLayout w:type="fixed"/>
        <w:tblLook w:val="04A0" w:firstRow="1" w:lastRow="0" w:firstColumn="1" w:lastColumn="0" w:noHBand="0" w:noVBand="1"/>
      </w:tblPr>
      <w:tblGrid>
        <w:gridCol w:w="2880"/>
        <w:gridCol w:w="8784"/>
        <w:gridCol w:w="2304"/>
        <w:gridCol w:w="1296"/>
      </w:tblGrid>
      <w:tr w:rsidR="00AB3852" w:rsidRPr="00AB3852" w14:paraId="41DB5549" w14:textId="77777777" w:rsidTr="006A3252">
        <w:trPr>
          <w:cantSplit/>
          <w:tblHeader/>
          <w:jc w:val="center"/>
        </w:trPr>
        <w:tc>
          <w:tcPr>
            <w:tcW w:w="288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10ECCE7"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Trigger</w:t>
            </w:r>
          </w:p>
        </w:tc>
        <w:tc>
          <w:tcPr>
            <w:tcW w:w="878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FD7964D"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Update required</w:t>
            </w:r>
          </w:p>
        </w:tc>
        <w:tc>
          <w:tcPr>
            <w:tcW w:w="230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CAE06C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w:t>
            </w:r>
          </w:p>
        </w:tc>
        <w:tc>
          <w:tcPr>
            <w:tcW w:w="129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B45DA79"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Complete</w:t>
            </w:r>
          </w:p>
        </w:tc>
      </w:tr>
      <w:tr w:rsidR="00AB3852" w:rsidRPr="00AB3852" w14:paraId="4F54954C"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66398C7" w14:textId="77777777" w:rsidR="00AB3852" w:rsidRPr="00AB3852" w:rsidRDefault="00AB3852" w:rsidP="00AB3852">
            <w:pPr>
              <w:rPr>
                <w:rFonts w:ascii="Arial" w:hAnsi="Arial" w:cs="Arial"/>
                <w:sz w:val="20"/>
                <w:szCs w:val="20"/>
              </w:rPr>
            </w:pPr>
            <w:r w:rsidRPr="00AB3852">
              <w:rPr>
                <w:rFonts w:ascii="Arial" w:hAnsi="Arial" w:cs="Arial"/>
                <w:sz w:val="20"/>
                <w:szCs w:val="20"/>
              </w:rPr>
              <w:t>People or role change</w:t>
            </w:r>
          </w:p>
        </w:tc>
        <w:tc>
          <w:tcPr>
            <w:tcW w:w="87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5E8DA2C" w14:textId="77777777" w:rsidR="00AB3852" w:rsidRPr="00AB3852" w:rsidRDefault="00AB3852" w:rsidP="00AB3852">
            <w:pPr>
              <w:rPr>
                <w:rFonts w:ascii="Arial" w:hAnsi="Arial" w:cs="Arial"/>
                <w:sz w:val="20"/>
                <w:szCs w:val="20"/>
              </w:rPr>
            </w:pPr>
            <w:r w:rsidRPr="00AB3852">
              <w:rPr>
                <w:rFonts w:ascii="Arial" w:hAnsi="Arial" w:cs="Arial"/>
                <w:sz w:val="20"/>
                <w:szCs w:val="20"/>
              </w:rPr>
              <w:t>Update owners, backups, staff contacts, delegated authorities and critical task cover.</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1066F39"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EE5C21C" w14:textId="77777777" w:rsidR="00AB3852" w:rsidRPr="00AB3852" w:rsidRDefault="00AB3852" w:rsidP="00AB3852">
            <w:pPr>
              <w:rPr>
                <w:rFonts w:ascii="Arial" w:hAnsi="Arial" w:cs="Arial"/>
                <w:sz w:val="20"/>
                <w:szCs w:val="20"/>
              </w:rPr>
            </w:pPr>
            <w:r w:rsidRPr="00AB3852">
              <w:rPr>
                <w:rFonts w:ascii="Arial" w:hAnsi="Arial" w:cs="Arial"/>
                <w:sz w:val="20"/>
                <w:szCs w:val="20"/>
              </w:rPr>
              <w:t>[ ]</w:t>
            </w:r>
          </w:p>
        </w:tc>
      </w:tr>
      <w:tr w:rsidR="00AB3852" w:rsidRPr="00AB3852" w14:paraId="4EBE15B7"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AF05873" w14:textId="77777777" w:rsidR="00AB3852" w:rsidRPr="00AB3852" w:rsidRDefault="00AB3852" w:rsidP="00AB3852">
            <w:pPr>
              <w:rPr>
                <w:rFonts w:ascii="Arial" w:hAnsi="Arial" w:cs="Arial"/>
                <w:sz w:val="20"/>
                <w:szCs w:val="20"/>
              </w:rPr>
            </w:pPr>
            <w:r w:rsidRPr="00AB3852">
              <w:rPr>
                <w:rFonts w:ascii="Arial" w:hAnsi="Arial" w:cs="Arial"/>
                <w:sz w:val="20"/>
                <w:szCs w:val="20"/>
              </w:rPr>
              <w:t>Supplier or customer change</w:t>
            </w:r>
          </w:p>
        </w:tc>
        <w:tc>
          <w:tcPr>
            <w:tcW w:w="87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17E3DCB" w14:textId="77777777" w:rsidR="00AB3852" w:rsidRPr="00AB3852" w:rsidRDefault="00AB3852" w:rsidP="00AB3852">
            <w:pPr>
              <w:rPr>
                <w:rFonts w:ascii="Arial" w:hAnsi="Arial" w:cs="Arial"/>
                <w:sz w:val="20"/>
                <w:szCs w:val="20"/>
              </w:rPr>
            </w:pPr>
            <w:r w:rsidRPr="00AB3852">
              <w:rPr>
                <w:rFonts w:ascii="Arial" w:hAnsi="Arial" w:cs="Arial"/>
                <w:sz w:val="20"/>
                <w:szCs w:val="20"/>
              </w:rPr>
              <w:t>Update critical suppliers, priority customers, lead times, service promises and contact details.</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158511"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9E9B71" w14:textId="77777777" w:rsidR="00AB3852" w:rsidRPr="00AB3852" w:rsidRDefault="00AB3852" w:rsidP="00AB3852">
            <w:pPr>
              <w:rPr>
                <w:rFonts w:ascii="Arial" w:hAnsi="Arial" w:cs="Arial"/>
                <w:sz w:val="20"/>
                <w:szCs w:val="20"/>
              </w:rPr>
            </w:pPr>
            <w:r w:rsidRPr="00AB3852">
              <w:rPr>
                <w:rFonts w:ascii="Arial" w:hAnsi="Arial" w:cs="Arial"/>
                <w:sz w:val="20"/>
                <w:szCs w:val="20"/>
              </w:rPr>
              <w:t>[ ]</w:t>
            </w:r>
          </w:p>
        </w:tc>
      </w:tr>
      <w:tr w:rsidR="00AB3852" w:rsidRPr="00AB3852" w14:paraId="4A45EECC"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53FB3F" w14:textId="77777777" w:rsidR="00AB3852" w:rsidRPr="00AB3852" w:rsidRDefault="00AB3852" w:rsidP="00AB3852">
            <w:pPr>
              <w:rPr>
                <w:rFonts w:ascii="Arial" w:hAnsi="Arial" w:cs="Arial"/>
                <w:sz w:val="20"/>
                <w:szCs w:val="20"/>
              </w:rPr>
            </w:pPr>
            <w:r w:rsidRPr="00AB3852">
              <w:rPr>
                <w:rFonts w:ascii="Arial" w:hAnsi="Arial" w:cs="Arial"/>
                <w:sz w:val="20"/>
                <w:szCs w:val="20"/>
              </w:rPr>
              <w:t>System or site change</w:t>
            </w:r>
          </w:p>
        </w:tc>
        <w:tc>
          <w:tcPr>
            <w:tcW w:w="87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9DAA40F" w14:textId="77777777" w:rsidR="00AB3852" w:rsidRPr="00AB3852" w:rsidRDefault="00AB3852" w:rsidP="00AB3852">
            <w:pPr>
              <w:rPr>
                <w:rFonts w:ascii="Arial" w:hAnsi="Arial" w:cs="Arial"/>
                <w:sz w:val="20"/>
                <w:szCs w:val="20"/>
              </w:rPr>
            </w:pPr>
            <w:r w:rsidRPr="00AB3852">
              <w:rPr>
                <w:rFonts w:ascii="Arial" w:hAnsi="Arial" w:cs="Arial"/>
                <w:sz w:val="20"/>
                <w:szCs w:val="20"/>
              </w:rPr>
              <w:t>Update software, login access, backups, alternate locations, equipment, utilities and support contacts.</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3D4BD2C"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36A2622" w14:textId="77777777" w:rsidR="00AB3852" w:rsidRPr="00AB3852" w:rsidRDefault="00AB3852" w:rsidP="00AB3852">
            <w:pPr>
              <w:rPr>
                <w:rFonts w:ascii="Arial" w:hAnsi="Arial" w:cs="Arial"/>
                <w:sz w:val="20"/>
                <w:szCs w:val="20"/>
              </w:rPr>
            </w:pPr>
            <w:r w:rsidRPr="00AB3852">
              <w:rPr>
                <w:rFonts w:ascii="Arial" w:hAnsi="Arial" w:cs="Arial"/>
                <w:sz w:val="20"/>
                <w:szCs w:val="20"/>
              </w:rPr>
              <w:t>[ ]</w:t>
            </w:r>
          </w:p>
        </w:tc>
      </w:tr>
      <w:tr w:rsidR="00AB3852" w:rsidRPr="00AB3852" w14:paraId="5A7B257D"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7E6D91B" w14:textId="77777777" w:rsidR="00AB3852" w:rsidRPr="00AB3852" w:rsidRDefault="00AB3852" w:rsidP="00AB3852">
            <w:pPr>
              <w:rPr>
                <w:rFonts w:ascii="Arial" w:hAnsi="Arial" w:cs="Arial"/>
                <w:sz w:val="20"/>
                <w:szCs w:val="20"/>
              </w:rPr>
            </w:pPr>
            <w:r w:rsidRPr="00AB3852">
              <w:rPr>
                <w:rFonts w:ascii="Arial" w:hAnsi="Arial" w:cs="Arial"/>
                <w:sz w:val="20"/>
                <w:szCs w:val="20"/>
              </w:rPr>
              <w:t>Insurance, bank or contract change</w:t>
            </w:r>
          </w:p>
        </w:tc>
        <w:tc>
          <w:tcPr>
            <w:tcW w:w="87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23C835" w14:textId="77777777" w:rsidR="00AB3852" w:rsidRPr="00AB3852" w:rsidRDefault="00AB3852" w:rsidP="00AB3852">
            <w:pPr>
              <w:rPr>
                <w:rFonts w:ascii="Arial" w:hAnsi="Arial" w:cs="Arial"/>
                <w:sz w:val="20"/>
                <w:szCs w:val="20"/>
              </w:rPr>
            </w:pPr>
            <w:r w:rsidRPr="00AB3852">
              <w:rPr>
                <w:rFonts w:ascii="Arial" w:hAnsi="Arial" w:cs="Arial"/>
                <w:sz w:val="20"/>
                <w:szCs w:val="20"/>
              </w:rPr>
              <w:t>Update policy details, facilities, covenants, contractual obligations and evidence requirements.</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C48C91"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851857F" w14:textId="77777777" w:rsidR="00AB3852" w:rsidRPr="00AB3852" w:rsidRDefault="00AB3852" w:rsidP="00AB3852">
            <w:pPr>
              <w:rPr>
                <w:rFonts w:ascii="Arial" w:hAnsi="Arial" w:cs="Arial"/>
                <w:sz w:val="20"/>
                <w:szCs w:val="20"/>
              </w:rPr>
            </w:pPr>
            <w:r w:rsidRPr="00AB3852">
              <w:rPr>
                <w:rFonts w:ascii="Arial" w:hAnsi="Arial" w:cs="Arial"/>
                <w:sz w:val="20"/>
                <w:szCs w:val="20"/>
              </w:rPr>
              <w:t>[ ]</w:t>
            </w:r>
          </w:p>
        </w:tc>
      </w:tr>
      <w:tr w:rsidR="00AB3852" w:rsidRPr="00AB3852" w14:paraId="52DEB34A"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15A09C5" w14:textId="77777777" w:rsidR="00AB3852" w:rsidRPr="00AB3852" w:rsidRDefault="00AB3852" w:rsidP="00AB3852">
            <w:pPr>
              <w:rPr>
                <w:rFonts w:ascii="Arial" w:hAnsi="Arial" w:cs="Arial"/>
                <w:sz w:val="20"/>
                <w:szCs w:val="20"/>
              </w:rPr>
            </w:pPr>
            <w:r w:rsidRPr="00AB3852">
              <w:rPr>
                <w:rFonts w:ascii="Arial" w:hAnsi="Arial" w:cs="Arial"/>
                <w:sz w:val="20"/>
                <w:szCs w:val="20"/>
              </w:rPr>
              <w:t>After a disruption or test</w:t>
            </w:r>
          </w:p>
        </w:tc>
        <w:tc>
          <w:tcPr>
            <w:tcW w:w="87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635B0D8" w14:textId="77777777" w:rsidR="00AB3852" w:rsidRPr="00AB3852" w:rsidRDefault="00AB3852" w:rsidP="00AB3852">
            <w:pPr>
              <w:rPr>
                <w:rFonts w:ascii="Arial" w:hAnsi="Arial" w:cs="Arial"/>
                <w:sz w:val="20"/>
                <w:szCs w:val="20"/>
              </w:rPr>
            </w:pPr>
            <w:r w:rsidRPr="00AB3852">
              <w:rPr>
                <w:rFonts w:ascii="Arial" w:hAnsi="Arial" w:cs="Arial"/>
                <w:sz w:val="20"/>
                <w:szCs w:val="20"/>
              </w:rPr>
              <w:t>Record what worked, what did not, decisions made, lessons and improvement actions.</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CE25FC"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941462" w14:textId="77777777" w:rsidR="00AB3852" w:rsidRPr="00AB3852" w:rsidRDefault="00AB3852" w:rsidP="00AB3852">
            <w:pPr>
              <w:rPr>
                <w:rFonts w:ascii="Arial" w:hAnsi="Arial" w:cs="Arial"/>
                <w:sz w:val="20"/>
                <w:szCs w:val="20"/>
              </w:rPr>
            </w:pPr>
            <w:r w:rsidRPr="00AB3852">
              <w:rPr>
                <w:rFonts w:ascii="Arial" w:hAnsi="Arial" w:cs="Arial"/>
                <w:sz w:val="20"/>
                <w:szCs w:val="20"/>
              </w:rPr>
              <w:t>[ ]</w:t>
            </w:r>
          </w:p>
        </w:tc>
      </w:tr>
      <w:tr w:rsidR="00AB3852" w:rsidRPr="00AB3852" w14:paraId="54E3EC45"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9106DB" w14:textId="77777777" w:rsidR="00AB3852" w:rsidRPr="00AB3852" w:rsidRDefault="00AB3852" w:rsidP="00AB3852">
            <w:pPr>
              <w:rPr>
                <w:rFonts w:ascii="Arial" w:hAnsi="Arial" w:cs="Arial"/>
                <w:sz w:val="20"/>
                <w:szCs w:val="20"/>
              </w:rPr>
            </w:pPr>
            <w:r w:rsidRPr="00AB3852">
              <w:rPr>
                <w:rFonts w:ascii="Arial" w:hAnsi="Arial" w:cs="Arial"/>
                <w:sz w:val="20"/>
                <w:szCs w:val="20"/>
              </w:rPr>
              <w:t>Regular review cycle</w:t>
            </w:r>
          </w:p>
        </w:tc>
        <w:tc>
          <w:tcPr>
            <w:tcW w:w="87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C0EBC2" w14:textId="77777777" w:rsidR="00AB3852" w:rsidRPr="00AB3852" w:rsidRDefault="00AB3852" w:rsidP="00AB3852">
            <w:pPr>
              <w:rPr>
                <w:rFonts w:ascii="Arial" w:hAnsi="Arial" w:cs="Arial"/>
                <w:sz w:val="20"/>
                <w:szCs w:val="20"/>
              </w:rPr>
            </w:pPr>
            <w:r w:rsidRPr="00AB3852">
              <w:rPr>
                <w:rFonts w:ascii="Arial" w:hAnsi="Arial" w:cs="Arial"/>
                <w:sz w:val="20"/>
                <w:szCs w:val="20"/>
              </w:rPr>
              <w:t>Confirm contacts, roles, suppliers, systems, backups, assumptions and practical actions are still current.</w:t>
            </w:r>
          </w:p>
        </w:tc>
        <w:tc>
          <w:tcPr>
            <w:tcW w:w="230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21300B"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29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23CE32C" w14:textId="77777777" w:rsidR="00AB3852" w:rsidRPr="00AB3852" w:rsidRDefault="00AB3852" w:rsidP="00AB3852">
            <w:pPr>
              <w:rPr>
                <w:rFonts w:ascii="Arial" w:hAnsi="Arial" w:cs="Arial"/>
                <w:sz w:val="20"/>
                <w:szCs w:val="20"/>
              </w:rPr>
            </w:pPr>
            <w:r w:rsidRPr="00AB3852">
              <w:rPr>
                <w:rFonts w:ascii="Arial" w:hAnsi="Arial" w:cs="Arial"/>
                <w:sz w:val="20"/>
                <w:szCs w:val="20"/>
              </w:rPr>
              <w:t>[ ]</w:t>
            </w:r>
          </w:p>
        </w:tc>
      </w:tr>
    </w:tbl>
    <w:p w14:paraId="46EBF260"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64BE2883"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t xml:space="preserve">4.4 30 / 60 / </w:t>
      </w:r>
      <w:proofErr w:type="gramStart"/>
      <w:r w:rsidRPr="00AB3852">
        <w:rPr>
          <w:rFonts w:ascii="Arial" w:eastAsia="MS Gothic" w:hAnsi="Arial" w:cs="Arial"/>
          <w:b/>
          <w:bCs/>
          <w:color w:val="3D3D3D"/>
          <w:kern w:val="0"/>
          <w:sz w:val="20"/>
          <w:szCs w:val="20"/>
          <w:lang w:val="en-US"/>
          <w14:ligatures w14:val="none"/>
        </w:rPr>
        <w:t>90 day</w:t>
      </w:r>
      <w:proofErr w:type="gramEnd"/>
      <w:r w:rsidRPr="00AB3852">
        <w:rPr>
          <w:rFonts w:ascii="Arial" w:eastAsia="MS Gothic" w:hAnsi="Arial" w:cs="Arial"/>
          <w:b/>
          <w:bCs/>
          <w:color w:val="3D3D3D"/>
          <w:kern w:val="0"/>
          <w:sz w:val="20"/>
          <w:szCs w:val="20"/>
          <w:lang w:val="en-US"/>
          <w14:ligatures w14:val="none"/>
        </w:rPr>
        <w:t xml:space="preserve"> implementation roadmap</w:t>
      </w:r>
    </w:p>
    <w:p w14:paraId="6E25090C"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 xml:space="preserve">Complete during plan build to </w:t>
      </w:r>
      <w:proofErr w:type="spellStart"/>
      <w:r w:rsidRPr="00AB3852">
        <w:rPr>
          <w:rFonts w:ascii="Arial" w:eastAsia="MS Mincho" w:hAnsi="Arial" w:cs="Arial"/>
          <w:i/>
          <w:color w:val="555555"/>
          <w:kern w:val="0"/>
          <w:sz w:val="20"/>
          <w:szCs w:val="20"/>
          <w:lang w:val="en-US"/>
          <w14:ligatures w14:val="none"/>
        </w:rPr>
        <w:t>prioritise</w:t>
      </w:r>
      <w:proofErr w:type="spellEnd"/>
      <w:r w:rsidRPr="00AB3852">
        <w:rPr>
          <w:rFonts w:ascii="Arial" w:eastAsia="MS Mincho" w:hAnsi="Arial" w:cs="Arial"/>
          <w:i/>
          <w:color w:val="555555"/>
          <w:kern w:val="0"/>
          <w:sz w:val="20"/>
          <w:szCs w:val="20"/>
          <w:lang w:val="en-US"/>
          <w14:ligatures w14:val="none"/>
        </w:rPr>
        <w:t xml:space="preserve"> first actions. Delete or adapt once implementation is complete.</w:t>
      </w:r>
    </w:p>
    <w:tbl>
      <w:tblPr>
        <w:tblStyle w:val="TableGrid"/>
        <w:tblW w:w="0" w:type="auto"/>
        <w:jc w:val="center"/>
        <w:tblLayout w:type="fixed"/>
        <w:tblLook w:val="04A0" w:firstRow="1" w:lastRow="0" w:firstColumn="1" w:lastColumn="0" w:noHBand="0" w:noVBand="1"/>
      </w:tblPr>
      <w:tblGrid>
        <w:gridCol w:w="1584"/>
        <w:gridCol w:w="9648"/>
        <w:gridCol w:w="2015"/>
        <w:gridCol w:w="1440"/>
        <w:gridCol w:w="1152"/>
      </w:tblGrid>
      <w:tr w:rsidR="00AB3852" w:rsidRPr="00AB3852" w14:paraId="0614E0F2" w14:textId="77777777" w:rsidTr="006A3252">
        <w:trPr>
          <w:cantSplit/>
          <w:tblHeader/>
          <w:jc w:val="center"/>
        </w:trPr>
        <w:tc>
          <w:tcPr>
            <w:tcW w:w="158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DD8FAF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Timing</w:t>
            </w:r>
          </w:p>
        </w:tc>
        <w:tc>
          <w:tcPr>
            <w:tcW w:w="964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81F7A1E"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Actions</w:t>
            </w:r>
          </w:p>
        </w:tc>
        <w:tc>
          <w:tcPr>
            <w:tcW w:w="201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A9C9BD3"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Owner</w:t>
            </w:r>
          </w:p>
        </w:tc>
        <w:tc>
          <w:tcPr>
            <w:tcW w:w="144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512E011"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Due date</w:t>
            </w:r>
          </w:p>
        </w:tc>
        <w:tc>
          <w:tcPr>
            <w:tcW w:w="115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02AD408"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Status</w:t>
            </w:r>
          </w:p>
        </w:tc>
      </w:tr>
      <w:tr w:rsidR="00AB3852" w:rsidRPr="00AB3852" w14:paraId="4BD5B9E8" w14:textId="77777777" w:rsidTr="006A3252">
        <w:trPr>
          <w:cantSplit/>
          <w:jc w:val="center"/>
        </w:trPr>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A065391" w14:textId="77777777" w:rsidR="00AB3852" w:rsidRPr="00AB3852" w:rsidRDefault="00AB3852" w:rsidP="00AB3852">
            <w:pPr>
              <w:rPr>
                <w:rFonts w:ascii="Arial" w:hAnsi="Arial" w:cs="Arial"/>
                <w:sz w:val="20"/>
                <w:szCs w:val="20"/>
              </w:rPr>
            </w:pPr>
            <w:r w:rsidRPr="00AB3852">
              <w:rPr>
                <w:rFonts w:ascii="Arial" w:hAnsi="Arial" w:cs="Arial"/>
                <w:sz w:val="20"/>
                <w:szCs w:val="20"/>
              </w:rPr>
              <w:t>30 days</w:t>
            </w:r>
          </w:p>
        </w:tc>
        <w:tc>
          <w:tcPr>
            <w:tcW w:w="96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FC0DDF9" w14:textId="77777777" w:rsidR="00AB3852" w:rsidRPr="00AB3852" w:rsidRDefault="00AB3852" w:rsidP="00AB3852">
            <w:pPr>
              <w:rPr>
                <w:rFonts w:ascii="Arial" w:hAnsi="Arial" w:cs="Arial"/>
                <w:sz w:val="20"/>
                <w:szCs w:val="20"/>
              </w:rPr>
            </w:pPr>
            <w:r w:rsidRPr="00AB3852">
              <w:rPr>
                <w:rFonts w:ascii="Arial" w:hAnsi="Arial" w:cs="Arial"/>
                <w:sz w:val="20"/>
                <w:szCs w:val="20"/>
              </w:rPr>
              <w:t>Confirm plan owner and backup; complete critical process register; populate contacts and response roles; agree quick-win actions.</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5104330"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BEE8F50"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FCA1BD"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75EF6176" w14:textId="77777777" w:rsidTr="006A3252">
        <w:trPr>
          <w:cantSplit/>
          <w:jc w:val="center"/>
        </w:trPr>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149E8D9" w14:textId="77777777" w:rsidR="00AB3852" w:rsidRPr="00AB3852" w:rsidRDefault="00AB3852" w:rsidP="00AB3852">
            <w:pPr>
              <w:rPr>
                <w:rFonts w:ascii="Arial" w:hAnsi="Arial" w:cs="Arial"/>
                <w:sz w:val="20"/>
                <w:szCs w:val="20"/>
              </w:rPr>
            </w:pPr>
            <w:r w:rsidRPr="00AB3852">
              <w:rPr>
                <w:rFonts w:ascii="Arial" w:hAnsi="Arial" w:cs="Arial"/>
                <w:sz w:val="20"/>
                <w:szCs w:val="20"/>
              </w:rPr>
              <w:t>60 days</w:t>
            </w:r>
          </w:p>
        </w:tc>
        <w:tc>
          <w:tcPr>
            <w:tcW w:w="96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76B86D" w14:textId="77777777" w:rsidR="00AB3852" w:rsidRPr="00AB3852" w:rsidRDefault="00AB3852" w:rsidP="00AB3852">
            <w:pPr>
              <w:rPr>
                <w:rFonts w:ascii="Arial" w:hAnsi="Arial" w:cs="Arial"/>
                <w:sz w:val="20"/>
                <w:szCs w:val="20"/>
              </w:rPr>
            </w:pPr>
            <w:r w:rsidRPr="00AB3852">
              <w:rPr>
                <w:rFonts w:ascii="Arial" w:hAnsi="Arial" w:cs="Arial"/>
                <w:sz w:val="20"/>
                <w:szCs w:val="20"/>
              </w:rPr>
              <w:t>Complete impact and dependency assessments; document practical actions; draft communications and response checklists; close critical readiness gaps.</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48E2782"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C8E6E16"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21FCE3"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60DB47A7" w14:textId="77777777" w:rsidTr="006A3252">
        <w:trPr>
          <w:cantSplit/>
          <w:jc w:val="center"/>
        </w:trPr>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B7AD344" w14:textId="77777777" w:rsidR="00AB3852" w:rsidRPr="00AB3852" w:rsidRDefault="00AB3852" w:rsidP="00AB3852">
            <w:pPr>
              <w:rPr>
                <w:rFonts w:ascii="Arial" w:hAnsi="Arial" w:cs="Arial"/>
                <w:sz w:val="20"/>
                <w:szCs w:val="20"/>
              </w:rPr>
            </w:pPr>
            <w:r w:rsidRPr="00AB3852">
              <w:rPr>
                <w:rFonts w:ascii="Arial" w:hAnsi="Arial" w:cs="Arial"/>
                <w:sz w:val="20"/>
                <w:szCs w:val="20"/>
              </w:rPr>
              <w:t>90 days</w:t>
            </w:r>
          </w:p>
        </w:tc>
        <w:tc>
          <w:tcPr>
            <w:tcW w:w="96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07CB05" w14:textId="77777777" w:rsidR="00AB3852" w:rsidRPr="00AB3852" w:rsidRDefault="00AB3852" w:rsidP="00AB3852">
            <w:pPr>
              <w:rPr>
                <w:rFonts w:ascii="Arial" w:hAnsi="Arial" w:cs="Arial"/>
                <w:sz w:val="20"/>
                <w:szCs w:val="20"/>
              </w:rPr>
            </w:pPr>
            <w:r w:rsidRPr="00AB3852">
              <w:rPr>
                <w:rFonts w:ascii="Arial" w:hAnsi="Arial" w:cs="Arial"/>
                <w:sz w:val="20"/>
                <w:szCs w:val="20"/>
              </w:rPr>
              <w:t>Run a simulation; test contact lists, backups and manual actions; update plan from lessons; approve review cycle.</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0044745"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F2F14B4"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3A3A4B"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r w:rsidR="00AB3852" w:rsidRPr="00AB3852" w14:paraId="04826D53" w14:textId="77777777" w:rsidTr="006A3252">
        <w:trPr>
          <w:cantSplit/>
          <w:jc w:val="center"/>
        </w:trPr>
        <w:tc>
          <w:tcPr>
            <w:tcW w:w="158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58CDF9" w14:textId="77777777" w:rsidR="00AB3852" w:rsidRPr="00AB3852" w:rsidRDefault="00AB3852" w:rsidP="00AB3852">
            <w:pPr>
              <w:rPr>
                <w:rFonts w:ascii="Arial" w:hAnsi="Arial" w:cs="Arial"/>
                <w:sz w:val="20"/>
                <w:szCs w:val="20"/>
              </w:rPr>
            </w:pPr>
            <w:r w:rsidRPr="00AB3852">
              <w:rPr>
                <w:rFonts w:ascii="Arial" w:hAnsi="Arial" w:cs="Arial"/>
                <w:sz w:val="20"/>
                <w:szCs w:val="20"/>
              </w:rPr>
              <w:t>Ongoing</w:t>
            </w:r>
          </w:p>
        </w:tc>
        <w:tc>
          <w:tcPr>
            <w:tcW w:w="96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4E2B06A" w14:textId="77777777" w:rsidR="00AB3852" w:rsidRPr="00AB3852" w:rsidRDefault="00AB3852" w:rsidP="00AB3852">
            <w:pPr>
              <w:rPr>
                <w:rFonts w:ascii="Arial" w:hAnsi="Arial" w:cs="Arial"/>
                <w:sz w:val="20"/>
                <w:szCs w:val="20"/>
              </w:rPr>
            </w:pPr>
            <w:r w:rsidRPr="00AB3852">
              <w:rPr>
                <w:rFonts w:ascii="Arial" w:hAnsi="Arial" w:cs="Arial"/>
                <w:sz w:val="20"/>
                <w:szCs w:val="20"/>
              </w:rPr>
              <w:t>Monthly action review during build; quarterly continuity review; annual scenario test; immediate update after incidents or material change.</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79675A7" w14:textId="77777777" w:rsidR="00AB3852" w:rsidRPr="00AB3852" w:rsidRDefault="00AB3852" w:rsidP="00AB3852">
            <w:pPr>
              <w:rPr>
                <w:rFonts w:ascii="Arial" w:hAnsi="Arial" w:cs="Arial"/>
                <w:sz w:val="20"/>
                <w:szCs w:val="20"/>
              </w:rPr>
            </w:pPr>
            <w:r w:rsidRPr="00AB3852">
              <w:rPr>
                <w:rFonts w:ascii="Arial" w:hAnsi="Arial" w:cs="Arial"/>
                <w:sz w:val="20"/>
                <w:szCs w:val="20"/>
              </w:rPr>
              <w:t>[Owner]</w:t>
            </w:r>
          </w:p>
        </w:tc>
        <w:tc>
          <w:tcPr>
            <w:tcW w:w="144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2C426A" w14:textId="77777777" w:rsidR="00AB3852" w:rsidRPr="00AB3852" w:rsidRDefault="00AB3852" w:rsidP="00AB3852">
            <w:pPr>
              <w:rPr>
                <w:rFonts w:ascii="Arial" w:hAnsi="Arial" w:cs="Arial"/>
                <w:sz w:val="20"/>
                <w:szCs w:val="20"/>
              </w:rPr>
            </w:pPr>
            <w:r w:rsidRPr="00AB3852">
              <w:rPr>
                <w:rFonts w:ascii="Arial" w:hAnsi="Arial" w:cs="Arial"/>
                <w:sz w:val="20"/>
                <w:szCs w:val="20"/>
              </w:rPr>
              <w:t>[Date]</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6FC9F91"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r>
    </w:tbl>
    <w:p w14:paraId="1AA8AEFE"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544E15B2" w14:textId="77777777" w:rsidR="00AB3852" w:rsidRPr="00AB3852" w:rsidRDefault="00AB3852" w:rsidP="00AB3852">
      <w:pPr>
        <w:spacing w:after="200" w:line="276" w:lineRule="auto"/>
        <w:rPr>
          <w:rFonts w:ascii="Arial" w:eastAsia="MS Gothic" w:hAnsi="Arial" w:cs="Arial"/>
          <w:b/>
          <w:bCs/>
          <w:color w:val="3D3D3D"/>
          <w:kern w:val="0"/>
          <w:sz w:val="20"/>
          <w:szCs w:val="20"/>
          <w:lang w:val="en-US"/>
          <w14:ligatures w14:val="none"/>
        </w:rPr>
      </w:pPr>
      <w:r w:rsidRPr="00AB3852">
        <w:rPr>
          <w:rFonts w:ascii="Arial" w:eastAsia="MS Mincho" w:hAnsi="Arial" w:cs="Arial"/>
          <w:kern w:val="0"/>
          <w:sz w:val="20"/>
          <w:szCs w:val="20"/>
          <w:lang w:val="en-US"/>
          <w14:ligatures w14:val="none"/>
        </w:rPr>
        <w:br w:type="page"/>
      </w:r>
    </w:p>
    <w:p w14:paraId="52A33C2F"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4.5 BCP readiness checklist</w:t>
      </w:r>
    </w:p>
    <w:p w14:paraId="5B48ADD7"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Use before approval and at scheduled reviews to confirm minimum readiness.</w:t>
      </w:r>
    </w:p>
    <w:tbl>
      <w:tblPr>
        <w:tblStyle w:val="TableGrid"/>
        <w:tblW w:w="15264" w:type="dxa"/>
        <w:jc w:val="center"/>
        <w:tblLayout w:type="fixed"/>
        <w:tblLook w:val="04A0" w:firstRow="1" w:lastRow="0" w:firstColumn="1" w:lastColumn="0" w:noHBand="0" w:noVBand="1"/>
      </w:tblPr>
      <w:tblGrid>
        <w:gridCol w:w="3456"/>
        <w:gridCol w:w="7920"/>
        <w:gridCol w:w="1152"/>
        <w:gridCol w:w="2736"/>
      </w:tblGrid>
      <w:tr w:rsidR="00AB3852" w:rsidRPr="00AB3852" w14:paraId="523EDE79" w14:textId="77777777" w:rsidTr="00F07A91">
        <w:trPr>
          <w:cantSplit/>
          <w:tblHeader/>
          <w:jc w:val="center"/>
        </w:trPr>
        <w:tc>
          <w:tcPr>
            <w:tcW w:w="345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E41F7FC"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Readiness item</w:t>
            </w:r>
          </w:p>
        </w:tc>
        <w:tc>
          <w:tcPr>
            <w:tcW w:w="792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3D34116"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Minimum expectation</w:t>
            </w:r>
          </w:p>
        </w:tc>
        <w:tc>
          <w:tcPr>
            <w:tcW w:w="115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A74A7DC"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Status</w:t>
            </w:r>
          </w:p>
        </w:tc>
        <w:tc>
          <w:tcPr>
            <w:tcW w:w="2736"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858659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Evidence / notes</w:t>
            </w:r>
          </w:p>
        </w:tc>
      </w:tr>
      <w:tr w:rsidR="00AB3852" w:rsidRPr="00AB3852" w14:paraId="5718B78F"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0E9A8C4" w14:textId="77777777" w:rsidR="00AB3852" w:rsidRPr="00AB3852" w:rsidRDefault="00AB3852" w:rsidP="00AB3852">
            <w:pPr>
              <w:rPr>
                <w:rFonts w:ascii="Arial" w:hAnsi="Arial" w:cs="Arial"/>
                <w:sz w:val="20"/>
                <w:szCs w:val="20"/>
              </w:rPr>
            </w:pPr>
            <w:r w:rsidRPr="00AB3852">
              <w:rPr>
                <w:rFonts w:ascii="Arial" w:hAnsi="Arial" w:cs="Arial"/>
                <w:sz w:val="20"/>
                <w:szCs w:val="20"/>
              </w:rPr>
              <w:t>Plan ownership confirmed</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FC34C1" w14:textId="77777777" w:rsidR="00AB3852" w:rsidRPr="00AB3852" w:rsidRDefault="00AB3852" w:rsidP="00AB3852">
            <w:pPr>
              <w:rPr>
                <w:rFonts w:ascii="Arial" w:hAnsi="Arial" w:cs="Arial"/>
                <w:sz w:val="20"/>
                <w:szCs w:val="20"/>
              </w:rPr>
            </w:pPr>
            <w:r w:rsidRPr="00AB3852">
              <w:rPr>
                <w:rFonts w:ascii="Arial" w:hAnsi="Arial" w:cs="Arial"/>
                <w:sz w:val="20"/>
                <w:szCs w:val="20"/>
              </w:rPr>
              <w:t>Plan owner, backup owner and response lead named.</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vAlign w:val="center"/>
          </w:tcPr>
          <w:p w14:paraId="1C80A9E1"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F01E772"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27E0BD80"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A46DD29" w14:textId="77777777" w:rsidR="00AB3852" w:rsidRPr="00AB3852" w:rsidRDefault="00AB3852" w:rsidP="00AB3852">
            <w:pPr>
              <w:rPr>
                <w:rFonts w:ascii="Arial" w:hAnsi="Arial" w:cs="Arial"/>
                <w:sz w:val="20"/>
                <w:szCs w:val="20"/>
              </w:rPr>
            </w:pPr>
            <w:r w:rsidRPr="00AB3852">
              <w:rPr>
                <w:rFonts w:ascii="Arial" w:hAnsi="Arial" w:cs="Arial"/>
                <w:sz w:val="20"/>
                <w:szCs w:val="20"/>
              </w:rPr>
              <w:t>Scope agreed</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B9F6388" w14:textId="77777777" w:rsidR="00AB3852" w:rsidRPr="00AB3852" w:rsidRDefault="00AB3852" w:rsidP="00AB3852">
            <w:pPr>
              <w:rPr>
                <w:rFonts w:ascii="Arial" w:hAnsi="Arial" w:cs="Arial"/>
                <w:sz w:val="20"/>
                <w:szCs w:val="20"/>
              </w:rPr>
            </w:pPr>
            <w:r w:rsidRPr="00AB3852">
              <w:rPr>
                <w:rFonts w:ascii="Arial" w:hAnsi="Arial" w:cs="Arial"/>
                <w:sz w:val="20"/>
                <w:szCs w:val="20"/>
              </w:rPr>
              <w:t>Entities, sites, services and exclusions documented.</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vAlign w:val="center"/>
          </w:tcPr>
          <w:p w14:paraId="6CBA38FD"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F2920EB"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4303D26A"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3D2A114"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Critical processes </w:t>
            </w:r>
            <w:proofErr w:type="spellStart"/>
            <w:r w:rsidRPr="00AB3852">
              <w:rPr>
                <w:rFonts w:ascii="Arial" w:hAnsi="Arial" w:cs="Arial"/>
                <w:sz w:val="20"/>
                <w:szCs w:val="20"/>
              </w:rPr>
              <w:t>prioritised</w:t>
            </w:r>
            <w:proofErr w:type="spellEnd"/>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27A6457" w14:textId="77777777" w:rsidR="00AB3852" w:rsidRPr="00AB3852" w:rsidRDefault="00AB3852" w:rsidP="00AB3852">
            <w:pPr>
              <w:rPr>
                <w:rFonts w:ascii="Arial" w:hAnsi="Arial" w:cs="Arial"/>
                <w:sz w:val="20"/>
                <w:szCs w:val="20"/>
              </w:rPr>
            </w:pPr>
            <w:r w:rsidRPr="00AB3852">
              <w:rPr>
                <w:rFonts w:ascii="Arial" w:hAnsi="Arial" w:cs="Arial"/>
                <w:sz w:val="20"/>
                <w:szCs w:val="20"/>
              </w:rPr>
              <w:t>Critical business processes are listed in priority order and supporting functions are mapped.</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vAlign w:val="center"/>
          </w:tcPr>
          <w:p w14:paraId="5C6842FB"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DE8E3F"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351BAE12"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4AC09F3" w14:textId="77777777" w:rsidR="00AB3852" w:rsidRPr="00AB3852" w:rsidRDefault="00AB3852" w:rsidP="00AB3852">
            <w:pPr>
              <w:rPr>
                <w:rFonts w:ascii="Arial" w:hAnsi="Arial" w:cs="Arial"/>
                <w:sz w:val="20"/>
                <w:szCs w:val="20"/>
              </w:rPr>
            </w:pPr>
            <w:r w:rsidRPr="00AB3852">
              <w:rPr>
                <w:rFonts w:ascii="Arial" w:hAnsi="Arial" w:cs="Arial"/>
                <w:sz w:val="20"/>
                <w:szCs w:val="20"/>
              </w:rPr>
              <w:t>Impact assessed</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7064FCC" w14:textId="77777777" w:rsidR="00AB3852" w:rsidRPr="00AB3852" w:rsidRDefault="00AB3852" w:rsidP="00AB3852">
            <w:pPr>
              <w:rPr>
                <w:rFonts w:ascii="Arial" w:hAnsi="Arial" w:cs="Arial"/>
                <w:sz w:val="20"/>
                <w:szCs w:val="20"/>
              </w:rPr>
            </w:pPr>
            <w:r w:rsidRPr="00AB3852">
              <w:rPr>
                <w:rFonts w:ascii="Arial" w:hAnsi="Arial" w:cs="Arial"/>
                <w:sz w:val="20"/>
                <w:szCs w:val="20"/>
              </w:rPr>
              <w:t>People, customer, financial, operational, supply chain, technology and function impacts assessed.</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vAlign w:val="center"/>
          </w:tcPr>
          <w:p w14:paraId="28301882"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28ED12"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301E1540"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1F1BCEA" w14:textId="77777777" w:rsidR="00AB3852" w:rsidRPr="00AB3852" w:rsidRDefault="00AB3852" w:rsidP="00AB3852">
            <w:pPr>
              <w:rPr>
                <w:rFonts w:ascii="Arial" w:hAnsi="Arial" w:cs="Arial"/>
                <w:sz w:val="20"/>
                <w:szCs w:val="20"/>
              </w:rPr>
            </w:pPr>
            <w:r w:rsidRPr="00AB3852">
              <w:rPr>
                <w:rFonts w:ascii="Arial" w:hAnsi="Arial" w:cs="Arial"/>
                <w:sz w:val="20"/>
                <w:szCs w:val="20"/>
              </w:rPr>
              <w:t>Recovery needs set</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1E8FE5A" w14:textId="77777777" w:rsidR="00AB3852" w:rsidRPr="00AB3852" w:rsidRDefault="00AB3852" w:rsidP="00AB3852">
            <w:pPr>
              <w:rPr>
                <w:rFonts w:ascii="Arial" w:hAnsi="Arial" w:cs="Arial"/>
                <w:sz w:val="20"/>
                <w:szCs w:val="20"/>
              </w:rPr>
            </w:pPr>
            <w:r w:rsidRPr="00AB3852">
              <w:rPr>
                <w:rFonts w:ascii="Arial" w:hAnsi="Arial" w:cs="Arial"/>
                <w:sz w:val="20"/>
                <w:szCs w:val="20"/>
              </w:rPr>
              <w:t>Recovery timeframe, acceptable data loss and minimum service level recorded.</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vAlign w:val="center"/>
          </w:tcPr>
          <w:p w14:paraId="52729604"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0F207B3"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48B9B67E"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D220D12" w14:textId="77777777" w:rsidR="00AB3852" w:rsidRPr="00AB3852" w:rsidRDefault="00AB3852" w:rsidP="00AB3852">
            <w:pPr>
              <w:rPr>
                <w:rFonts w:ascii="Arial" w:hAnsi="Arial" w:cs="Arial"/>
                <w:sz w:val="20"/>
                <w:szCs w:val="20"/>
              </w:rPr>
            </w:pPr>
            <w:r w:rsidRPr="00AB3852">
              <w:rPr>
                <w:rFonts w:ascii="Arial" w:hAnsi="Arial" w:cs="Arial"/>
                <w:sz w:val="20"/>
                <w:szCs w:val="20"/>
              </w:rPr>
              <w:t>Contacts current</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5C36B1" w14:textId="77777777" w:rsidR="00AB3852" w:rsidRPr="00AB3852" w:rsidRDefault="00AB3852" w:rsidP="00AB3852">
            <w:pPr>
              <w:rPr>
                <w:rFonts w:ascii="Arial" w:hAnsi="Arial" w:cs="Arial"/>
                <w:sz w:val="20"/>
                <w:szCs w:val="20"/>
              </w:rPr>
            </w:pPr>
            <w:r w:rsidRPr="00AB3852">
              <w:rPr>
                <w:rFonts w:ascii="Arial" w:hAnsi="Arial" w:cs="Arial"/>
                <w:sz w:val="20"/>
                <w:szCs w:val="20"/>
              </w:rPr>
              <w:t>Staff, response team, suppliers, bank, insurer and facilities contacts validated.</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vAlign w:val="center"/>
          </w:tcPr>
          <w:p w14:paraId="62AB0542"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5F5909D"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5D5ECE5C"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79AE95A" w14:textId="77777777" w:rsidR="00AB3852" w:rsidRPr="00AB3852" w:rsidRDefault="00AB3852" w:rsidP="00AB3852">
            <w:pPr>
              <w:rPr>
                <w:rFonts w:ascii="Arial" w:hAnsi="Arial" w:cs="Arial"/>
                <w:sz w:val="20"/>
                <w:szCs w:val="20"/>
              </w:rPr>
            </w:pPr>
            <w:r w:rsidRPr="00AB3852">
              <w:rPr>
                <w:rFonts w:ascii="Arial" w:hAnsi="Arial" w:cs="Arial"/>
                <w:sz w:val="20"/>
                <w:szCs w:val="20"/>
              </w:rPr>
              <w:t>Dependencies and single points identified</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CF6D28D" w14:textId="77777777" w:rsidR="00AB3852" w:rsidRPr="00AB3852" w:rsidRDefault="00AB3852" w:rsidP="00AB3852">
            <w:pPr>
              <w:rPr>
                <w:rFonts w:ascii="Arial" w:hAnsi="Arial" w:cs="Arial"/>
                <w:sz w:val="20"/>
                <w:szCs w:val="20"/>
              </w:rPr>
            </w:pPr>
            <w:r w:rsidRPr="00AB3852">
              <w:rPr>
                <w:rFonts w:ascii="Arial" w:hAnsi="Arial" w:cs="Arial"/>
                <w:sz w:val="20"/>
                <w:szCs w:val="20"/>
              </w:rPr>
              <w:t>People, systems, information, premises, suppliers and finance dependencies mapped.</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vAlign w:val="center"/>
          </w:tcPr>
          <w:p w14:paraId="13F82F30"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36EE40"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14C249EB"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91F99B5" w14:textId="77777777" w:rsidR="00AB3852" w:rsidRPr="00AB3852" w:rsidRDefault="00AB3852" w:rsidP="00AB3852">
            <w:pPr>
              <w:rPr>
                <w:rFonts w:ascii="Arial" w:hAnsi="Arial" w:cs="Arial"/>
                <w:sz w:val="20"/>
                <w:szCs w:val="20"/>
              </w:rPr>
            </w:pPr>
            <w:r w:rsidRPr="00AB3852">
              <w:rPr>
                <w:rFonts w:ascii="Arial" w:hAnsi="Arial" w:cs="Arial"/>
                <w:sz w:val="20"/>
                <w:szCs w:val="20"/>
              </w:rPr>
              <w:t>Practical actions agreed</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C587903" w14:textId="77777777" w:rsidR="00AB3852" w:rsidRPr="00AB3852" w:rsidRDefault="00AB3852" w:rsidP="00AB3852">
            <w:pPr>
              <w:rPr>
                <w:rFonts w:ascii="Arial" w:hAnsi="Arial" w:cs="Arial"/>
                <w:sz w:val="20"/>
                <w:szCs w:val="20"/>
              </w:rPr>
            </w:pPr>
            <w:r w:rsidRPr="00AB3852">
              <w:rPr>
                <w:rFonts w:ascii="Arial" w:hAnsi="Arial" w:cs="Arial"/>
                <w:sz w:val="20"/>
                <w:szCs w:val="20"/>
              </w:rPr>
              <w:t>Relevant backup actions and manual controls documented with owners, triggers and evidence requirements.</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vAlign w:val="center"/>
          </w:tcPr>
          <w:p w14:paraId="19275424"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4D399DC"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528BACB4"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9A6A4C" w14:textId="77777777" w:rsidR="00AB3852" w:rsidRPr="00AB3852" w:rsidRDefault="00AB3852" w:rsidP="00AB3852">
            <w:pPr>
              <w:rPr>
                <w:rFonts w:ascii="Arial" w:hAnsi="Arial" w:cs="Arial"/>
                <w:sz w:val="20"/>
                <w:szCs w:val="20"/>
              </w:rPr>
            </w:pPr>
            <w:r w:rsidRPr="00AB3852">
              <w:rPr>
                <w:rFonts w:ascii="Arial" w:hAnsi="Arial" w:cs="Arial"/>
                <w:sz w:val="20"/>
                <w:szCs w:val="20"/>
              </w:rPr>
              <w:t>Communication plan ready</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AECF313" w14:textId="77777777" w:rsidR="00AB3852" w:rsidRPr="00AB3852" w:rsidRDefault="00AB3852" w:rsidP="00AB3852">
            <w:pPr>
              <w:rPr>
                <w:rFonts w:ascii="Arial" w:hAnsi="Arial" w:cs="Arial"/>
                <w:sz w:val="20"/>
                <w:szCs w:val="20"/>
              </w:rPr>
            </w:pPr>
            <w:r w:rsidRPr="00AB3852">
              <w:rPr>
                <w:rFonts w:ascii="Arial" w:hAnsi="Arial" w:cs="Arial"/>
                <w:sz w:val="20"/>
                <w:szCs w:val="20"/>
              </w:rPr>
              <w:t>Audiences, channels, owners, approvals and message templates documented.</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vAlign w:val="center"/>
          </w:tcPr>
          <w:p w14:paraId="7F35F757"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45EC3D5"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6D463443"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6D4590" w14:textId="77777777" w:rsidR="00AB3852" w:rsidRPr="00AB3852" w:rsidRDefault="00AB3852" w:rsidP="00AB3852">
            <w:pPr>
              <w:rPr>
                <w:rFonts w:ascii="Arial" w:hAnsi="Arial" w:cs="Arial"/>
                <w:sz w:val="20"/>
                <w:szCs w:val="20"/>
              </w:rPr>
            </w:pPr>
            <w:r w:rsidRPr="00AB3852">
              <w:rPr>
                <w:rFonts w:ascii="Arial" w:hAnsi="Arial" w:cs="Arial"/>
                <w:sz w:val="20"/>
                <w:szCs w:val="20"/>
              </w:rPr>
              <w:t>Evidence requirements ready</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2128CCA" w14:textId="77777777" w:rsidR="00AB3852" w:rsidRPr="00AB3852" w:rsidRDefault="00AB3852" w:rsidP="00AB3852">
            <w:pPr>
              <w:rPr>
                <w:rFonts w:ascii="Arial" w:hAnsi="Arial" w:cs="Arial"/>
                <w:sz w:val="20"/>
                <w:szCs w:val="20"/>
              </w:rPr>
            </w:pPr>
            <w:r w:rsidRPr="00AB3852">
              <w:rPr>
                <w:rFonts w:ascii="Arial" w:hAnsi="Arial" w:cs="Arial"/>
                <w:sz w:val="20"/>
                <w:szCs w:val="20"/>
              </w:rPr>
              <w:t>Decision logs, action logs, cost records and claim evidence locations identified.</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CAFF54E"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5627598"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39DC535C"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94FEBB2" w14:textId="77777777" w:rsidR="00AB3852" w:rsidRPr="00AB3852" w:rsidRDefault="00AB3852" w:rsidP="00AB3852">
            <w:pPr>
              <w:rPr>
                <w:rFonts w:ascii="Arial" w:hAnsi="Arial" w:cs="Arial"/>
                <w:sz w:val="20"/>
                <w:szCs w:val="20"/>
              </w:rPr>
            </w:pPr>
            <w:r w:rsidRPr="00AB3852">
              <w:rPr>
                <w:rFonts w:ascii="Arial" w:hAnsi="Arial" w:cs="Arial"/>
                <w:sz w:val="20"/>
                <w:szCs w:val="20"/>
              </w:rPr>
              <w:t>Testing completed</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A11E128" w14:textId="77777777" w:rsidR="00AB3852" w:rsidRPr="00AB3852" w:rsidRDefault="00AB3852" w:rsidP="00AB3852">
            <w:pPr>
              <w:rPr>
                <w:rFonts w:ascii="Arial" w:hAnsi="Arial" w:cs="Arial"/>
                <w:sz w:val="20"/>
                <w:szCs w:val="20"/>
              </w:rPr>
            </w:pPr>
            <w:r w:rsidRPr="00AB3852">
              <w:rPr>
                <w:rFonts w:ascii="Arial" w:hAnsi="Arial" w:cs="Arial"/>
                <w:sz w:val="20"/>
                <w:szCs w:val="20"/>
              </w:rPr>
              <w:t>Contact test, manual action drill, backup/document access check or scenario simulation completed.</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F79F0A"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89CFE7F"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0E0270F7"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476C8C3" w14:textId="77777777" w:rsidR="00AB3852" w:rsidRPr="00AB3852" w:rsidRDefault="00AB3852" w:rsidP="00AB3852">
            <w:pPr>
              <w:rPr>
                <w:rFonts w:ascii="Arial" w:hAnsi="Arial" w:cs="Arial"/>
                <w:sz w:val="20"/>
                <w:szCs w:val="20"/>
              </w:rPr>
            </w:pPr>
            <w:r w:rsidRPr="00AB3852">
              <w:rPr>
                <w:rFonts w:ascii="Arial" w:hAnsi="Arial" w:cs="Arial"/>
                <w:sz w:val="20"/>
                <w:szCs w:val="20"/>
              </w:rPr>
              <w:t>Offline access available</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C00C099"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Current plan and key contacts </w:t>
            </w:r>
            <w:proofErr w:type="gramStart"/>
            <w:r w:rsidRPr="00AB3852">
              <w:rPr>
                <w:rFonts w:ascii="Arial" w:hAnsi="Arial" w:cs="Arial"/>
                <w:sz w:val="20"/>
                <w:szCs w:val="20"/>
              </w:rPr>
              <w:t>accessible</w:t>
            </w:r>
            <w:proofErr w:type="gramEnd"/>
            <w:r w:rsidRPr="00AB3852">
              <w:rPr>
                <w:rFonts w:ascii="Arial" w:hAnsi="Arial" w:cs="Arial"/>
                <w:sz w:val="20"/>
                <w:szCs w:val="20"/>
              </w:rPr>
              <w:t xml:space="preserve"> if systems or premises are unavailable.</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3E98CAA"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1C642ED"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38A6E905"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B478AB" w14:textId="77777777" w:rsidR="00AB3852" w:rsidRPr="00AB3852" w:rsidRDefault="00AB3852" w:rsidP="00AB3852">
            <w:pPr>
              <w:rPr>
                <w:rFonts w:ascii="Arial" w:hAnsi="Arial" w:cs="Arial"/>
                <w:sz w:val="20"/>
                <w:szCs w:val="20"/>
              </w:rPr>
            </w:pPr>
            <w:r w:rsidRPr="00AB3852">
              <w:rPr>
                <w:rFonts w:ascii="Arial" w:hAnsi="Arial" w:cs="Arial"/>
                <w:sz w:val="20"/>
                <w:szCs w:val="20"/>
              </w:rPr>
              <w:t>Management approval obtained</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C85EFCB" w14:textId="77777777" w:rsidR="00AB3852" w:rsidRPr="00AB3852" w:rsidRDefault="00AB3852" w:rsidP="00AB3852">
            <w:pPr>
              <w:rPr>
                <w:rFonts w:ascii="Arial" w:hAnsi="Arial" w:cs="Arial"/>
                <w:sz w:val="20"/>
                <w:szCs w:val="20"/>
              </w:rPr>
            </w:pPr>
            <w:r w:rsidRPr="00AB3852">
              <w:rPr>
                <w:rFonts w:ascii="Arial" w:hAnsi="Arial" w:cs="Arial"/>
                <w:sz w:val="20"/>
                <w:szCs w:val="20"/>
              </w:rPr>
              <w:t>Approval recorded and next review scheduled.</w:t>
            </w: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94D1702" w14:textId="77777777" w:rsidR="00AB3852" w:rsidRPr="00AB3852" w:rsidRDefault="00AB3852" w:rsidP="00AB3852">
            <w:pPr>
              <w:rPr>
                <w:rFonts w:ascii="Arial" w:hAnsi="Arial" w:cs="Arial"/>
                <w:sz w:val="20"/>
                <w:szCs w:val="20"/>
              </w:rPr>
            </w:pPr>
            <w:r w:rsidRPr="00AB3852">
              <w:rPr>
                <w:rFonts w:ascii="Arial" w:hAnsi="Arial" w:cs="Arial"/>
                <w:sz w:val="20"/>
                <w:szCs w:val="20"/>
              </w:rPr>
              <w:t>[Status]</w:t>
            </w: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D78A6E2"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F07A91" w:rsidRPr="00AB3852" w14:paraId="124998D1"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E3FE38" w14:textId="77777777" w:rsidR="00F07A91" w:rsidRPr="00AB3852" w:rsidRDefault="00F07A91" w:rsidP="00AB3852">
            <w:pPr>
              <w:rPr>
                <w:rFonts w:ascii="Arial" w:hAnsi="Arial" w:cs="Arial"/>
                <w:sz w:val="20"/>
                <w:szCs w:val="20"/>
              </w:rPr>
            </w:pP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D9CA1DB" w14:textId="77777777" w:rsidR="00F07A91" w:rsidRPr="00AB3852" w:rsidRDefault="00F07A91" w:rsidP="00AB3852">
            <w:pPr>
              <w:rPr>
                <w:rFonts w:ascii="Arial" w:hAnsi="Arial" w:cs="Arial"/>
                <w:sz w:val="20"/>
                <w:szCs w:val="20"/>
              </w:rPr>
            </w:pP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CFA1D89" w14:textId="77777777" w:rsidR="00F07A91" w:rsidRPr="00AB3852" w:rsidRDefault="00F07A91" w:rsidP="00AB3852">
            <w:pPr>
              <w:rPr>
                <w:rFonts w:ascii="Arial" w:hAnsi="Arial" w:cs="Arial"/>
                <w:sz w:val="20"/>
                <w:szCs w:val="20"/>
              </w:rPr>
            </w:pP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24BD57A" w14:textId="77777777" w:rsidR="00F07A91" w:rsidRPr="00AB3852" w:rsidRDefault="00F07A91" w:rsidP="00AB3852">
            <w:pPr>
              <w:rPr>
                <w:rFonts w:ascii="Arial" w:hAnsi="Arial" w:cs="Arial"/>
                <w:sz w:val="20"/>
                <w:szCs w:val="20"/>
              </w:rPr>
            </w:pPr>
          </w:p>
        </w:tc>
      </w:tr>
      <w:tr w:rsidR="00F07A91" w:rsidRPr="00AB3852" w14:paraId="510340D7" w14:textId="77777777" w:rsidTr="00F07A91">
        <w:trPr>
          <w:cantSplit/>
          <w:jc w:val="center"/>
        </w:trPr>
        <w:tc>
          <w:tcPr>
            <w:tcW w:w="345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CD9F3D6" w14:textId="77777777" w:rsidR="00F07A91" w:rsidRPr="00AB3852" w:rsidRDefault="00F07A91" w:rsidP="00AB3852">
            <w:pPr>
              <w:rPr>
                <w:rFonts w:ascii="Arial" w:hAnsi="Arial" w:cs="Arial"/>
                <w:sz w:val="20"/>
                <w:szCs w:val="20"/>
              </w:rPr>
            </w:pP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06C1B0F" w14:textId="77777777" w:rsidR="00F07A91" w:rsidRPr="00AB3852" w:rsidRDefault="00F07A91" w:rsidP="00AB3852">
            <w:pPr>
              <w:rPr>
                <w:rFonts w:ascii="Arial" w:hAnsi="Arial" w:cs="Arial"/>
                <w:sz w:val="20"/>
                <w:szCs w:val="20"/>
              </w:rPr>
            </w:pPr>
          </w:p>
        </w:tc>
        <w:tc>
          <w:tcPr>
            <w:tcW w:w="115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E56B869" w14:textId="77777777" w:rsidR="00F07A91" w:rsidRPr="00AB3852" w:rsidRDefault="00F07A91" w:rsidP="00AB3852">
            <w:pPr>
              <w:rPr>
                <w:rFonts w:ascii="Arial" w:hAnsi="Arial" w:cs="Arial"/>
                <w:sz w:val="20"/>
                <w:szCs w:val="20"/>
              </w:rPr>
            </w:pPr>
          </w:p>
        </w:tc>
        <w:tc>
          <w:tcPr>
            <w:tcW w:w="2736"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FED6331" w14:textId="77777777" w:rsidR="00F07A91" w:rsidRPr="00AB3852" w:rsidRDefault="00F07A91" w:rsidP="00AB3852">
            <w:pPr>
              <w:rPr>
                <w:rFonts w:ascii="Arial" w:hAnsi="Arial" w:cs="Arial"/>
                <w:sz w:val="20"/>
                <w:szCs w:val="20"/>
              </w:rPr>
            </w:pPr>
          </w:p>
        </w:tc>
      </w:tr>
    </w:tbl>
    <w:p w14:paraId="76463224"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7DFE7A4C" w14:textId="77777777" w:rsidR="00AB3852" w:rsidRPr="00AB3852" w:rsidRDefault="00AB3852" w:rsidP="00AB3852">
      <w:pPr>
        <w:keepNext/>
        <w:keepLines/>
        <w:pageBreakBefore/>
        <w:spacing w:before="160" w:after="60" w:line="252" w:lineRule="auto"/>
        <w:outlineLvl w:val="0"/>
        <w:rPr>
          <w:rFonts w:ascii="Arial" w:eastAsia="MS Gothic" w:hAnsi="Arial" w:cs="Arial"/>
          <w:b/>
          <w:bCs/>
          <w:color w:val="3D3D3D"/>
          <w:kern w:val="0"/>
          <w:sz w:val="20"/>
          <w:szCs w:val="20"/>
          <w:lang w:val="en-US"/>
          <w14:ligatures w14:val="none"/>
        </w:rPr>
      </w:pPr>
      <w:bookmarkStart w:id="5" w:name="_Toc233017908"/>
      <w:r w:rsidRPr="00AB3852">
        <w:rPr>
          <w:rFonts w:ascii="Arial" w:eastAsia="MS Gothic" w:hAnsi="Arial" w:cs="Arial"/>
          <w:b/>
          <w:bCs/>
          <w:color w:val="3D3D3D"/>
          <w:kern w:val="0"/>
          <w:sz w:val="20"/>
          <w:szCs w:val="20"/>
          <w:lang w:val="en-US"/>
          <w14:ligatures w14:val="none"/>
        </w:rPr>
        <w:lastRenderedPageBreak/>
        <w:t>Appendices</w:t>
      </w:r>
      <w:bookmarkEnd w:id="5"/>
    </w:p>
    <w:p w14:paraId="26A6B31E"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 xml:space="preserve">Optional. Keep appendices only where they add </w:t>
      </w:r>
      <w:proofErr w:type="gramStart"/>
      <w:r w:rsidRPr="00AB3852">
        <w:rPr>
          <w:rFonts w:ascii="Arial" w:eastAsia="MS Mincho" w:hAnsi="Arial" w:cs="Arial"/>
          <w:i/>
          <w:color w:val="555555"/>
          <w:kern w:val="0"/>
          <w:sz w:val="20"/>
          <w:szCs w:val="20"/>
          <w:lang w:val="en-US"/>
          <w14:ligatures w14:val="none"/>
        </w:rPr>
        <w:t>detail</w:t>
      </w:r>
      <w:proofErr w:type="gramEnd"/>
      <w:r w:rsidRPr="00AB3852">
        <w:rPr>
          <w:rFonts w:ascii="Arial" w:eastAsia="MS Mincho" w:hAnsi="Arial" w:cs="Arial"/>
          <w:i/>
          <w:color w:val="555555"/>
          <w:kern w:val="0"/>
          <w:sz w:val="20"/>
          <w:szCs w:val="20"/>
          <w:lang w:val="en-US"/>
          <w14:ligatures w14:val="none"/>
        </w:rPr>
        <w:t xml:space="preserve"> that would clutter the main working plan. Appendix B can be used as the master detailed contact register. Remove any appendix that is not relevant after tailoring.</w:t>
      </w:r>
    </w:p>
    <w:p w14:paraId="643242F7"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t>Appendix A. Glossary</w:t>
      </w:r>
    </w:p>
    <w:p w14:paraId="773FD8FD"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Reference only. Use this to translate common BCP terms into plain language.</w:t>
      </w:r>
    </w:p>
    <w:tbl>
      <w:tblPr>
        <w:tblStyle w:val="TableGrid"/>
        <w:tblW w:w="11520" w:type="dxa"/>
        <w:jc w:val="center"/>
        <w:tblLayout w:type="fixed"/>
        <w:tblLook w:val="04A0" w:firstRow="1" w:lastRow="0" w:firstColumn="1" w:lastColumn="0" w:noHBand="0" w:noVBand="1"/>
      </w:tblPr>
      <w:tblGrid>
        <w:gridCol w:w="3600"/>
        <w:gridCol w:w="7920"/>
      </w:tblGrid>
      <w:tr w:rsidR="00AB3852" w:rsidRPr="00AB3852" w14:paraId="4ED9552D" w14:textId="77777777" w:rsidTr="006A3252">
        <w:trPr>
          <w:cantSplit/>
          <w:tblHeader/>
          <w:jc w:val="center"/>
        </w:trPr>
        <w:tc>
          <w:tcPr>
            <w:tcW w:w="360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7746B4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Template term</w:t>
            </w:r>
          </w:p>
        </w:tc>
        <w:tc>
          <w:tcPr>
            <w:tcW w:w="792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843748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Meaning</w:t>
            </w:r>
          </w:p>
        </w:tc>
      </w:tr>
      <w:tr w:rsidR="00AB3852" w:rsidRPr="00AB3852" w14:paraId="303ACFD0" w14:textId="77777777" w:rsidTr="006A3252">
        <w:trPr>
          <w:cantSplit/>
          <w:jc w:val="center"/>
        </w:trPr>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2A570CC" w14:textId="77777777" w:rsidR="00AB3852" w:rsidRPr="00AB3852" w:rsidRDefault="00AB3852" w:rsidP="00AB3852">
            <w:pPr>
              <w:rPr>
                <w:rFonts w:ascii="Arial" w:hAnsi="Arial" w:cs="Arial"/>
                <w:sz w:val="20"/>
                <w:szCs w:val="20"/>
              </w:rPr>
            </w:pPr>
            <w:r w:rsidRPr="00AB3852">
              <w:rPr>
                <w:rFonts w:ascii="Arial" w:hAnsi="Arial" w:cs="Arial"/>
                <w:sz w:val="20"/>
                <w:szCs w:val="20"/>
              </w:rPr>
              <w:t>Business Continuity Plan (BCP)</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FE50699" w14:textId="77777777" w:rsidR="00AB3852" w:rsidRPr="00AB3852" w:rsidRDefault="00AB3852" w:rsidP="00AB3852">
            <w:pPr>
              <w:rPr>
                <w:rFonts w:ascii="Arial" w:hAnsi="Arial" w:cs="Arial"/>
                <w:sz w:val="20"/>
                <w:szCs w:val="20"/>
              </w:rPr>
            </w:pPr>
            <w:r w:rsidRPr="00AB3852">
              <w:rPr>
                <w:rFonts w:ascii="Arial" w:hAnsi="Arial" w:cs="Arial"/>
                <w:sz w:val="20"/>
                <w:szCs w:val="20"/>
              </w:rPr>
              <w:t>The practical plan for keeping the business operating and recovering after an unplanned disruption.</w:t>
            </w:r>
          </w:p>
        </w:tc>
      </w:tr>
      <w:tr w:rsidR="00AB3852" w:rsidRPr="00AB3852" w14:paraId="75E01D5A" w14:textId="77777777" w:rsidTr="006A3252">
        <w:trPr>
          <w:cantSplit/>
          <w:jc w:val="center"/>
        </w:trPr>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4319D4" w14:textId="77777777" w:rsidR="00AB3852" w:rsidRPr="00AB3852" w:rsidRDefault="00AB3852" w:rsidP="00AB3852">
            <w:pPr>
              <w:rPr>
                <w:rFonts w:ascii="Arial" w:hAnsi="Arial" w:cs="Arial"/>
                <w:sz w:val="20"/>
                <w:szCs w:val="20"/>
              </w:rPr>
            </w:pPr>
            <w:r w:rsidRPr="00AB3852">
              <w:rPr>
                <w:rFonts w:ascii="Arial" w:hAnsi="Arial" w:cs="Arial"/>
                <w:sz w:val="20"/>
                <w:szCs w:val="20"/>
              </w:rPr>
              <w:t>Critical business process</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842CDDB" w14:textId="77777777" w:rsidR="00AB3852" w:rsidRPr="00AB3852" w:rsidRDefault="00AB3852" w:rsidP="00AB3852">
            <w:pPr>
              <w:rPr>
                <w:rFonts w:ascii="Arial" w:hAnsi="Arial" w:cs="Arial"/>
                <w:sz w:val="20"/>
                <w:szCs w:val="20"/>
              </w:rPr>
            </w:pPr>
            <w:r w:rsidRPr="00AB3852">
              <w:rPr>
                <w:rFonts w:ascii="Arial" w:hAnsi="Arial" w:cs="Arial"/>
                <w:sz w:val="20"/>
                <w:szCs w:val="20"/>
              </w:rPr>
              <w:t>A process that must keep running or be restored first to protect people, customers, cash flow, obligations or reputation.</w:t>
            </w:r>
          </w:p>
        </w:tc>
      </w:tr>
      <w:tr w:rsidR="00AB3852" w:rsidRPr="00AB3852" w14:paraId="520A2E88" w14:textId="77777777" w:rsidTr="006A3252">
        <w:trPr>
          <w:cantSplit/>
          <w:jc w:val="center"/>
        </w:trPr>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1D2FAE2" w14:textId="77777777" w:rsidR="00AB3852" w:rsidRPr="00AB3852" w:rsidRDefault="00AB3852" w:rsidP="00AB3852">
            <w:pPr>
              <w:rPr>
                <w:rFonts w:ascii="Arial" w:hAnsi="Arial" w:cs="Arial"/>
                <w:sz w:val="20"/>
                <w:szCs w:val="20"/>
              </w:rPr>
            </w:pPr>
            <w:r w:rsidRPr="00AB3852">
              <w:rPr>
                <w:rFonts w:ascii="Arial" w:hAnsi="Arial" w:cs="Arial"/>
                <w:sz w:val="20"/>
                <w:szCs w:val="20"/>
              </w:rPr>
              <w:t>Business impact assessment</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5EF8D3E" w14:textId="77777777" w:rsidR="00AB3852" w:rsidRPr="00AB3852" w:rsidRDefault="00AB3852" w:rsidP="00AB3852">
            <w:pPr>
              <w:rPr>
                <w:rFonts w:ascii="Arial" w:hAnsi="Arial" w:cs="Arial"/>
                <w:sz w:val="20"/>
                <w:szCs w:val="20"/>
              </w:rPr>
            </w:pPr>
            <w:r w:rsidRPr="00AB3852">
              <w:rPr>
                <w:rFonts w:ascii="Arial" w:hAnsi="Arial" w:cs="Arial"/>
                <w:sz w:val="20"/>
                <w:szCs w:val="20"/>
              </w:rPr>
              <w:t>A simple assessment of what would happen if a critical process, system or resource was disrupted.</w:t>
            </w:r>
          </w:p>
        </w:tc>
      </w:tr>
      <w:tr w:rsidR="00AB3852" w:rsidRPr="00AB3852" w14:paraId="4BA8E7B0" w14:textId="77777777" w:rsidTr="006A3252">
        <w:trPr>
          <w:cantSplit/>
          <w:jc w:val="center"/>
        </w:trPr>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A7FB49" w14:textId="77777777" w:rsidR="00AB3852" w:rsidRPr="00AB3852" w:rsidRDefault="00AB3852" w:rsidP="00AB3852">
            <w:pPr>
              <w:rPr>
                <w:rFonts w:ascii="Arial" w:hAnsi="Arial" w:cs="Arial"/>
                <w:sz w:val="20"/>
                <w:szCs w:val="20"/>
              </w:rPr>
            </w:pPr>
            <w:r w:rsidRPr="00AB3852">
              <w:rPr>
                <w:rFonts w:ascii="Arial" w:hAnsi="Arial" w:cs="Arial"/>
                <w:sz w:val="20"/>
                <w:szCs w:val="20"/>
              </w:rPr>
              <w:t>Recovery timeframe</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65FFE3B" w14:textId="77777777" w:rsidR="00AB3852" w:rsidRPr="00AB3852" w:rsidRDefault="00AB3852" w:rsidP="00AB3852">
            <w:pPr>
              <w:rPr>
                <w:rFonts w:ascii="Arial" w:hAnsi="Arial" w:cs="Arial"/>
                <w:sz w:val="20"/>
                <w:szCs w:val="20"/>
              </w:rPr>
            </w:pPr>
            <w:r w:rsidRPr="00AB3852">
              <w:rPr>
                <w:rFonts w:ascii="Arial" w:hAnsi="Arial" w:cs="Arial"/>
                <w:sz w:val="20"/>
                <w:szCs w:val="20"/>
              </w:rPr>
              <w:t>Target time to restore a critical process, system or service to an acceptable level.</w:t>
            </w:r>
          </w:p>
        </w:tc>
      </w:tr>
      <w:tr w:rsidR="00AB3852" w:rsidRPr="00AB3852" w14:paraId="3A5995CB" w14:textId="77777777" w:rsidTr="006A3252">
        <w:trPr>
          <w:cantSplit/>
          <w:jc w:val="center"/>
        </w:trPr>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9CD2501" w14:textId="77777777" w:rsidR="00AB3852" w:rsidRPr="00AB3852" w:rsidRDefault="00AB3852" w:rsidP="00AB3852">
            <w:pPr>
              <w:rPr>
                <w:rFonts w:ascii="Arial" w:hAnsi="Arial" w:cs="Arial"/>
                <w:sz w:val="20"/>
                <w:szCs w:val="20"/>
              </w:rPr>
            </w:pPr>
            <w:r w:rsidRPr="00AB3852">
              <w:rPr>
                <w:rFonts w:ascii="Arial" w:hAnsi="Arial" w:cs="Arial"/>
                <w:sz w:val="20"/>
                <w:szCs w:val="20"/>
              </w:rPr>
              <w:t>Acceptable data loss</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E115794" w14:textId="77777777" w:rsidR="00AB3852" w:rsidRPr="00AB3852" w:rsidRDefault="00AB3852" w:rsidP="00AB3852">
            <w:pPr>
              <w:rPr>
                <w:rFonts w:ascii="Arial" w:hAnsi="Arial" w:cs="Arial"/>
                <w:sz w:val="20"/>
                <w:szCs w:val="20"/>
              </w:rPr>
            </w:pPr>
            <w:r w:rsidRPr="00AB3852">
              <w:rPr>
                <w:rFonts w:ascii="Arial" w:hAnsi="Arial" w:cs="Arial"/>
                <w:sz w:val="20"/>
                <w:szCs w:val="20"/>
              </w:rPr>
              <w:t>Maximum amount or age of information the business could afford to lose or recreate.</w:t>
            </w:r>
          </w:p>
        </w:tc>
      </w:tr>
      <w:tr w:rsidR="00AB3852" w:rsidRPr="00AB3852" w14:paraId="16BDEDF5" w14:textId="77777777" w:rsidTr="006A3252">
        <w:trPr>
          <w:cantSplit/>
          <w:jc w:val="center"/>
        </w:trPr>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9D45C19" w14:textId="77777777" w:rsidR="00AB3852" w:rsidRPr="00AB3852" w:rsidRDefault="00AB3852" w:rsidP="00AB3852">
            <w:pPr>
              <w:rPr>
                <w:rFonts w:ascii="Arial" w:hAnsi="Arial" w:cs="Arial"/>
                <w:sz w:val="20"/>
                <w:szCs w:val="20"/>
              </w:rPr>
            </w:pPr>
            <w:r w:rsidRPr="00AB3852">
              <w:rPr>
                <w:rFonts w:ascii="Arial" w:hAnsi="Arial" w:cs="Arial"/>
                <w:sz w:val="20"/>
                <w:szCs w:val="20"/>
              </w:rPr>
              <w:t>Maximum tolerable disruption period</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2DDEC46" w14:textId="77777777" w:rsidR="00AB3852" w:rsidRPr="00AB3852" w:rsidRDefault="00AB3852" w:rsidP="00AB3852">
            <w:pPr>
              <w:rPr>
                <w:rFonts w:ascii="Arial" w:hAnsi="Arial" w:cs="Arial"/>
                <w:sz w:val="20"/>
                <w:szCs w:val="20"/>
              </w:rPr>
            </w:pPr>
            <w:r w:rsidRPr="00AB3852">
              <w:rPr>
                <w:rFonts w:ascii="Arial" w:hAnsi="Arial" w:cs="Arial"/>
                <w:sz w:val="20"/>
                <w:szCs w:val="20"/>
              </w:rPr>
              <w:t>The longest period a process could be unavailable before impact becomes unacceptable. This template uses practical recovery timeframes instead.</w:t>
            </w:r>
          </w:p>
        </w:tc>
      </w:tr>
      <w:tr w:rsidR="00AB3852" w:rsidRPr="00AB3852" w14:paraId="7DCEF743" w14:textId="77777777" w:rsidTr="006A3252">
        <w:trPr>
          <w:cantSplit/>
          <w:jc w:val="center"/>
        </w:trPr>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F5E9026" w14:textId="77777777" w:rsidR="00AB3852" w:rsidRPr="00AB3852" w:rsidRDefault="00AB3852" w:rsidP="00AB3852">
            <w:pPr>
              <w:rPr>
                <w:rFonts w:ascii="Arial" w:hAnsi="Arial" w:cs="Arial"/>
                <w:sz w:val="20"/>
                <w:szCs w:val="20"/>
              </w:rPr>
            </w:pPr>
            <w:r w:rsidRPr="00AB3852">
              <w:rPr>
                <w:rFonts w:ascii="Arial" w:hAnsi="Arial" w:cs="Arial"/>
                <w:sz w:val="20"/>
                <w:szCs w:val="20"/>
              </w:rPr>
              <w:t>Response team</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9CCB881" w14:textId="77777777" w:rsidR="00AB3852" w:rsidRPr="00AB3852" w:rsidRDefault="00AB3852" w:rsidP="00AB3852">
            <w:pPr>
              <w:rPr>
                <w:rFonts w:ascii="Arial" w:hAnsi="Arial" w:cs="Arial"/>
                <w:sz w:val="20"/>
                <w:szCs w:val="20"/>
              </w:rPr>
            </w:pPr>
            <w:r w:rsidRPr="00AB3852">
              <w:rPr>
                <w:rFonts w:ascii="Arial" w:hAnsi="Arial" w:cs="Arial"/>
                <w:sz w:val="20"/>
                <w:szCs w:val="20"/>
              </w:rPr>
              <w:t>The named people responsible for coordinating decisions, actions, communications and recovery during disruption.</w:t>
            </w:r>
          </w:p>
        </w:tc>
      </w:tr>
      <w:tr w:rsidR="00AB3852" w:rsidRPr="00AB3852" w14:paraId="57687358" w14:textId="77777777" w:rsidTr="006A3252">
        <w:trPr>
          <w:cantSplit/>
          <w:jc w:val="center"/>
        </w:trPr>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7F0D3B5" w14:textId="77777777" w:rsidR="00AB3852" w:rsidRPr="00AB3852" w:rsidRDefault="00AB3852" w:rsidP="00AB3852">
            <w:pPr>
              <w:rPr>
                <w:rFonts w:ascii="Arial" w:hAnsi="Arial" w:cs="Arial"/>
                <w:sz w:val="20"/>
                <w:szCs w:val="20"/>
              </w:rPr>
            </w:pPr>
            <w:r w:rsidRPr="00AB3852">
              <w:rPr>
                <w:rFonts w:ascii="Arial" w:hAnsi="Arial" w:cs="Arial"/>
                <w:sz w:val="20"/>
                <w:szCs w:val="20"/>
              </w:rPr>
              <w:t>Practical action / backup action</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CF67EBA" w14:textId="77777777" w:rsidR="00AB3852" w:rsidRPr="00AB3852" w:rsidRDefault="00AB3852" w:rsidP="00AB3852">
            <w:pPr>
              <w:rPr>
                <w:rFonts w:ascii="Arial" w:hAnsi="Arial" w:cs="Arial"/>
                <w:sz w:val="20"/>
                <w:szCs w:val="20"/>
              </w:rPr>
            </w:pPr>
            <w:r w:rsidRPr="00AB3852">
              <w:rPr>
                <w:rFonts w:ascii="Arial" w:hAnsi="Arial" w:cs="Arial"/>
                <w:sz w:val="20"/>
                <w:szCs w:val="20"/>
              </w:rPr>
              <w:t>The agreed action to keep a critical process moving when normal resources are unavailable.</w:t>
            </w:r>
          </w:p>
        </w:tc>
      </w:tr>
      <w:tr w:rsidR="00AB3852" w:rsidRPr="00AB3852" w14:paraId="0B4E5002" w14:textId="77777777" w:rsidTr="006A3252">
        <w:trPr>
          <w:cantSplit/>
          <w:jc w:val="center"/>
        </w:trPr>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1DE5A3" w14:textId="77777777" w:rsidR="00AB3852" w:rsidRPr="00AB3852" w:rsidRDefault="00AB3852" w:rsidP="00AB3852">
            <w:pPr>
              <w:rPr>
                <w:rFonts w:ascii="Arial" w:hAnsi="Arial" w:cs="Arial"/>
                <w:sz w:val="20"/>
                <w:szCs w:val="20"/>
              </w:rPr>
            </w:pPr>
            <w:r w:rsidRPr="00AB3852">
              <w:rPr>
                <w:rFonts w:ascii="Arial" w:hAnsi="Arial" w:cs="Arial"/>
                <w:sz w:val="20"/>
                <w:szCs w:val="20"/>
              </w:rPr>
              <w:t>Manual action</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EFF82EB" w14:textId="77777777" w:rsidR="00AB3852" w:rsidRPr="00AB3852" w:rsidRDefault="00AB3852" w:rsidP="00AB3852">
            <w:pPr>
              <w:rPr>
                <w:rFonts w:ascii="Arial" w:hAnsi="Arial" w:cs="Arial"/>
                <w:sz w:val="20"/>
                <w:szCs w:val="20"/>
              </w:rPr>
            </w:pPr>
            <w:r w:rsidRPr="00AB3852">
              <w:rPr>
                <w:rFonts w:ascii="Arial" w:hAnsi="Arial" w:cs="Arial"/>
                <w:sz w:val="20"/>
                <w:szCs w:val="20"/>
              </w:rPr>
              <w:t xml:space="preserve">A temporary paper, spreadsheet or offline process </w:t>
            </w:r>
            <w:proofErr w:type="gramStart"/>
            <w:r w:rsidRPr="00AB3852">
              <w:rPr>
                <w:rFonts w:ascii="Arial" w:hAnsi="Arial" w:cs="Arial"/>
                <w:sz w:val="20"/>
                <w:szCs w:val="20"/>
              </w:rPr>
              <w:t>used</w:t>
            </w:r>
            <w:proofErr w:type="gramEnd"/>
            <w:r w:rsidRPr="00AB3852">
              <w:rPr>
                <w:rFonts w:ascii="Arial" w:hAnsi="Arial" w:cs="Arial"/>
                <w:sz w:val="20"/>
                <w:szCs w:val="20"/>
              </w:rPr>
              <w:t xml:space="preserve"> while normal systems or resources are unavailable.</w:t>
            </w:r>
          </w:p>
        </w:tc>
      </w:tr>
      <w:tr w:rsidR="00AB3852" w:rsidRPr="00AB3852" w14:paraId="120CF0A3" w14:textId="77777777" w:rsidTr="006A3252">
        <w:trPr>
          <w:cantSplit/>
          <w:jc w:val="center"/>
        </w:trPr>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6602003" w14:textId="77777777" w:rsidR="00AB3852" w:rsidRPr="00AB3852" w:rsidRDefault="00AB3852" w:rsidP="00AB3852">
            <w:pPr>
              <w:rPr>
                <w:rFonts w:ascii="Arial" w:hAnsi="Arial" w:cs="Arial"/>
                <w:sz w:val="20"/>
                <w:szCs w:val="20"/>
              </w:rPr>
            </w:pPr>
            <w:r w:rsidRPr="00AB3852">
              <w:rPr>
                <w:rFonts w:ascii="Arial" w:hAnsi="Arial" w:cs="Arial"/>
                <w:sz w:val="20"/>
                <w:szCs w:val="20"/>
              </w:rPr>
              <w:t>Situation update</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0B8F146" w14:textId="77777777" w:rsidR="00AB3852" w:rsidRPr="00AB3852" w:rsidRDefault="00AB3852" w:rsidP="00AB3852">
            <w:pPr>
              <w:rPr>
                <w:rFonts w:ascii="Arial" w:hAnsi="Arial" w:cs="Arial"/>
                <w:sz w:val="20"/>
                <w:szCs w:val="20"/>
              </w:rPr>
            </w:pPr>
            <w:r w:rsidRPr="00AB3852">
              <w:rPr>
                <w:rFonts w:ascii="Arial" w:hAnsi="Arial" w:cs="Arial"/>
                <w:sz w:val="20"/>
                <w:szCs w:val="20"/>
              </w:rPr>
              <w:t>A short, structured update on current impact, actions, decisions and next steps.</w:t>
            </w:r>
          </w:p>
        </w:tc>
      </w:tr>
      <w:tr w:rsidR="00AB3852" w:rsidRPr="00AB3852" w14:paraId="43D24A68" w14:textId="77777777" w:rsidTr="006A3252">
        <w:trPr>
          <w:cantSplit/>
          <w:jc w:val="center"/>
        </w:trPr>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5784767" w14:textId="77777777" w:rsidR="00AB3852" w:rsidRPr="00AB3852" w:rsidRDefault="00AB3852" w:rsidP="00AB3852">
            <w:pPr>
              <w:rPr>
                <w:rFonts w:ascii="Arial" w:hAnsi="Arial" w:cs="Arial"/>
                <w:sz w:val="20"/>
                <w:szCs w:val="20"/>
              </w:rPr>
            </w:pPr>
            <w:r w:rsidRPr="00AB3852">
              <w:rPr>
                <w:rFonts w:ascii="Arial" w:hAnsi="Arial" w:cs="Arial"/>
                <w:sz w:val="20"/>
                <w:szCs w:val="20"/>
              </w:rPr>
              <w:t>Technology recovery plan</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257F802" w14:textId="77777777" w:rsidR="00AB3852" w:rsidRPr="00AB3852" w:rsidRDefault="00AB3852" w:rsidP="00AB3852">
            <w:pPr>
              <w:rPr>
                <w:rFonts w:ascii="Arial" w:hAnsi="Arial" w:cs="Arial"/>
                <w:sz w:val="20"/>
                <w:szCs w:val="20"/>
              </w:rPr>
            </w:pPr>
            <w:r w:rsidRPr="00AB3852">
              <w:rPr>
                <w:rFonts w:ascii="Arial" w:hAnsi="Arial" w:cs="Arial"/>
                <w:sz w:val="20"/>
                <w:szCs w:val="20"/>
              </w:rPr>
              <w:t>A technology-focused plan for restoring systems, infrastructure, data and technology services.</w:t>
            </w:r>
          </w:p>
        </w:tc>
      </w:tr>
      <w:tr w:rsidR="00AB3852" w:rsidRPr="00AB3852" w14:paraId="50C63C8B" w14:textId="77777777" w:rsidTr="006A3252">
        <w:trPr>
          <w:cantSplit/>
          <w:jc w:val="center"/>
        </w:trPr>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57D3DE9" w14:textId="77777777" w:rsidR="00AB3852" w:rsidRPr="00AB3852" w:rsidRDefault="00AB3852" w:rsidP="00AB3852">
            <w:pPr>
              <w:rPr>
                <w:rFonts w:ascii="Arial" w:hAnsi="Arial" w:cs="Arial"/>
                <w:sz w:val="20"/>
                <w:szCs w:val="20"/>
              </w:rPr>
            </w:pPr>
            <w:r w:rsidRPr="00AB3852">
              <w:rPr>
                <w:rFonts w:ascii="Arial" w:hAnsi="Arial" w:cs="Arial"/>
                <w:sz w:val="20"/>
                <w:szCs w:val="20"/>
              </w:rPr>
              <w:t>Supporting function</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0BD1472" w14:textId="77777777" w:rsidR="00AB3852" w:rsidRPr="00AB3852" w:rsidRDefault="00AB3852" w:rsidP="00AB3852">
            <w:pPr>
              <w:rPr>
                <w:rFonts w:ascii="Arial" w:hAnsi="Arial" w:cs="Arial"/>
                <w:sz w:val="20"/>
                <w:szCs w:val="20"/>
              </w:rPr>
            </w:pPr>
            <w:r w:rsidRPr="00AB3852">
              <w:rPr>
                <w:rFonts w:ascii="Arial" w:hAnsi="Arial" w:cs="Arial"/>
                <w:sz w:val="20"/>
                <w:szCs w:val="20"/>
              </w:rPr>
              <w:t>A team or role that helps deliver a critical process, even if it is not the lead owner.</w:t>
            </w:r>
          </w:p>
        </w:tc>
      </w:tr>
      <w:tr w:rsidR="00AB3852" w:rsidRPr="00AB3852" w14:paraId="25A0DD04" w14:textId="77777777" w:rsidTr="006A3252">
        <w:trPr>
          <w:cantSplit/>
          <w:jc w:val="center"/>
        </w:trPr>
        <w:tc>
          <w:tcPr>
            <w:tcW w:w="360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00D863F" w14:textId="77777777" w:rsidR="00AB3852" w:rsidRPr="00AB3852" w:rsidRDefault="00AB3852" w:rsidP="00AB3852">
            <w:pPr>
              <w:rPr>
                <w:rFonts w:ascii="Arial" w:hAnsi="Arial" w:cs="Arial"/>
                <w:sz w:val="20"/>
                <w:szCs w:val="20"/>
              </w:rPr>
            </w:pPr>
            <w:r w:rsidRPr="00AB3852">
              <w:rPr>
                <w:rFonts w:ascii="Arial" w:hAnsi="Arial" w:cs="Arial"/>
                <w:sz w:val="20"/>
                <w:szCs w:val="20"/>
              </w:rPr>
              <w:t>Scenario response priority</w:t>
            </w:r>
          </w:p>
        </w:tc>
        <w:tc>
          <w:tcPr>
            <w:tcW w:w="792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1E4125B" w14:textId="77777777" w:rsidR="00AB3852" w:rsidRPr="00AB3852" w:rsidRDefault="00AB3852" w:rsidP="00AB3852">
            <w:pPr>
              <w:rPr>
                <w:rFonts w:ascii="Arial" w:hAnsi="Arial" w:cs="Arial"/>
                <w:sz w:val="20"/>
                <w:szCs w:val="20"/>
              </w:rPr>
            </w:pPr>
            <w:r w:rsidRPr="00AB3852">
              <w:rPr>
                <w:rFonts w:ascii="Arial" w:hAnsi="Arial" w:cs="Arial"/>
                <w:sz w:val="20"/>
                <w:szCs w:val="20"/>
              </w:rPr>
              <w:t>The priority assigned during a specific disruption event. It may differ from the standing critical process priority.</w:t>
            </w:r>
          </w:p>
        </w:tc>
      </w:tr>
    </w:tbl>
    <w:p w14:paraId="2717650B" w14:textId="77777777"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Appendix B. Optional detailed contact register</w:t>
      </w:r>
    </w:p>
    <w:p w14:paraId="478C2FA3"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Optional master detailed contact register. If completed, refer to these contacts from sections 2.1, 2.5 and 3 rather than duplicating full details.</w:t>
      </w:r>
    </w:p>
    <w:tbl>
      <w:tblPr>
        <w:tblStyle w:val="TableGrid"/>
        <w:tblW w:w="0" w:type="auto"/>
        <w:jc w:val="center"/>
        <w:tblLayout w:type="fixed"/>
        <w:tblLook w:val="04A0" w:firstRow="1" w:lastRow="0" w:firstColumn="1" w:lastColumn="0" w:noHBand="0" w:noVBand="1"/>
      </w:tblPr>
      <w:tblGrid>
        <w:gridCol w:w="2880"/>
        <w:gridCol w:w="3168"/>
        <w:gridCol w:w="1872"/>
        <w:gridCol w:w="1872"/>
        <w:gridCol w:w="2880"/>
        <w:gridCol w:w="2592"/>
      </w:tblGrid>
      <w:tr w:rsidR="00AB3852" w:rsidRPr="00AB3852" w14:paraId="7B876A30" w14:textId="77777777" w:rsidTr="006A3252">
        <w:trPr>
          <w:cantSplit/>
          <w:tblHeader/>
          <w:jc w:val="center"/>
        </w:trPr>
        <w:tc>
          <w:tcPr>
            <w:tcW w:w="288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80C557B"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 xml:space="preserve">Name / </w:t>
            </w:r>
            <w:proofErr w:type="spellStart"/>
            <w:r w:rsidRPr="00AB3852">
              <w:rPr>
                <w:rFonts w:ascii="Arial" w:hAnsi="Arial" w:cs="Arial"/>
                <w:b/>
                <w:color w:val="FFFFFF"/>
                <w:sz w:val="20"/>
                <w:szCs w:val="20"/>
              </w:rPr>
              <w:t>organisation</w:t>
            </w:r>
            <w:proofErr w:type="spellEnd"/>
          </w:p>
        </w:tc>
        <w:tc>
          <w:tcPr>
            <w:tcW w:w="316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C3844A6"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Role / service</w:t>
            </w:r>
          </w:p>
        </w:tc>
        <w:tc>
          <w:tcPr>
            <w:tcW w:w="187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5AE5C89"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Primary phone</w:t>
            </w:r>
          </w:p>
        </w:tc>
        <w:tc>
          <w:tcPr>
            <w:tcW w:w="187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1D20D18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Backup phone</w:t>
            </w:r>
          </w:p>
        </w:tc>
        <w:tc>
          <w:tcPr>
            <w:tcW w:w="2880"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0F12249F"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Email</w:t>
            </w:r>
          </w:p>
        </w:tc>
        <w:tc>
          <w:tcPr>
            <w:tcW w:w="2592"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613AAAC"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After-hours / notes</w:t>
            </w:r>
          </w:p>
        </w:tc>
      </w:tr>
      <w:tr w:rsidR="00AB3852" w:rsidRPr="00AB3852" w14:paraId="504FAB74"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501AE3F" w14:textId="77777777" w:rsidR="00AB3852" w:rsidRPr="00AB3852" w:rsidRDefault="00AB3852" w:rsidP="00AB3852">
            <w:pPr>
              <w:rPr>
                <w:rFonts w:ascii="Arial" w:hAnsi="Arial" w:cs="Arial"/>
                <w:sz w:val="20"/>
                <w:szCs w:val="20"/>
              </w:rPr>
            </w:pPr>
            <w:r w:rsidRPr="00AB3852">
              <w:rPr>
                <w:rFonts w:ascii="Arial" w:hAnsi="Arial" w:cs="Arial"/>
                <w:sz w:val="20"/>
                <w:szCs w:val="20"/>
              </w:rPr>
              <w:t>[Name]</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C8675A2" w14:textId="77777777" w:rsidR="00AB3852" w:rsidRPr="00AB3852" w:rsidRDefault="00AB3852" w:rsidP="00AB3852">
            <w:pPr>
              <w:rPr>
                <w:rFonts w:ascii="Arial" w:hAnsi="Arial" w:cs="Arial"/>
                <w:sz w:val="20"/>
                <w:szCs w:val="20"/>
              </w:rPr>
            </w:pPr>
            <w:r w:rsidRPr="00AB3852">
              <w:rPr>
                <w:rFonts w:ascii="Arial" w:hAnsi="Arial" w:cs="Arial"/>
                <w:sz w:val="20"/>
                <w:szCs w:val="20"/>
              </w:rPr>
              <w:t>[Role/service]</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D5BC462" w14:textId="77777777" w:rsidR="00AB3852" w:rsidRPr="00AB3852" w:rsidRDefault="00AB3852" w:rsidP="00AB3852">
            <w:pPr>
              <w:rPr>
                <w:rFonts w:ascii="Arial" w:hAnsi="Arial" w:cs="Arial"/>
                <w:sz w:val="20"/>
                <w:szCs w:val="20"/>
              </w:rPr>
            </w:pPr>
            <w:r w:rsidRPr="00AB3852">
              <w:rPr>
                <w:rFonts w:ascii="Arial" w:hAnsi="Arial" w:cs="Arial"/>
                <w:sz w:val="20"/>
                <w:szCs w:val="20"/>
              </w:rPr>
              <w:t>[Phone]</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489B93E" w14:textId="77777777" w:rsidR="00AB3852" w:rsidRPr="00AB3852" w:rsidRDefault="00AB3852" w:rsidP="00AB3852">
            <w:pPr>
              <w:rPr>
                <w:rFonts w:ascii="Arial" w:hAnsi="Arial" w:cs="Arial"/>
                <w:sz w:val="20"/>
                <w:szCs w:val="20"/>
              </w:rPr>
            </w:pPr>
            <w:r w:rsidRPr="00AB3852">
              <w:rPr>
                <w:rFonts w:ascii="Arial" w:hAnsi="Arial" w:cs="Arial"/>
                <w:sz w:val="20"/>
                <w:szCs w:val="20"/>
              </w:rPr>
              <w:t>[Phone]</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29470F7" w14:textId="77777777" w:rsidR="00AB3852" w:rsidRPr="00AB3852" w:rsidRDefault="00AB3852" w:rsidP="00AB3852">
            <w:pPr>
              <w:rPr>
                <w:rFonts w:ascii="Arial" w:hAnsi="Arial" w:cs="Arial"/>
                <w:sz w:val="20"/>
                <w:szCs w:val="20"/>
              </w:rPr>
            </w:pPr>
            <w:r w:rsidRPr="00AB3852">
              <w:rPr>
                <w:rFonts w:ascii="Arial" w:hAnsi="Arial" w:cs="Arial"/>
                <w:sz w:val="20"/>
                <w:szCs w:val="20"/>
              </w:rPr>
              <w:t>[Email]</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BE8DB8"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76D0C8D6"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71524A" w14:textId="77777777" w:rsidR="00AB3852" w:rsidRPr="00AB3852" w:rsidRDefault="00AB3852" w:rsidP="00AB3852">
            <w:pPr>
              <w:rPr>
                <w:rFonts w:ascii="Arial" w:hAnsi="Arial" w:cs="Arial"/>
                <w:sz w:val="20"/>
                <w:szCs w:val="20"/>
              </w:rPr>
            </w:pPr>
            <w:r w:rsidRPr="00AB3852">
              <w:rPr>
                <w:rFonts w:ascii="Arial" w:hAnsi="Arial" w:cs="Arial"/>
                <w:sz w:val="20"/>
                <w:szCs w:val="20"/>
              </w:rPr>
              <w:t>[Name]</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6EAFDB" w14:textId="77777777" w:rsidR="00AB3852" w:rsidRPr="00AB3852" w:rsidRDefault="00AB3852" w:rsidP="00AB3852">
            <w:pPr>
              <w:rPr>
                <w:rFonts w:ascii="Arial" w:hAnsi="Arial" w:cs="Arial"/>
                <w:sz w:val="20"/>
                <w:szCs w:val="20"/>
              </w:rPr>
            </w:pPr>
            <w:r w:rsidRPr="00AB3852">
              <w:rPr>
                <w:rFonts w:ascii="Arial" w:hAnsi="Arial" w:cs="Arial"/>
                <w:sz w:val="20"/>
                <w:szCs w:val="20"/>
              </w:rPr>
              <w:t>[Role/service]</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25D4FA1" w14:textId="77777777" w:rsidR="00AB3852" w:rsidRPr="00AB3852" w:rsidRDefault="00AB3852" w:rsidP="00AB3852">
            <w:pPr>
              <w:rPr>
                <w:rFonts w:ascii="Arial" w:hAnsi="Arial" w:cs="Arial"/>
                <w:sz w:val="20"/>
                <w:szCs w:val="20"/>
              </w:rPr>
            </w:pPr>
            <w:r w:rsidRPr="00AB3852">
              <w:rPr>
                <w:rFonts w:ascii="Arial" w:hAnsi="Arial" w:cs="Arial"/>
                <w:sz w:val="20"/>
                <w:szCs w:val="20"/>
              </w:rPr>
              <w:t>[Phone]</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C4C2FC" w14:textId="77777777" w:rsidR="00AB3852" w:rsidRPr="00AB3852" w:rsidRDefault="00AB3852" w:rsidP="00AB3852">
            <w:pPr>
              <w:rPr>
                <w:rFonts w:ascii="Arial" w:hAnsi="Arial" w:cs="Arial"/>
                <w:sz w:val="20"/>
                <w:szCs w:val="20"/>
              </w:rPr>
            </w:pPr>
            <w:r w:rsidRPr="00AB3852">
              <w:rPr>
                <w:rFonts w:ascii="Arial" w:hAnsi="Arial" w:cs="Arial"/>
                <w:sz w:val="20"/>
                <w:szCs w:val="20"/>
              </w:rPr>
              <w:t>[Phone]</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778FBD1" w14:textId="77777777" w:rsidR="00AB3852" w:rsidRPr="00AB3852" w:rsidRDefault="00AB3852" w:rsidP="00AB3852">
            <w:pPr>
              <w:rPr>
                <w:rFonts w:ascii="Arial" w:hAnsi="Arial" w:cs="Arial"/>
                <w:sz w:val="20"/>
                <w:szCs w:val="20"/>
              </w:rPr>
            </w:pPr>
            <w:r w:rsidRPr="00AB3852">
              <w:rPr>
                <w:rFonts w:ascii="Arial" w:hAnsi="Arial" w:cs="Arial"/>
                <w:sz w:val="20"/>
                <w:szCs w:val="20"/>
              </w:rPr>
              <w:t>[Email]</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761323A"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44AC9924"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2B5BDEA" w14:textId="77777777" w:rsidR="00AB3852" w:rsidRPr="00AB3852" w:rsidRDefault="00AB3852" w:rsidP="00AB3852">
            <w:pPr>
              <w:rPr>
                <w:rFonts w:ascii="Arial" w:hAnsi="Arial" w:cs="Arial"/>
                <w:sz w:val="20"/>
                <w:szCs w:val="20"/>
              </w:rPr>
            </w:pPr>
            <w:r w:rsidRPr="00AB3852">
              <w:rPr>
                <w:rFonts w:ascii="Arial" w:hAnsi="Arial" w:cs="Arial"/>
                <w:sz w:val="20"/>
                <w:szCs w:val="20"/>
              </w:rPr>
              <w:t>Emergency services</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143A3BB" w14:textId="77777777" w:rsidR="00AB3852" w:rsidRPr="00AB3852" w:rsidRDefault="00AB3852" w:rsidP="00AB3852">
            <w:pPr>
              <w:rPr>
                <w:rFonts w:ascii="Arial" w:hAnsi="Arial" w:cs="Arial"/>
                <w:sz w:val="20"/>
                <w:szCs w:val="20"/>
              </w:rPr>
            </w:pPr>
            <w:r w:rsidRPr="00AB3852">
              <w:rPr>
                <w:rFonts w:ascii="Arial" w:hAnsi="Arial" w:cs="Arial"/>
                <w:sz w:val="20"/>
                <w:szCs w:val="20"/>
              </w:rPr>
              <w:t>Police / Fire / Ambulance</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ED2217" w14:textId="77777777" w:rsidR="00AB3852" w:rsidRPr="00AB3852" w:rsidRDefault="00AB3852" w:rsidP="00AB3852">
            <w:pPr>
              <w:rPr>
                <w:rFonts w:ascii="Arial" w:hAnsi="Arial" w:cs="Arial"/>
                <w:sz w:val="20"/>
                <w:szCs w:val="20"/>
              </w:rPr>
            </w:pPr>
            <w:r w:rsidRPr="00AB3852">
              <w:rPr>
                <w:rFonts w:ascii="Arial" w:hAnsi="Arial" w:cs="Arial"/>
                <w:sz w:val="20"/>
                <w:szCs w:val="20"/>
              </w:rPr>
              <w:t>111</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6418812" w14:textId="77777777" w:rsidR="00AB3852" w:rsidRPr="00AB3852" w:rsidRDefault="00AB3852" w:rsidP="00AB3852">
            <w:pPr>
              <w:rPr>
                <w:rFonts w:ascii="Arial" w:hAnsi="Arial" w:cs="Arial"/>
                <w:sz w:val="20"/>
                <w:szCs w:val="20"/>
              </w:rPr>
            </w:pP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B0E11D2" w14:textId="77777777" w:rsidR="00AB3852" w:rsidRPr="00AB3852" w:rsidRDefault="00AB3852" w:rsidP="00AB3852">
            <w:pPr>
              <w:rPr>
                <w:rFonts w:ascii="Arial" w:hAnsi="Arial" w:cs="Arial"/>
                <w:sz w:val="20"/>
                <w:szCs w:val="20"/>
              </w:rPr>
            </w:pP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5CEAC15" w14:textId="77777777" w:rsidR="00AB3852" w:rsidRPr="00AB3852" w:rsidRDefault="00AB3852" w:rsidP="00AB3852">
            <w:pPr>
              <w:rPr>
                <w:rFonts w:ascii="Arial" w:hAnsi="Arial" w:cs="Arial"/>
                <w:sz w:val="20"/>
                <w:szCs w:val="20"/>
              </w:rPr>
            </w:pPr>
            <w:r w:rsidRPr="00AB3852">
              <w:rPr>
                <w:rFonts w:ascii="Arial" w:hAnsi="Arial" w:cs="Arial"/>
                <w:sz w:val="20"/>
                <w:szCs w:val="20"/>
              </w:rPr>
              <w:t>Immediate danger.</w:t>
            </w:r>
          </w:p>
        </w:tc>
      </w:tr>
      <w:tr w:rsidR="00AB3852" w:rsidRPr="00AB3852" w14:paraId="34B63DD7"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C7BC90E" w14:textId="77777777" w:rsidR="00AB3852" w:rsidRPr="00AB3852" w:rsidRDefault="00AB3852" w:rsidP="00AB3852">
            <w:pPr>
              <w:rPr>
                <w:rFonts w:ascii="Arial" w:hAnsi="Arial" w:cs="Arial"/>
                <w:sz w:val="20"/>
                <w:szCs w:val="20"/>
              </w:rPr>
            </w:pPr>
            <w:r w:rsidRPr="00AB3852">
              <w:rPr>
                <w:rFonts w:ascii="Arial" w:hAnsi="Arial" w:cs="Arial"/>
                <w:sz w:val="20"/>
                <w:szCs w:val="20"/>
              </w:rPr>
              <w:t>[Insurance broker]</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3DCE2CC" w14:textId="77777777" w:rsidR="00AB3852" w:rsidRPr="00AB3852" w:rsidRDefault="00AB3852" w:rsidP="00AB3852">
            <w:pPr>
              <w:rPr>
                <w:rFonts w:ascii="Arial" w:hAnsi="Arial" w:cs="Arial"/>
                <w:sz w:val="20"/>
                <w:szCs w:val="20"/>
              </w:rPr>
            </w:pPr>
            <w:r w:rsidRPr="00AB3852">
              <w:rPr>
                <w:rFonts w:ascii="Arial" w:hAnsi="Arial" w:cs="Arial"/>
                <w:sz w:val="20"/>
                <w:szCs w:val="20"/>
              </w:rPr>
              <w:t>Broker</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BF5753D" w14:textId="77777777" w:rsidR="00AB3852" w:rsidRPr="00AB3852" w:rsidRDefault="00AB3852" w:rsidP="00AB3852">
            <w:pPr>
              <w:rPr>
                <w:rFonts w:ascii="Arial" w:hAnsi="Arial" w:cs="Arial"/>
                <w:sz w:val="20"/>
                <w:szCs w:val="20"/>
              </w:rPr>
            </w:pPr>
            <w:r w:rsidRPr="00AB3852">
              <w:rPr>
                <w:rFonts w:ascii="Arial" w:hAnsi="Arial" w:cs="Arial"/>
                <w:sz w:val="20"/>
                <w:szCs w:val="20"/>
              </w:rPr>
              <w:t>[Phone]</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29F89CA" w14:textId="77777777" w:rsidR="00AB3852" w:rsidRPr="00AB3852" w:rsidRDefault="00AB3852" w:rsidP="00AB3852">
            <w:pPr>
              <w:rPr>
                <w:rFonts w:ascii="Arial" w:hAnsi="Arial" w:cs="Arial"/>
                <w:sz w:val="20"/>
                <w:szCs w:val="20"/>
              </w:rPr>
            </w:pPr>
            <w:r w:rsidRPr="00AB3852">
              <w:rPr>
                <w:rFonts w:ascii="Arial" w:hAnsi="Arial" w:cs="Arial"/>
                <w:sz w:val="20"/>
                <w:szCs w:val="20"/>
              </w:rPr>
              <w:t>[Phone]</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D75E21F" w14:textId="77777777" w:rsidR="00AB3852" w:rsidRPr="00AB3852" w:rsidRDefault="00AB3852" w:rsidP="00AB3852">
            <w:pPr>
              <w:rPr>
                <w:rFonts w:ascii="Arial" w:hAnsi="Arial" w:cs="Arial"/>
                <w:sz w:val="20"/>
                <w:szCs w:val="20"/>
              </w:rPr>
            </w:pPr>
            <w:r w:rsidRPr="00AB3852">
              <w:rPr>
                <w:rFonts w:ascii="Arial" w:hAnsi="Arial" w:cs="Arial"/>
                <w:sz w:val="20"/>
                <w:szCs w:val="20"/>
              </w:rPr>
              <w:t>[Email]</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70B400" w14:textId="77777777" w:rsidR="00AB3852" w:rsidRPr="00AB3852" w:rsidRDefault="00AB3852" w:rsidP="00AB3852">
            <w:pPr>
              <w:rPr>
                <w:rFonts w:ascii="Arial" w:hAnsi="Arial" w:cs="Arial"/>
                <w:sz w:val="20"/>
                <w:szCs w:val="20"/>
              </w:rPr>
            </w:pPr>
            <w:r w:rsidRPr="00AB3852">
              <w:rPr>
                <w:rFonts w:ascii="Arial" w:hAnsi="Arial" w:cs="Arial"/>
                <w:sz w:val="20"/>
                <w:szCs w:val="20"/>
              </w:rPr>
              <w:t>[Policy references]</w:t>
            </w:r>
          </w:p>
        </w:tc>
      </w:tr>
      <w:tr w:rsidR="00AB3852" w:rsidRPr="00AB3852" w14:paraId="4478990B"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E6F32C7" w14:textId="77777777" w:rsidR="00AB3852" w:rsidRPr="00AB3852" w:rsidRDefault="00AB3852" w:rsidP="00AB3852">
            <w:pPr>
              <w:rPr>
                <w:rFonts w:ascii="Arial" w:hAnsi="Arial" w:cs="Arial"/>
                <w:sz w:val="20"/>
                <w:szCs w:val="20"/>
              </w:rPr>
            </w:pPr>
            <w:r w:rsidRPr="00AB3852">
              <w:rPr>
                <w:rFonts w:ascii="Arial" w:hAnsi="Arial" w:cs="Arial"/>
                <w:sz w:val="20"/>
                <w:szCs w:val="20"/>
              </w:rPr>
              <w:t>[Technology provider]</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AFBD5AF" w14:textId="77777777" w:rsidR="00AB3852" w:rsidRPr="00AB3852" w:rsidRDefault="00AB3852" w:rsidP="00AB3852">
            <w:pPr>
              <w:rPr>
                <w:rFonts w:ascii="Arial" w:hAnsi="Arial" w:cs="Arial"/>
                <w:sz w:val="20"/>
                <w:szCs w:val="20"/>
              </w:rPr>
            </w:pPr>
            <w:r w:rsidRPr="00AB3852">
              <w:rPr>
                <w:rFonts w:ascii="Arial" w:hAnsi="Arial" w:cs="Arial"/>
                <w:sz w:val="20"/>
                <w:szCs w:val="20"/>
              </w:rPr>
              <w:t>IT / cyber / systems support</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A4168CD" w14:textId="77777777" w:rsidR="00AB3852" w:rsidRPr="00AB3852" w:rsidRDefault="00AB3852" w:rsidP="00AB3852">
            <w:pPr>
              <w:rPr>
                <w:rFonts w:ascii="Arial" w:hAnsi="Arial" w:cs="Arial"/>
                <w:sz w:val="20"/>
                <w:szCs w:val="20"/>
              </w:rPr>
            </w:pPr>
            <w:r w:rsidRPr="00AB3852">
              <w:rPr>
                <w:rFonts w:ascii="Arial" w:hAnsi="Arial" w:cs="Arial"/>
                <w:sz w:val="20"/>
                <w:szCs w:val="20"/>
              </w:rPr>
              <w:t>[Phone]</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A5E4C3A" w14:textId="77777777" w:rsidR="00AB3852" w:rsidRPr="00AB3852" w:rsidRDefault="00AB3852" w:rsidP="00AB3852">
            <w:pPr>
              <w:rPr>
                <w:rFonts w:ascii="Arial" w:hAnsi="Arial" w:cs="Arial"/>
                <w:sz w:val="20"/>
                <w:szCs w:val="20"/>
              </w:rPr>
            </w:pPr>
            <w:r w:rsidRPr="00AB3852">
              <w:rPr>
                <w:rFonts w:ascii="Arial" w:hAnsi="Arial" w:cs="Arial"/>
                <w:sz w:val="20"/>
                <w:szCs w:val="20"/>
              </w:rPr>
              <w:t>[Phone]</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E9F190D" w14:textId="77777777" w:rsidR="00AB3852" w:rsidRPr="00AB3852" w:rsidRDefault="00AB3852" w:rsidP="00AB3852">
            <w:pPr>
              <w:rPr>
                <w:rFonts w:ascii="Arial" w:hAnsi="Arial" w:cs="Arial"/>
                <w:sz w:val="20"/>
                <w:szCs w:val="20"/>
              </w:rPr>
            </w:pPr>
            <w:r w:rsidRPr="00AB3852">
              <w:rPr>
                <w:rFonts w:ascii="Arial" w:hAnsi="Arial" w:cs="Arial"/>
                <w:sz w:val="20"/>
                <w:szCs w:val="20"/>
              </w:rPr>
              <w:t>[Email]</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890C23E" w14:textId="77777777" w:rsidR="00AB3852" w:rsidRPr="00AB3852" w:rsidRDefault="00AB3852" w:rsidP="00AB3852">
            <w:pPr>
              <w:rPr>
                <w:rFonts w:ascii="Arial" w:hAnsi="Arial" w:cs="Arial"/>
                <w:sz w:val="20"/>
                <w:szCs w:val="20"/>
              </w:rPr>
            </w:pPr>
            <w:r w:rsidRPr="00AB3852">
              <w:rPr>
                <w:rFonts w:ascii="Arial" w:hAnsi="Arial" w:cs="Arial"/>
                <w:sz w:val="20"/>
                <w:szCs w:val="20"/>
              </w:rPr>
              <w:t>[Escalation details]</w:t>
            </w:r>
          </w:p>
        </w:tc>
      </w:tr>
      <w:tr w:rsidR="00AB3852" w:rsidRPr="00AB3852" w14:paraId="72DAE87E"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19410A3" w14:textId="77777777" w:rsidR="00AB3852" w:rsidRPr="00AB3852" w:rsidRDefault="00AB3852" w:rsidP="00AB3852">
            <w:pPr>
              <w:rPr>
                <w:rFonts w:ascii="Arial" w:hAnsi="Arial" w:cs="Arial"/>
                <w:sz w:val="20"/>
                <w:szCs w:val="20"/>
              </w:rPr>
            </w:pPr>
            <w:r w:rsidRPr="00AB3852">
              <w:rPr>
                <w:rFonts w:ascii="Arial" w:hAnsi="Arial" w:cs="Arial"/>
                <w:sz w:val="20"/>
                <w:szCs w:val="20"/>
              </w:rPr>
              <w:t>[Bank / funder]</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84F2EA9" w14:textId="77777777" w:rsidR="00AB3852" w:rsidRPr="00AB3852" w:rsidRDefault="00AB3852" w:rsidP="00AB3852">
            <w:pPr>
              <w:rPr>
                <w:rFonts w:ascii="Arial" w:hAnsi="Arial" w:cs="Arial"/>
                <w:sz w:val="20"/>
                <w:szCs w:val="20"/>
              </w:rPr>
            </w:pPr>
            <w:r w:rsidRPr="00AB3852">
              <w:rPr>
                <w:rFonts w:ascii="Arial" w:hAnsi="Arial" w:cs="Arial"/>
                <w:sz w:val="20"/>
                <w:szCs w:val="20"/>
              </w:rPr>
              <w:t>Relationship manager / emergency facility</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0BDBD05" w14:textId="77777777" w:rsidR="00AB3852" w:rsidRPr="00AB3852" w:rsidRDefault="00AB3852" w:rsidP="00AB3852">
            <w:pPr>
              <w:rPr>
                <w:rFonts w:ascii="Arial" w:hAnsi="Arial" w:cs="Arial"/>
                <w:sz w:val="20"/>
                <w:szCs w:val="20"/>
              </w:rPr>
            </w:pPr>
            <w:r w:rsidRPr="00AB3852">
              <w:rPr>
                <w:rFonts w:ascii="Arial" w:hAnsi="Arial" w:cs="Arial"/>
                <w:sz w:val="20"/>
                <w:szCs w:val="20"/>
              </w:rPr>
              <w:t>[Phone]</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A09486C" w14:textId="77777777" w:rsidR="00AB3852" w:rsidRPr="00AB3852" w:rsidRDefault="00AB3852" w:rsidP="00AB3852">
            <w:pPr>
              <w:rPr>
                <w:rFonts w:ascii="Arial" w:hAnsi="Arial" w:cs="Arial"/>
                <w:sz w:val="20"/>
                <w:szCs w:val="20"/>
              </w:rPr>
            </w:pPr>
            <w:r w:rsidRPr="00AB3852">
              <w:rPr>
                <w:rFonts w:ascii="Arial" w:hAnsi="Arial" w:cs="Arial"/>
                <w:sz w:val="20"/>
                <w:szCs w:val="20"/>
              </w:rPr>
              <w:t>[Phone]</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12C4EC0" w14:textId="77777777" w:rsidR="00AB3852" w:rsidRPr="00AB3852" w:rsidRDefault="00AB3852" w:rsidP="00AB3852">
            <w:pPr>
              <w:rPr>
                <w:rFonts w:ascii="Arial" w:hAnsi="Arial" w:cs="Arial"/>
                <w:sz w:val="20"/>
                <w:szCs w:val="20"/>
              </w:rPr>
            </w:pPr>
            <w:r w:rsidRPr="00AB3852">
              <w:rPr>
                <w:rFonts w:ascii="Arial" w:hAnsi="Arial" w:cs="Arial"/>
                <w:sz w:val="20"/>
                <w:szCs w:val="20"/>
              </w:rPr>
              <w:t>[Email]</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BD5C45D" w14:textId="77777777" w:rsidR="00AB3852" w:rsidRPr="00AB3852" w:rsidRDefault="00AB3852" w:rsidP="00AB3852">
            <w:pPr>
              <w:rPr>
                <w:rFonts w:ascii="Arial" w:hAnsi="Arial" w:cs="Arial"/>
                <w:sz w:val="20"/>
                <w:szCs w:val="20"/>
              </w:rPr>
            </w:pPr>
            <w:r w:rsidRPr="00AB3852">
              <w:rPr>
                <w:rFonts w:ascii="Arial" w:hAnsi="Arial" w:cs="Arial"/>
                <w:sz w:val="20"/>
                <w:szCs w:val="20"/>
              </w:rPr>
              <w:t>[Access notes]</w:t>
            </w:r>
          </w:p>
        </w:tc>
      </w:tr>
      <w:tr w:rsidR="00AB3852" w:rsidRPr="00AB3852" w14:paraId="0C0B3862"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31624C4" w14:textId="77777777" w:rsidR="00AB3852" w:rsidRPr="00AB3852" w:rsidRDefault="00AB3852" w:rsidP="00AB3852">
            <w:pPr>
              <w:rPr>
                <w:rFonts w:ascii="Arial" w:hAnsi="Arial" w:cs="Arial"/>
                <w:sz w:val="20"/>
                <w:szCs w:val="20"/>
              </w:rPr>
            </w:pPr>
            <w:r w:rsidRPr="00AB3852">
              <w:rPr>
                <w:rFonts w:ascii="Arial" w:hAnsi="Arial" w:cs="Arial"/>
                <w:sz w:val="20"/>
                <w:szCs w:val="20"/>
              </w:rPr>
              <w:t>[Landlord / facilities]</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38D6685" w14:textId="77777777" w:rsidR="00AB3852" w:rsidRPr="00AB3852" w:rsidRDefault="00AB3852" w:rsidP="00AB3852">
            <w:pPr>
              <w:rPr>
                <w:rFonts w:ascii="Arial" w:hAnsi="Arial" w:cs="Arial"/>
                <w:sz w:val="20"/>
                <w:szCs w:val="20"/>
              </w:rPr>
            </w:pPr>
            <w:r w:rsidRPr="00AB3852">
              <w:rPr>
                <w:rFonts w:ascii="Arial" w:hAnsi="Arial" w:cs="Arial"/>
                <w:sz w:val="20"/>
                <w:szCs w:val="20"/>
              </w:rPr>
              <w:t>Site access / utilities / repair</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A2C4B3" w14:textId="77777777" w:rsidR="00AB3852" w:rsidRPr="00AB3852" w:rsidRDefault="00AB3852" w:rsidP="00AB3852">
            <w:pPr>
              <w:rPr>
                <w:rFonts w:ascii="Arial" w:hAnsi="Arial" w:cs="Arial"/>
                <w:sz w:val="20"/>
                <w:szCs w:val="20"/>
              </w:rPr>
            </w:pPr>
            <w:r w:rsidRPr="00AB3852">
              <w:rPr>
                <w:rFonts w:ascii="Arial" w:hAnsi="Arial" w:cs="Arial"/>
                <w:sz w:val="20"/>
                <w:szCs w:val="20"/>
              </w:rPr>
              <w:t>[Phone]</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960CC56" w14:textId="77777777" w:rsidR="00AB3852" w:rsidRPr="00AB3852" w:rsidRDefault="00AB3852" w:rsidP="00AB3852">
            <w:pPr>
              <w:rPr>
                <w:rFonts w:ascii="Arial" w:hAnsi="Arial" w:cs="Arial"/>
                <w:sz w:val="20"/>
                <w:szCs w:val="20"/>
              </w:rPr>
            </w:pPr>
            <w:r w:rsidRPr="00AB3852">
              <w:rPr>
                <w:rFonts w:ascii="Arial" w:hAnsi="Arial" w:cs="Arial"/>
                <w:sz w:val="20"/>
                <w:szCs w:val="20"/>
              </w:rPr>
              <w:t>[Phone]</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18BD9C2" w14:textId="77777777" w:rsidR="00AB3852" w:rsidRPr="00AB3852" w:rsidRDefault="00AB3852" w:rsidP="00AB3852">
            <w:pPr>
              <w:rPr>
                <w:rFonts w:ascii="Arial" w:hAnsi="Arial" w:cs="Arial"/>
                <w:sz w:val="20"/>
                <w:szCs w:val="20"/>
              </w:rPr>
            </w:pPr>
            <w:r w:rsidRPr="00AB3852">
              <w:rPr>
                <w:rFonts w:ascii="Arial" w:hAnsi="Arial" w:cs="Arial"/>
                <w:sz w:val="20"/>
                <w:szCs w:val="20"/>
              </w:rPr>
              <w:t>[Email]</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2DAB22" w14:textId="77777777" w:rsidR="00AB3852" w:rsidRPr="00AB3852" w:rsidRDefault="00AB3852" w:rsidP="00AB3852">
            <w:pPr>
              <w:rPr>
                <w:rFonts w:ascii="Arial" w:hAnsi="Arial" w:cs="Arial"/>
                <w:sz w:val="20"/>
                <w:szCs w:val="20"/>
              </w:rPr>
            </w:pPr>
            <w:r w:rsidRPr="00AB3852">
              <w:rPr>
                <w:rFonts w:ascii="Arial" w:hAnsi="Arial" w:cs="Arial"/>
                <w:sz w:val="20"/>
                <w:szCs w:val="20"/>
              </w:rPr>
              <w:t>[Keys / alarms / access notes]</w:t>
            </w:r>
          </w:p>
        </w:tc>
      </w:tr>
      <w:tr w:rsidR="00AB3852" w:rsidRPr="00AB3852" w14:paraId="162893FF" w14:textId="77777777" w:rsidTr="006A3252">
        <w:trPr>
          <w:cantSplit/>
          <w:jc w:val="center"/>
        </w:trPr>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57EBE60" w14:textId="77777777" w:rsidR="00AB3852" w:rsidRPr="00AB3852" w:rsidRDefault="00AB3852" w:rsidP="00AB3852">
            <w:pPr>
              <w:rPr>
                <w:rFonts w:ascii="Arial" w:hAnsi="Arial" w:cs="Arial"/>
                <w:sz w:val="20"/>
                <w:szCs w:val="20"/>
              </w:rPr>
            </w:pPr>
            <w:r w:rsidRPr="00AB3852">
              <w:rPr>
                <w:rFonts w:ascii="Arial" w:hAnsi="Arial" w:cs="Arial"/>
                <w:sz w:val="20"/>
                <w:szCs w:val="20"/>
              </w:rPr>
              <w:t>[Legal / tax / employment adviser]</w:t>
            </w:r>
          </w:p>
        </w:tc>
        <w:tc>
          <w:tcPr>
            <w:tcW w:w="316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5A3A40" w14:textId="77777777" w:rsidR="00AB3852" w:rsidRPr="00AB3852" w:rsidRDefault="00AB3852" w:rsidP="00AB3852">
            <w:pPr>
              <w:rPr>
                <w:rFonts w:ascii="Arial" w:hAnsi="Arial" w:cs="Arial"/>
                <w:sz w:val="20"/>
                <w:szCs w:val="20"/>
              </w:rPr>
            </w:pPr>
            <w:r w:rsidRPr="00AB3852">
              <w:rPr>
                <w:rFonts w:ascii="Arial" w:hAnsi="Arial" w:cs="Arial"/>
                <w:sz w:val="20"/>
                <w:szCs w:val="20"/>
              </w:rPr>
              <w:t>Adviser</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27966C4" w14:textId="77777777" w:rsidR="00AB3852" w:rsidRPr="00AB3852" w:rsidRDefault="00AB3852" w:rsidP="00AB3852">
            <w:pPr>
              <w:rPr>
                <w:rFonts w:ascii="Arial" w:hAnsi="Arial" w:cs="Arial"/>
                <w:sz w:val="20"/>
                <w:szCs w:val="20"/>
              </w:rPr>
            </w:pPr>
            <w:r w:rsidRPr="00AB3852">
              <w:rPr>
                <w:rFonts w:ascii="Arial" w:hAnsi="Arial" w:cs="Arial"/>
                <w:sz w:val="20"/>
                <w:szCs w:val="20"/>
              </w:rPr>
              <w:t>[Phone]</w:t>
            </w:r>
          </w:p>
        </w:tc>
        <w:tc>
          <w:tcPr>
            <w:tcW w:w="187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684BEA" w14:textId="77777777" w:rsidR="00AB3852" w:rsidRPr="00AB3852" w:rsidRDefault="00AB3852" w:rsidP="00AB3852">
            <w:pPr>
              <w:rPr>
                <w:rFonts w:ascii="Arial" w:hAnsi="Arial" w:cs="Arial"/>
                <w:sz w:val="20"/>
                <w:szCs w:val="20"/>
              </w:rPr>
            </w:pPr>
            <w:r w:rsidRPr="00AB3852">
              <w:rPr>
                <w:rFonts w:ascii="Arial" w:hAnsi="Arial" w:cs="Arial"/>
                <w:sz w:val="20"/>
                <w:szCs w:val="20"/>
              </w:rPr>
              <w:t>[Phone]</w:t>
            </w:r>
          </w:p>
        </w:tc>
        <w:tc>
          <w:tcPr>
            <w:tcW w:w="2880"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A351A43" w14:textId="77777777" w:rsidR="00AB3852" w:rsidRPr="00AB3852" w:rsidRDefault="00AB3852" w:rsidP="00AB3852">
            <w:pPr>
              <w:rPr>
                <w:rFonts w:ascii="Arial" w:hAnsi="Arial" w:cs="Arial"/>
                <w:sz w:val="20"/>
                <w:szCs w:val="20"/>
              </w:rPr>
            </w:pPr>
            <w:r w:rsidRPr="00AB3852">
              <w:rPr>
                <w:rFonts w:ascii="Arial" w:hAnsi="Arial" w:cs="Arial"/>
                <w:sz w:val="20"/>
                <w:szCs w:val="20"/>
              </w:rPr>
              <w:t>[Email]</w:t>
            </w:r>
          </w:p>
        </w:tc>
        <w:tc>
          <w:tcPr>
            <w:tcW w:w="2592"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23D5667"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bl>
    <w:p w14:paraId="2DC26AAA"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6BA6AD6A" w14:textId="77777777" w:rsidR="00F07A91" w:rsidRDefault="00F07A91">
      <w:pPr>
        <w:rPr>
          <w:rFonts w:ascii="Arial" w:eastAsia="MS Gothic" w:hAnsi="Arial" w:cs="Arial"/>
          <w:b/>
          <w:bCs/>
          <w:color w:val="3D3D3D"/>
          <w:kern w:val="0"/>
          <w:sz w:val="20"/>
          <w:szCs w:val="20"/>
          <w:lang w:val="en-US"/>
          <w14:ligatures w14:val="none"/>
        </w:rPr>
      </w:pPr>
      <w:r>
        <w:rPr>
          <w:rFonts w:ascii="Arial" w:eastAsia="MS Gothic" w:hAnsi="Arial" w:cs="Arial"/>
          <w:b/>
          <w:bCs/>
          <w:color w:val="3D3D3D"/>
          <w:kern w:val="0"/>
          <w:sz w:val="20"/>
          <w:szCs w:val="20"/>
          <w:lang w:val="en-US"/>
          <w14:ligatures w14:val="none"/>
        </w:rPr>
        <w:br w:type="page"/>
      </w:r>
    </w:p>
    <w:p w14:paraId="1682CB1C" w14:textId="724C13F6" w:rsidR="00AB3852" w:rsidRPr="00AB3852" w:rsidRDefault="00AB3852" w:rsidP="00AB3852">
      <w:pPr>
        <w:keepNext/>
        <w:keepLines/>
        <w:spacing w:before="120" w:after="60" w:line="252" w:lineRule="auto"/>
        <w:outlineLvl w:val="2"/>
        <w:rPr>
          <w:rFonts w:ascii="Arial" w:eastAsia="MS Gothic" w:hAnsi="Arial" w:cs="Arial"/>
          <w:b/>
          <w:bCs/>
          <w:color w:val="3D3D3D"/>
          <w:kern w:val="0"/>
          <w:sz w:val="20"/>
          <w:szCs w:val="20"/>
          <w:lang w:val="en-US"/>
          <w14:ligatures w14:val="none"/>
        </w:rPr>
      </w:pPr>
      <w:r w:rsidRPr="00AB3852">
        <w:rPr>
          <w:rFonts w:ascii="Arial" w:eastAsia="MS Gothic" w:hAnsi="Arial" w:cs="Arial"/>
          <w:b/>
          <w:bCs/>
          <w:color w:val="3D3D3D"/>
          <w:kern w:val="0"/>
          <w:sz w:val="20"/>
          <w:szCs w:val="20"/>
          <w:lang w:val="en-US"/>
          <w14:ligatures w14:val="none"/>
        </w:rPr>
        <w:lastRenderedPageBreak/>
        <w:t>Appendix C. Optional site, asset and equipment recovery register</w:t>
      </w:r>
    </w:p>
    <w:p w14:paraId="32B6B25C"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 xml:space="preserve">Optional. </w:t>
      </w:r>
      <w:proofErr w:type="gramStart"/>
      <w:r w:rsidRPr="00AB3852">
        <w:rPr>
          <w:rFonts w:ascii="Arial" w:eastAsia="MS Mincho" w:hAnsi="Arial" w:cs="Arial"/>
          <w:i/>
          <w:color w:val="555555"/>
          <w:kern w:val="0"/>
          <w:sz w:val="20"/>
          <w:szCs w:val="20"/>
          <w:lang w:val="en-US"/>
          <w14:ligatures w14:val="none"/>
        </w:rPr>
        <w:t>Complete only</w:t>
      </w:r>
      <w:proofErr w:type="gramEnd"/>
      <w:r w:rsidRPr="00AB3852">
        <w:rPr>
          <w:rFonts w:ascii="Arial" w:eastAsia="MS Mincho" w:hAnsi="Arial" w:cs="Arial"/>
          <w:i/>
          <w:color w:val="555555"/>
          <w:kern w:val="0"/>
          <w:sz w:val="20"/>
          <w:szCs w:val="20"/>
          <w:lang w:val="en-US"/>
          <w14:ligatures w14:val="none"/>
        </w:rPr>
        <w:t xml:space="preserve"> for businesses with critical sites, vehicles, plant, stock, tools or other assets.</w:t>
      </w:r>
    </w:p>
    <w:tbl>
      <w:tblPr>
        <w:tblStyle w:val="TableGrid"/>
        <w:tblW w:w="0" w:type="auto"/>
        <w:jc w:val="center"/>
        <w:tblLayout w:type="fixed"/>
        <w:tblLook w:val="04A0" w:firstRow="1" w:lastRow="0" w:firstColumn="1" w:lastColumn="0" w:noHBand="0" w:noVBand="1"/>
      </w:tblPr>
      <w:tblGrid>
        <w:gridCol w:w="2088"/>
        <w:gridCol w:w="2015"/>
        <w:gridCol w:w="2088"/>
        <w:gridCol w:w="3024"/>
        <w:gridCol w:w="1944"/>
        <w:gridCol w:w="2448"/>
        <w:gridCol w:w="1655"/>
      </w:tblGrid>
      <w:tr w:rsidR="00AB3852" w:rsidRPr="00AB3852" w14:paraId="2FF2A5D4" w14:textId="77777777" w:rsidTr="006A3252">
        <w:trPr>
          <w:cantSplit/>
          <w:tblHeader/>
          <w:jc w:val="center"/>
        </w:trPr>
        <w:tc>
          <w:tcPr>
            <w:tcW w:w="208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25E54E5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Site / asset / equipment</w:t>
            </w:r>
          </w:p>
        </w:tc>
        <w:tc>
          <w:tcPr>
            <w:tcW w:w="201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68FA1333"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Critical use</w:t>
            </w:r>
          </w:p>
        </w:tc>
        <w:tc>
          <w:tcPr>
            <w:tcW w:w="208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CBF77F2"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Risk / vulnerability</w:t>
            </w:r>
          </w:p>
        </w:tc>
        <w:tc>
          <w:tcPr>
            <w:tcW w:w="302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386978C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Recovery or replacement option</w:t>
            </w:r>
          </w:p>
        </w:tc>
        <w:tc>
          <w:tcPr>
            <w:tcW w:w="1944"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414A1E90"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Supplier / contact</w:t>
            </w:r>
          </w:p>
        </w:tc>
        <w:tc>
          <w:tcPr>
            <w:tcW w:w="2448"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538358B9"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Evidence required</w:t>
            </w:r>
          </w:p>
        </w:tc>
        <w:tc>
          <w:tcPr>
            <w:tcW w:w="1655" w:type="dxa"/>
            <w:tcBorders>
              <w:top w:val="single" w:sz="4" w:space="0" w:color="B7B7B7"/>
              <w:left w:val="single" w:sz="4" w:space="0" w:color="B7B7B7"/>
              <w:bottom w:val="single" w:sz="4" w:space="0" w:color="B7B7B7"/>
              <w:right w:val="single" w:sz="4" w:space="0" w:color="B7B7B7"/>
            </w:tcBorders>
            <w:shd w:val="clear" w:color="auto" w:fill="008CFF"/>
            <w:tcMar>
              <w:top w:w="60" w:type="dxa"/>
              <w:left w:w="60" w:type="dxa"/>
              <w:bottom w:w="60" w:type="dxa"/>
              <w:right w:w="60" w:type="dxa"/>
            </w:tcMar>
          </w:tcPr>
          <w:p w14:paraId="70EF85F3" w14:textId="77777777" w:rsidR="00AB3852" w:rsidRPr="00AB3852" w:rsidRDefault="00AB3852" w:rsidP="00AB3852">
            <w:pPr>
              <w:jc w:val="center"/>
              <w:rPr>
                <w:rFonts w:ascii="Arial" w:hAnsi="Arial" w:cs="Arial"/>
                <w:color w:val="FFFFFF"/>
                <w:sz w:val="20"/>
                <w:szCs w:val="20"/>
              </w:rPr>
            </w:pPr>
            <w:r w:rsidRPr="00AB3852">
              <w:rPr>
                <w:rFonts w:ascii="Arial" w:hAnsi="Arial" w:cs="Arial"/>
                <w:b/>
                <w:color w:val="FFFFFF"/>
                <w:sz w:val="20"/>
                <w:szCs w:val="20"/>
              </w:rPr>
              <w:t>Notes</w:t>
            </w:r>
          </w:p>
        </w:tc>
      </w:tr>
      <w:tr w:rsidR="00AB3852" w:rsidRPr="00AB3852" w14:paraId="12891A4C" w14:textId="77777777" w:rsidTr="006A3252">
        <w:trPr>
          <w:cantSplit/>
          <w:jc w:val="center"/>
        </w:trPr>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D074E2" w14:textId="77777777" w:rsidR="00AB3852" w:rsidRPr="00AB3852" w:rsidRDefault="00AB3852" w:rsidP="00AB3852">
            <w:pPr>
              <w:rPr>
                <w:rFonts w:ascii="Arial" w:hAnsi="Arial" w:cs="Arial"/>
                <w:sz w:val="20"/>
                <w:szCs w:val="20"/>
              </w:rPr>
            </w:pPr>
            <w:r w:rsidRPr="00AB3852">
              <w:rPr>
                <w:rFonts w:ascii="Arial" w:hAnsi="Arial" w:cs="Arial"/>
                <w:sz w:val="20"/>
                <w:szCs w:val="20"/>
              </w:rPr>
              <w:t>[Site / location]</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A20C4C9" w14:textId="77777777" w:rsidR="00AB3852" w:rsidRPr="00AB3852" w:rsidRDefault="00AB3852" w:rsidP="00AB3852">
            <w:pPr>
              <w:rPr>
                <w:rFonts w:ascii="Arial" w:hAnsi="Arial" w:cs="Arial"/>
                <w:sz w:val="20"/>
                <w:szCs w:val="20"/>
              </w:rPr>
            </w:pPr>
            <w:r w:rsidRPr="00AB3852">
              <w:rPr>
                <w:rFonts w:ascii="Arial" w:hAnsi="Arial" w:cs="Arial"/>
                <w:sz w:val="20"/>
                <w:szCs w:val="20"/>
              </w:rPr>
              <w:t>[Critical processes]</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62A462F" w14:textId="77777777" w:rsidR="00AB3852" w:rsidRPr="00AB3852" w:rsidRDefault="00AB3852" w:rsidP="00AB3852">
            <w:pPr>
              <w:rPr>
                <w:rFonts w:ascii="Arial" w:hAnsi="Arial" w:cs="Arial"/>
                <w:sz w:val="20"/>
                <w:szCs w:val="20"/>
              </w:rPr>
            </w:pPr>
            <w:r w:rsidRPr="00AB3852">
              <w:rPr>
                <w:rFonts w:ascii="Arial" w:hAnsi="Arial" w:cs="Arial"/>
                <w:sz w:val="20"/>
                <w:szCs w:val="20"/>
              </w:rPr>
              <w:t>[Risk]</w:t>
            </w: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D359F5" w14:textId="77777777" w:rsidR="00AB3852" w:rsidRPr="00AB3852" w:rsidRDefault="00AB3852" w:rsidP="00AB3852">
            <w:pPr>
              <w:rPr>
                <w:rFonts w:ascii="Arial" w:hAnsi="Arial" w:cs="Arial"/>
                <w:sz w:val="20"/>
                <w:szCs w:val="20"/>
              </w:rPr>
            </w:pPr>
            <w:r w:rsidRPr="00AB3852">
              <w:rPr>
                <w:rFonts w:ascii="Arial" w:hAnsi="Arial" w:cs="Arial"/>
                <w:sz w:val="20"/>
                <w:szCs w:val="20"/>
              </w:rPr>
              <w:t>[Remote / alternate / repair / reopen]</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D2EE085" w14:textId="77777777" w:rsidR="00AB3852" w:rsidRPr="00AB3852" w:rsidRDefault="00AB3852" w:rsidP="00AB3852">
            <w:pPr>
              <w:rPr>
                <w:rFonts w:ascii="Arial" w:hAnsi="Arial" w:cs="Arial"/>
                <w:sz w:val="20"/>
                <w:szCs w:val="20"/>
              </w:rPr>
            </w:pPr>
            <w:r w:rsidRPr="00AB3852">
              <w:rPr>
                <w:rFonts w:ascii="Arial" w:hAnsi="Arial" w:cs="Arial"/>
                <w:sz w:val="20"/>
                <w:szCs w:val="20"/>
              </w:rPr>
              <w:t>[Contact]</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A684A54" w14:textId="77777777" w:rsidR="00AB3852" w:rsidRPr="00AB3852" w:rsidRDefault="00AB3852" w:rsidP="00AB3852">
            <w:pPr>
              <w:rPr>
                <w:rFonts w:ascii="Arial" w:hAnsi="Arial" w:cs="Arial"/>
                <w:sz w:val="20"/>
                <w:szCs w:val="20"/>
              </w:rPr>
            </w:pPr>
            <w:r w:rsidRPr="00AB3852">
              <w:rPr>
                <w:rFonts w:ascii="Arial" w:hAnsi="Arial" w:cs="Arial"/>
                <w:sz w:val="20"/>
                <w:szCs w:val="20"/>
              </w:rPr>
              <w:t>[Photos / invoices / access logs]</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DF81D4E"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6D24B2EC" w14:textId="77777777" w:rsidTr="006A3252">
        <w:trPr>
          <w:cantSplit/>
          <w:jc w:val="center"/>
        </w:trPr>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0C28ABC" w14:textId="77777777" w:rsidR="00AB3852" w:rsidRPr="00AB3852" w:rsidRDefault="00AB3852" w:rsidP="00AB3852">
            <w:pPr>
              <w:rPr>
                <w:rFonts w:ascii="Arial" w:hAnsi="Arial" w:cs="Arial"/>
                <w:sz w:val="20"/>
                <w:szCs w:val="20"/>
              </w:rPr>
            </w:pPr>
            <w:r w:rsidRPr="00AB3852">
              <w:rPr>
                <w:rFonts w:ascii="Arial" w:hAnsi="Arial" w:cs="Arial"/>
                <w:sz w:val="20"/>
                <w:szCs w:val="20"/>
              </w:rPr>
              <w:t>[Plant / machinery]</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2511FD2" w14:textId="77777777" w:rsidR="00AB3852" w:rsidRPr="00AB3852" w:rsidRDefault="00AB3852" w:rsidP="00AB3852">
            <w:pPr>
              <w:rPr>
                <w:rFonts w:ascii="Arial" w:hAnsi="Arial" w:cs="Arial"/>
                <w:sz w:val="20"/>
                <w:szCs w:val="20"/>
              </w:rPr>
            </w:pPr>
            <w:r w:rsidRPr="00AB3852">
              <w:rPr>
                <w:rFonts w:ascii="Arial" w:hAnsi="Arial" w:cs="Arial"/>
                <w:sz w:val="20"/>
                <w:szCs w:val="20"/>
              </w:rPr>
              <w:t>[Critical use]</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D3E86BD" w14:textId="77777777" w:rsidR="00AB3852" w:rsidRPr="00AB3852" w:rsidRDefault="00AB3852" w:rsidP="00AB3852">
            <w:pPr>
              <w:rPr>
                <w:rFonts w:ascii="Arial" w:hAnsi="Arial" w:cs="Arial"/>
                <w:sz w:val="20"/>
                <w:szCs w:val="20"/>
              </w:rPr>
            </w:pPr>
            <w:r w:rsidRPr="00AB3852">
              <w:rPr>
                <w:rFonts w:ascii="Arial" w:hAnsi="Arial" w:cs="Arial"/>
                <w:sz w:val="20"/>
                <w:szCs w:val="20"/>
              </w:rPr>
              <w:t>[Risk]</w:t>
            </w: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2C3FD7E" w14:textId="77777777" w:rsidR="00AB3852" w:rsidRPr="00AB3852" w:rsidRDefault="00AB3852" w:rsidP="00AB3852">
            <w:pPr>
              <w:rPr>
                <w:rFonts w:ascii="Arial" w:hAnsi="Arial" w:cs="Arial"/>
                <w:sz w:val="20"/>
                <w:szCs w:val="20"/>
              </w:rPr>
            </w:pPr>
            <w:r w:rsidRPr="00AB3852">
              <w:rPr>
                <w:rFonts w:ascii="Arial" w:hAnsi="Arial" w:cs="Arial"/>
                <w:sz w:val="20"/>
                <w:szCs w:val="20"/>
              </w:rPr>
              <w:t>[Spare / repair / hire / outsource]</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3E095EE" w14:textId="77777777" w:rsidR="00AB3852" w:rsidRPr="00AB3852" w:rsidRDefault="00AB3852" w:rsidP="00AB3852">
            <w:pPr>
              <w:rPr>
                <w:rFonts w:ascii="Arial" w:hAnsi="Arial" w:cs="Arial"/>
                <w:sz w:val="20"/>
                <w:szCs w:val="20"/>
              </w:rPr>
            </w:pPr>
            <w:r w:rsidRPr="00AB3852">
              <w:rPr>
                <w:rFonts w:ascii="Arial" w:hAnsi="Arial" w:cs="Arial"/>
                <w:sz w:val="20"/>
                <w:szCs w:val="20"/>
              </w:rPr>
              <w:t>[Contact]</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E4860E" w14:textId="77777777" w:rsidR="00AB3852" w:rsidRPr="00AB3852" w:rsidRDefault="00AB3852" w:rsidP="00AB3852">
            <w:pPr>
              <w:rPr>
                <w:rFonts w:ascii="Arial" w:hAnsi="Arial" w:cs="Arial"/>
                <w:sz w:val="20"/>
                <w:szCs w:val="20"/>
              </w:rPr>
            </w:pPr>
            <w:r w:rsidRPr="00AB3852">
              <w:rPr>
                <w:rFonts w:ascii="Arial" w:hAnsi="Arial" w:cs="Arial"/>
                <w:sz w:val="20"/>
                <w:szCs w:val="20"/>
              </w:rPr>
              <w:t>[Maintenance / repair records]</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EF7A293"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18C85A36" w14:textId="77777777" w:rsidTr="006A3252">
        <w:trPr>
          <w:cantSplit/>
          <w:jc w:val="center"/>
        </w:trPr>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3F0F98D" w14:textId="77777777" w:rsidR="00AB3852" w:rsidRPr="00AB3852" w:rsidRDefault="00AB3852" w:rsidP="00AB3852">
            <w:pPr>
              <w:rPr>
                <w:rFonts w:ascii="Arial" w:hAnsi="Arial" w:cs="Arial"/>
                <w:sz w:val="20"/>
                <w:szCs w:val="20"/>
              </w:rPr>
            </w:pPr>
            <w:r w:rsidRPr="00AB3852">
              <w:rPr>
                <w:rFonts w:ascii="Arial" w:hAnsi="Arial" w:cs="Arial"/>
                <w:sz w:val="20"/>
                <w:szCs w:val="20"/>
              </w:rPr>
              <w:t>[Vehicles / fleet]</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EA26CC4" w14:textId="77777777" w:rsidR="00AB3852" w:rsidRPr="00AB3852" w:rsidRDefault="00AB3852" w:rsidP="00AB3852">
            <w:pPr>
              <w:rPr>
                <w:rFonts w:ascii="Arial" w:hAnsi="Arial" w:cs="Arial"/>
                <w:sz w:val="20"/>
                <w:szCs w:val="20"/>
              </w:rPr>
            </w:pPr>
            <w:r w:rsidRPr="00AB3852">
              <w:rPr>
                <w:rFonts w:ascii="Arial" w:hAnsi="Arial" w:cs="Arial"/>
                <w:sz w:val="20"/>
                <w:szCs w:val="20"/>
              </w:rPr>
              <w:t>[Critical use]</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8336D2C" w14:textId="77777777" w:rsidR="00AB3852" w:rsidRPr="00AB3852" w:rsidRDefault="00AB3852" w:rsidP="00AB3852">
            <w:pPr>
              <w:rPr>
                <w:rFonts w:ascii="Arial" w:hAnsi="Arial" w:cs="Arial"/>
                <w:sz w:val="20"/>
                <w:szCs w:val="20"/>
              </w:rPr>
            </w:pPr>
            <w:r w:rsidRPr="00AB3852">
              <w:rPr>
                <w:rFonts w:ascii="Arial" w:hAnsi="Arial" w:cs="Arial"/>
                <w:sz w:val="20"/>
                <w:szCs w:val="20"/>
              </w:rPr>
              <w:t>[Risk]</w:t>
            </w: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7F0263F" w14:textId="77777777" w:rsidR="00AB3852" w:rsidRPr="00AB3852" w:rsidRDefault="00AB3852" w:rsidP="00AB3852">
            <w:pPr>
              <w:rPr>
                <w:rFonts w:ascii="Arial" w:hAnsi="Arial" w:cs="Arial"/>
                <w:sz w:val="20"/>
                <w:szCs w:val="20"/>
              </w:rPr>
            </w:pPr>
            <w:r w:rsidRPr="00AB3852">
              <w:rPr>
                <w:rFonts w:ascii="Arial" w:hAnsi="Arial" w:cs="Arial"/>
                <w:sz w:val="20"/>
                <w:szCs w:val="20"/>
              </w:rPr>
              <w:t>[Hire / route changes / alternate transport]</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2F82312" w14:textId="77777777" w:rsidR="00AB3852" w:rsidRPr="00AB3852" w:rsidRDefault="00AB3852" w:rsidP="00AB3852">
            <w:pPr>
              <w:rPr>
                <w:rFonts w:ascii="Arial" w:hAnsi="Arial" w:cs="Arial"/>
                <w:sz w:val="20"/>
                <w:szCs w:val="20"/>
              </w:rPr>
            </w:pPr>
            <w:r w:rsidRPr="00AB3852">
              <w:rPr>
                <w:rFonts w:ascii="Arial" w:hAnsi="Arial" w:cs="Arial"/>
                <w:sz w:val="20"/>
                <w:szCs w:val="20"/>
              </w:rPr>
              <w:t>[Contact]</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4661766" w14:textId="77777777" w:rsidR="00AB3852" w:rsidRPr="00AB3852" w:rsidRDefault="00AB3852" w:rsidP="00AB3852">
            <w:pPr>
              <w:rPr>
                <w:rFonts w:ascii="Arial" w:hAnsi="Arial" w:cs="Arial"/>
                <w:sz w:val="20"/>
                <w:szCs w:val="20"/>
              </w:rPr>
            </w:pPr>
            <w:r w:rsidRPr="00AB3852">
              <w:rPr>
                <w:rFonts w:ascii="Arial" w:hAnsi="Arial" w:cs="Arial"/>
                <w:sz w:val="20"/>
                <w:szCs w:val="20"/>
              </w:rPr>
              <w:t>[Costs / photos]</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B9C5DD3"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5DE75095" w14:textId="77777777" w:rsidTr="006A3252">
        <w:trPr>
          <w:cantSplit/>
          <w:jc w:val="center"/>
        </w:trPr>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93989C1" w14:textId="77777777" w:rsidR="00AB3852" w:rsidRPr="00AB3852" w:rsidRDefault="00AB3852" w:rsidP="00AB3852">
            <w:pPr>
              <w:rPr>
                <w:rFonts w:ascii="Arial" w:hAnsi="Arial" w:cs="Arial"/>
                <w:sz w:val="20"/>
                <w:szCs w:val="20"/>
              </w:rPr>
            </w:pPr>
            <w:r w:rsidRPr="00AB3852">
              <w:rPr>
                <w:rFonts w:ascii="Arial" w:hAnsi="Arial" w:cs="Arial"/>
                <w:sz w:val="20"/>
                <w:szCs w:val="20"/>
              </w:rPr>
              <w:t>[Stock / inventory]</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F669D8A" w14:textId="77777777" w:rsidR="00AB3852" w:rsidRPr="00AB3852" w:rsidRDefault="00AB3852" w:rsidP="00AB3852">
            <w:pPr>
              <w:rPr>
                <w:rFonts w:ascii="Arial" w:hAnsi="Arial" w:cs="Arial"/>
                <w:sz w:val="20"/>
                <w:szCs w:val="20"/>
              </w:rPr>
            </w:pPr>
            <w:r w:rsidRPr="00AB3852">
              <w:rPr>
                <w:rFonts w:ascii="Arial" w:hAnsi="Arial" w:cs="Arial"/>
                <w:sz w:val="20"/>
                <w:szCs w:val="20"/>
              </w:rPr>
              <w:t>[Critical use]</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EB6643D" w14:textId="77777777" w:rsidR="00AB3852" w:rsidRPr="00AB3852" w:rsidRDefault="00AB3852" w:rsidP="00AB3852">
            <w:pPr>
              <w:rPr>
                <w:rFonts w:ascii="Arial" w:hAnsi="Arial" w:cs="Arial"/>
                <w:sz w:val="20"/>
                <w:szCs w:val="20"/>
              </w:rPr>
            </w:pPr>
            <w:r w:rsidRPr="00AB3852">
              <w:rPr>
                <w:rFonts w:ascii="Arial" w:hAnsi="Arial" w:cs="Arial"/>
                <w:sz w:val="20"/>
                <w:szCs w:val="20"/>
              </w:rPr>
              <w:t>[Risk]</w:t>
            </w: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6305F56" w14:textId="77777777" w:rsidR="00AB3852" w:rsidRPr="00AB3852" w:rsidRDefault="00AB3852" w:rsidP="00AB3852">
            <w:pPr>
              <w:rPr>
                <w:rFonts w:ascii="Arial" w:hAnsi="Arial" w:cs="Arial"/>
                <w:sz w:val="20"/>
                <w:szCs w:val="20"/>
              </w:rPr>
            </w:pPr>
            <w:r w:rsidRPr="00AB3852">
              <w:rPr>
                <w:rFonts w:ascii="Arial" w:hAnsi="Arial" w:cs="Arial"/>
                <w:sz w:val="20"/>
                <w:szCs w:val="20"/>
              </w:rPr>
              <w:t>[Move / protect / replace / substitute]</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8C644B9" w14:textId="77777777" w:rsidR="00AB3852" w:rsidRPr="00AB3852" w:rsidRDefault="00AB3852" w:rsidP="00AB3852">
            <w:pPr>
              <w:rPr>
                <w:rFonts w:ascii="Arial" w:hAnsi="Arial" w:cs="Arial"/>
                <w:sz w:val="20"/>
                <w:szCs w:val="20"/>
              </w:rPr>
            </w:pPr>
            <w:r w:rsidRPr="00AB3852">
              <w:rPr>
                <w:rFonts w:ascii="Arial" w:hAnsi="Arial" w:cs="Arial"/>
                <w:sz w:val="20"/>
                <w:szCs w:val="20"/>
              </w:rPr>
              <w:t>[Contact]</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9476F49" w14:textId="77777777" w:rsidR="00AB3852" w:rsidRPr="00AB3852" w:rsidRDefault="00AB3852" w:rsidP="00AB3852">
            <w:pPr>
              <w:rPr>
                <w:rFonts w:ascii="Arial" w:hAnsi="Arial" w:cs="Arial"/>
                <w:sz w:val="20"/>
                <w:szCs w:val="20"/>
              </w:rPr>
            </w:pPr>
            <w:r w:rsidRPr="00AB3852">
              <w:rPr>
                <w:rFonts w:ascii="Arial" w:hAnsi="Arial" w:cs="Arial"/>
                <w:sz w:val="20"/>
                <w:szCs w:val="20"/>
              </w:rPr>
              <w:t>[Stock records / photos]</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64850395"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6125870E" w14:textId="77777777" w:rsidTr="006A3252">
        <w:trPr>
          <w:cantSplit/>
          <w:jc w:val="center"/>
        </w:trPr>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0E0B3BB9" w14:textId="77777777" w:rsidR="00AB3852" w:rsidRPr="00AB3852" w:rsidRDefault="00AB3852" w:rsidP="00AB3852">
            <w:pPr>
              <w:rPr>
                <w:rFonts w:ascii="Arial" w:hAnsi="Arial" w:cs="Arial"/>
                <w:sz w:val="20"/>
                <w:szCs w:val="20"/>
              </w:rPr>
            </w:pPr>
            <w:r w:rsidRPr="00AB3852">
              <w:rPr>
                <w:rFonts w:ascii="Arial" w:hAnsi="Arial" w:cs="Arial"/>
                <w:sz w:val="20"/>
                <w:szCs w:val="20"/>
              </w:rPr>
              <w:t>[Tools / devices]</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FFEE8A5" w14:textId="77777777" w:rsidR="00AB3852" w:rsidRPr="00AB3852" w:rsidRDefault="00AB3852" w:rsidP="00AB3852">
            <w:pPr>
              <w:rPr>
                <w:rFonts w:ascii="Arial" w:hAnsi="Arial" w:cs="Arial"/>
                <w:sz w:val="20"/>
                <w:szCs w:val="20"/>
              </w:rPr>
            </w:pPr>
            <w:r w:rsidRPr="00AB3852">
              <w:rPr>
                <w:rFonts w:ascii="Arial" w:hAnsi="Arial" w:cs="Arial"/>
                <w:sz w:val="20"/>
                <w:szCs w:val="20"/>
              </w:rPr>
              <w:t>[Critical use]</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12FE3DF" w14:textId="77777777" w:rsidR="00AB3852" w:rsidRPr="00AB3852" w:rsidRDefault="00AB3852" w:rsidP="00AB3852">
            <w:pPr>
              <w:rPr>
                <w:rFonts w:ascii="Arial" w:hAnsi="Arial" w:cs="Arial"/>
                <w:sz w:val="20"/>
                <w:szCs w:val="20"/>
              </w:rPr>
            </w:pPr>
            <w:r w:rsidRPr="00AB3852">
              <w:rPr>
                <w:rFonts w:ascii="Arial" w:hAnsi="Arial" w:cs="Arial"/>
                <w:sz w:val="20"/>
                <w:szCs w:val="20"/>
              </w:rPr>
              <w:t>[Risk]</w:t>
            </w: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545CB5D" w14:textId="77777777" w:rsidR="00AB3852" w:rsidRPr="00AB3852" w:rsidRDefault="00AB3852" w:rsidP="00AB3852">
            <w:pPr>
              <w:rPr>
                <w:rFonts w:ascii="Arial" w:hAnsi="Arial" w:cs="Arial"/>
                <w:sz w:val="20"/>
                <w:szCs w:val="20"/>
              </w:rPr>
            </w:pPr>
            <w:r w:rsidRPr="00AB3852">
              <w:rPr>
                <w:rFonts w:ascii="Arial" w:hAnsi="Arial" w:cs="Arial"/>
                <w:sz w:val="20"/>
                <w:szCs w:val="20"/>
              </w:rPr>
              <w:t>[Spare / hire / purchase / provider support]</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1977119" w14:textId="77777777" w:rsidR="00AB3852" w:rsidRPr="00AB3852" w:rsidRDefault="00AB3852" w:rsidP="00AB3852">
            <w:pPr>
              <w:rPr>
                <w:rFonts w:ascii="Arial" w:hAnsi="Arial" w:cs="Arial"/>
                <w:sz w:val="20"/>
                <w:szCs w:val="20"/>
              </w:rPr>
            </w:pPr>
            <w:r w:rsidRPr="00AB3852">
              <w:rPr>
                <w:rFonts w:ascii="Arial" w:hAnsi="Arial" w:cs="Arial"/>
                <w:sz w:val="20"/>
                <w:szCs w:val="20"/>
              </w:rPr>
              <w:t>[Contact]</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39DA9C68" w14:textId="77777777" w:rsidR="00AB3852" w:rsidRPr="00AB3852" w:rsidRDefault="00AB3852" w:rsidP="00AB3852">
            <w:pPr>
              <w:rPr>
                <w:rFonts w:ascii="Arial" w:hAnsi="Arial" w:cs="Arial"/>
                <w:sz w:val="20"/>
                <w:szCs w:val="20"/>
              </w:rPr>
            </w:pPr>
            <w:r w:rsidRPr="00AB3852">
              <w:rPr>
                <w:rFonts w:ascii="Arial" w:hAnsi="Arial" w:cs="Arial"/>
                <w:sz w:val="20"/>
                <w:szCs w:val="20"/>
              </w:rPr>
              <w:t>[Purchase records]</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2AF10D5"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r w:rsidR="00AB3852" w:rsidRPr="00AB3852" w14:paraId="687734ED" w14:textId="77777777" w:rsidTr="006A3252">
        <w:trPr>
          <w:cantSplit/>
          <w:jc w:val="center"/>
        </w:trPr>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7BB0F75" w14:textId="77777777" w:rsidR="00AB3852" w:rsidRPr="00AB3852" w:rsidRDefault="00AB3852" w:rsidP="00AB3852">
            <w:pPr>
              <w:rPr>
                <w:rFonts w:ascii="Arial" w:hAnsi="Arial" w:cs="Arial"/>
                <w:sz w:val="20"/>
                <w:szCs w:val="20"/>
              </w:rPr>
            </w:pPr>
            <w:r w:rsidRPr="00AB3852">
              <w:rPr>
                <w:rFonts w:ascii="Arial" w:hAnsi="Arial" w:cs="Arial"/>
                <w:sz w:val="20"/>
                <w:szCs w:val="20"/>
              </w:rPr>
              <w:t>[</w:t>
            </w:r>
            <w:proofErr w:type="gramStart"/>
            <w:r w:rsidRPr="00AB3852">
              <w:rPr>
                <w:rFonts w:ascii="Arial" w:hAnsi="Arial" w:cs="Arial"/>
                <w:sz w:val="20"/>
                <w:szCs w:val="20"/>
              </w:rPr>
              <w:t>Other</w:t>
            </w:r>
            <w:proofErr w:type="gramEnd"/>
            <w:r w:rsidRPr="00AB3852">
              <w:rPr>
                <w:rFonts w:ascii="Arial" w:hAnsi="Arial" w:cs="Arial"/>
                <w:sz w:val="20"/>
                <w:szCs w:val="20"/>
              </w:rPr>
              <w:t xml:space="preserve"> asset]</w:t>
            </w:r>
          </w:p>
        </w:tc>
        <w:tc>
          <w:tcPr>
            <w:tcW w:w="201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5E4CE081" w14:textId="77777777" w:rsidR="00AB3852" w:rsidRPr="00AB3852" w:rsidRDefault="00AB3852" w:rsidP="00AB3852">
            <w:pPr>
              <w:rPr>
                <w:rFonts w:ascii="Arial" w:hAnsi="Arial" w:cs="Arial"/>
                <w:sz w:val="20"/>
                <w:szCs w:val="20"/>
              </w:rPr>
            </w:pPr>
            <w:r w:rsidRPr="00AB3852">
              <w:rPr>
                <w:rFonts w:ascii="Arial" w:hAnsi="Arial" w:cs="Arial"/>
                <w:sz w:val="20"/>
                <w:szCs w:val="20"/>
              </w:rPr>
              <w:t>[Critical use]</w:t>
            </w:r>
          </w:p>
        </w:tc>
        <w:tc>
          <w:tcPr>
            <w:tcW w:w="208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464DAF5F" w14:textId="77777777" w:rsidR="00AB3852" w:rsidRPr="00AB3852" w:rsidRDefault="00AB3852" w:rsidP="00AB3852">
            <w:pPr>
              <w:rPr>
                <w:rFonts w:ascii="Arial" w:hAnsi="Arial" w:cs="Arial"/>
                <w:sz w:val="20"/>
                <w:szCs w:val="20"/>
              </w:rPr>
            </w:pPr>
            <w:r w:rsidRPr="00AB3852">
              <w:rPr>
                <w:rFonts w:ascii="Arial" w:hAnsi="Arial" w:cs="Arial"/>
                <w:sz w:val="20"/>
                <w:szCs w:val="20"/>
              </w:rPr>
              <w:t>[Risk]</w:t>
            </w:r>
          </w:p>
        </w:tc>
        <w:tc>
          <w:tcPr>
            <w:tcW w:w="302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2D4DA8AE" w14:textId="77777777" w:rsidR="00AB3852" w:rsidRPr="00AB3852" w:rsidRDefault="00AB3852" w:rsidP="00AB3852">
            <w:pPr>
              <w:rPr>
                <w:rFonts w:ascii="Arial" w:hAnsi="Arial" w:cs="Arial"/>
                <w:sz w:val="20"/>
                <w:szCs w:val="20"/>
              </w:rPr>
            </w:pPr>
            <w:r w:rsidRPr="00AB3852">
              <w:rPr>
                <w:rFonts w:ascii="Arial" w:hAnsi="Arial" w:cs="Arial"/>
                <w:sz w:val="20"/>
                <w:szCs w:val="20"/>
              </w:rPr>
              <w:t>[Recovery option]</w:t>
            </w:r>
          </w:p>
        </w:tc>
        <w:tc>
          <w:tcPr>
            <w:tcW w:w="1944"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74CD489" w14:textId="77777777" w:rsidR="00AB3852" w:rsidRPr="00AB3852" w:rsidRDefault="00AB3852" w:rsidP="00AB3852">
            <w:pPr>
              <w:rPr>
                <w:rFonts w:ascii="Arial" w:hAnsi="Arial" w:cs="Arial"/>
                <w:sz w:val="20"/>
                <w:szCs w:val="20"/>
              </w:rPr>
            </w:pPr>
            <w:r w:rsidRPr="00AB3852">
              <w:rPr>
                <w:rFonts w:ascii="Arial" w:hAnsi="Arial" w:cs="Arial"/>
                <w:sz w:val="20"/>
                <w:szCs w:val="20"/>
              </w:rPr>
              <w:t>[Contact]</w:t>
            </w:r>
          </w:p>
        </w:tc>
        <w:tc>
          <w:tcPr>
            <w:tcW w:w="2448"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79823D85" w14:textId="77777777" w:rsidR="00AB3852" w:rsidRPr="00AB3852" w:rsidRDefault="00AB3852" w:rsidP="00AB3852">
            <w:pPr>
              <w:rPr>
                <w:rFonts w:ascii="Arial" w:hAnsi="Arial" w:cs="Arial"/>
                <w:sz w:val="20"/>
                <w:szCs w:val="20"/>
              </w:rPr>
            </w:pPr>
            <w:r w:rsidRPr="00AB3852">
              <w:rPr>
                <w:rFonts w:ascii="Arial" w:hAnsi="Arial" w:cs="Arial"/>
                <w:sz w:val="20"/>
                <w:szCs w:val="20"/>
              </w:rPr>
              <w:t>[Evidence]</w:t>
            </w:r>
          </w:p>
        </w:tc>
        <w:tc>
          <w:tcPr>
            <w:tcW w:w="1655" w:type="dxa"/>
            <w:tcBorders>
              <w:top w:val="single" w:sz="4" w:space="0" w:color="B7B7B7"/>
              <w:left w:val="single" w:sz="4" w:space="0" w:color="B7B7B7"/>
              <w:bottom w:val="single" w:sz="4" w:space="0" w:color="B7B7B7"/>
              <w:right w:val="single" w:sz="4" w:space="0" w:color="B7B7B7"/>
            </w:tcBorders>
            <w:tcMar>
              <w:top w:w="60" w:type="dxa"/>
              <w:left w:w="60" w:type="dxa"/>
              <w:bottom w:w="60" w:type="dxa"/>
              <w:right w:w="60" w:type="dxa"/>
            </w:tcMar>
          </w:tcPr>
          <w:p w14:paraId="147F0889" w14:textId="77777777" w:rsidR="00AB3852" w:rsidRPr="00AB3852" w:rsidRDefault="00AB3852" w:rsidP="00AB3852">
            <w:pPr>
              <w:rPr>
                <w:rFonts w:ascii="Arial" w:hAnsi="Arial" w:cs="Arial"/>
                <w:sz w:val="20"/>
                <w:szCs w:val="20"/>
              </w:rPr>
            </w:pPr>
            <w:r w:rsidRPr="00AB3852">
              <w:rPr>
                <w:rFonts w:ascii="Arial" w:hAnsi="Arial" w:cs="Arial"/>
                <w:sz w:val="20"/>
                <w:szCs w:val="20"/>
              </w:rPr>
              <w:t>[Notes]</w:t>
            </w:r>
          </w:p>
        </w:tc>
      </w:tr>
    </w:tbl>
    <w:p w14:paraId="40365B0A" w14:textId="77777777" w:rsidR="00AB3852" w:rsidRPr="00AB3852" w:rsidRDefault="00AB3852" w:rsidP="00AB3852">
      <w:pPr>
        <w:spacing w:after="40" w:line="252" w:lineRule="auto"/>
        <w:rPr>
          <w:rFonts w:ascii="Arial" w:eastAsia="MS Mincho" w:hAnsi="Arial" w:cs="Arial"/>
          <w:kern w:val="0"/>
          <w:sz w:val="20"/>
          <w:szCs w:val="20"/>
          <w:lang w:val="en-US"/>
          <w14:ligatures w14:val="none"/>
        </w:rPr>
      </w:pPr>
    </w:p>
    <w:p w14:paraId="004F5A8A" w14:textId="77777777" w:rsidR="00AB3852" w:rsidRPr="00AB3852" w:rsidRDefault="00AB3852" w:rsidP="00AB3852">
      <w:pPr>
        <w:spacing w:before="40" w:after="100" w:line="276" w:lineRule="auto"/>
        <w:rPr>
          <w:rFonts w:ascii="Arial" w:eastAsia="MS Mincho" w:hAnsi="Arial" w:cs="Arial"/>
          <w:i/>
          <w:color w:val="555555"/>
          <w:kern w:val="0"/>
          <w:sz w:val="20"/>
          <w:szCs w:val="20"/>
          <w:lang w:val="en-US"/>
          <w14:ligatures w14:val="none"/>
        </w:rPr>
      </w:pPr>
      <w:r w:rsidRPr="00AB3852">
        <w:rPr>
          <w:rFonts w:ascii="Arial" w:eastAsia="MS Mincho" w:hAnsi="Arial" w:cs="Arial"/>
          <w:i/>
          <w:color w:val="555555"/>
          <w:kern w:val="0"/>
          <w:sz w:val="20"/>
          <w:szCs w:val="20"/>
          <w:lang w:val="en-US"/>
          <w14:ligatures w14:val="none"/>
        </w:rPr>
        <w:t>Tailoring prompt: After completing the main registers, remove unused rows, optional appendices and irrelevant scenarios so the final approved plan remains concise and practical. Keep one approved copy and one accessible offline or offsite copy.</w:t>
      </w:r>
    </w:p>
    <w:p w14:paraId="136FB0C3" w14:textId="2C0F98B3" w:rsidR="00842D44" w:rsidRDefault="002A069A">
      <w:r>
        <w:br w:type="page"/>
      </w:r>
    </w:p>
    <w:p w14:paraId="64264AC7" w14:textId="5D83FFC0" w:rsidR="00E7764E" w:rsidRPr="00842D44" w:rsidRDefault="00842D44" w:rsidP="39F154FF">
      <w:pPr>
        <w:rPr>
          <w:b/>
          <w:bCs/>
        </w:rPr>
      </w:pPr>
      <w:r w:rsidRPr="00842D44">
        <w:rPr>
          <w:b/>
          <w:bCs/>
        </w:rPr>
        <w:lastRenderedPageBreak/>
        <w:t>Notes:</w:t>
      </w:r>
    </w:p>
    <w:p w14:paraId="2D3361FA" w14:textId="39425044" w:rsidR="00E7764E" w:rsidRPr="00E7764E" w:rsidRDefault="00E7764E" w:rsidP="00E7764E">
      <w:pPr>
        <w:jc w:val="center"/>
        <w:rPr>
          <w:rFonts w:ascii="Arial" w:hAnsi="Arial" w:cs="Arial"/>
          <w:sz w:val="20"/>
          <w:szCs w:val="20"/>
        </w:rPr>
      </w:pPr>
      <w:r>
        <w:lastRenderedPageBreak/>
        <w:drawing>
          <wp:inline distT="0" distB="0" distL="0" distR="0" wp14:anchorId="73CA267C" wp14:editId="7B37D669">
            <wp:extent cx="8107045" cy="5731510"/>
            <wp:effectExtent l="0" t="0" r="8255" b="2540"/>
            <wp:docPr id="18567009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07045" cy="5731510"/>
                    </a:xfrm>
                    <a:prstGeom prst="rect">
                      <a:avLst/>
                    </a:prstGeom>
                    <a:noFill/>
                    <a:ln>
                      <a:noFill/>
                    </a:ln>
                  </pic:spPr>
                </pic:pic>
              </a:graphicData>
            </a:graphic>
          </wp:inline>
        </w:drawing>
      </w:r>
    </w:p>
    <w:sectPr w:rsidR="00E7764E" w:rsidRPr="00E7764E" w:rsidSect="008023A2">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782BC" w14:textId="77777777" w:rsidR="00B13258" w:rsidRDefault="00B13258" w:rsidP="00B67E04">
      <w:pPr>
        <w:spacing w:after="0" w:line="240" w:lineRule="auto"/>
      </w:pPr>
      <w:r>
        <w:separator/>
      </w:r>
    </w:p>
  </w:endnote>
  <w:endnote w:type="continuationSeparator" w:id="0">
    <w:p w14:paraId="55DDD013" w14:textId="77777777" w:rsidR="00B13258" w:rsidRDefault="00B13258" w:rsidP="00B67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77115" w14:textId="6826A819" w:rsidR="001C60FA" w:rsidRPr="00B67E04" w:rsidRDefault="001C60FA" w:rsidP="001C60FA">
    <w:pPr>
      <w:pStyle w:val="Footer"/>
      <w:spacing w:before="240"/>
      <w:jc w:val="center"/>
      <w:rPr>
        <w:rFonts w:ascii="Arial" w:hAnsi="Arial" w:cs="Arial"/>
        <w:sz w:val="20"/>
        <w:szCs w:val="20"/>
      </w:rPr>
    </w:pPr>
    <w:r w:rsidRPr="00B67E04">
      <w:rPr>
        <w:rFonts w:ascii="Arial" w:hAnsi="Arial" w:cs="Arial"/>
        <w:sz w:val="20"/>
        <w:szCs w:val="20"/>
      </w:rPr>
      <w:t xml:space="preserve"> </w:t>
    </w:r>
  </w:p>
  <w:p w14:paraId="3459EE33" w14:textId="77777777" w:rsidR="001C60FA" w:rsidRPr="00B67E04" w:rsidRDefault="001C60FA">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BA1DD" w14:textId="77777777" w:rsidR="00B13258" w:rsidRDefault="00B13258" w:rsidP="00B67E04">
      <w:pPr>
        <w:spacing w:after="0" w:line="240" w:lineRule="auto"/>
      </w:pPr>
      <w:r>
        <w:separator/>
      </w:r>
    </w:p>
  </w:footnote>
  <w:footnote w:type="continuationSeparator" w:id="0">
    <w:p w14:paraId="6A475E7F" w14:textId="77777777" w:rsidR="00B13258" w:rsidRDefault="00B13258" w:rsidP="00B67E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7703198">
    <w:abstractNumId w:val="8"/>
  </w:num>
  <w:num w:numId="2" w16cid:durableId="802428853">
    <w:abstractNumId w:val="6"/>
  </w:num>
  <w:num w:numId="3" w16cid:durableId="734282424">
    <w:abstractNumId w:val="5"/>
  </w:num>
  <w:num w:numId="4" w16cid:durableId="1435326224">
    <w:abstractNumId w:val="4"/>
  </w:num>
  <w:num w:numId="5" w16cid:durableId="1117867254">
    <w:abstractNumId w:val="7"/>
  </w:num>
  <w:num w:numId="6" w16cid:durableId="1956324330">
    <w:abstractNumId w:val="3"/>
  </w:num>
  <w:num w:numId="7" w16cid:durableId="40524244">
    <w:abstractNumId w:val="2"/>
  </w:num>
  <w:num w:numId="8" w16cid:durableId="1566644426">
    <w:abstractNumId w:val="1"/>
  </w:num>
  <w:num w:numId="9" w16cid:durableId="552469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374"/>
    <w:rsid w:val="00034B53"/>
    <w:rsid w:val="001C60FA"/>
    <w:rsid w:val="001E27FC"/>
    <w:rsid w:val="002718CF"/>
    <w:rsid w:val="002A069A"/>
    <w:rsid w:val="002F3486"/>
    <w:rsid w:val="00370396"/>
    <w:rsid w:val="00474C24"/>
    <w:rsid w:val="00505CFB"/>
    <w:rsid w:val="005968B1"/>
    <w:rsid w:val="006A64A2"/>
    <w:rsid w:val="007910B6"/>
    <w:rsid w:val="00796B38"/>
    <w:rsid w:val="007C16B3"/>
    <w:rsid w:val="007C1C20"/>
    <w:rsid w:val="008023A2"/>
    <w:rsid w:val="00832E91"/>
    <w:rsid w:val="00842D44"/>
    <w:rsid w:val="00852374"/>
    <w:rsid w:val="008A4FF2"/>
    <w:rsid w:val="00A11B86"/>
    <w:rsid w:val="00AB3852"/>
    <w:rsid w:val="00AD48DA"/>
    <w:rsid w:val="00B13258"/>
    <w:rsid w:val="00B67E04"/>
    <w:rsid w:val="00BE00AE"/>
    <w:rsid w:val="00C50489"/>
    <w:rsid w:val="00C82CC6"/>
    <w:rsid w:val="00CC0540"/>
    <w:rsid w:val="00E46733"/>
    <w:rsid w:val="00E7764E"/>
    <w:rsid w:val="00EB3A58"/>
    <w:rsid w:val="00EE0D9C"/>
    <w:rsid w:val="00F07A91"/>
    <w:rsid w:val="00F565E1"/>
    <w:rsid w:val="00F81D49"/>
    <w:rsid w:val="00F97EB8"/>
    <w:rsid w:val="39F154FF"/>
    <w:rsid w:val="441828BD"/>
    <w:rsid w:val="4E49DBEC"/>
    <w:rsid w:val="5E63CAE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C34FE"/>
  <w15:chartTrackingRefBased/>
  <w15:docId w15:val="{F88066C5-FA4E-48B4-8985-7D31FA11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23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523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523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23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23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23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3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3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3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3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523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523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23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23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23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23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23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2374"/>
    <w:rPr>
      <w:rFonts w:eastAsiaTheme="majorEastAsia" w:cstheme="majorBidi"/>
      <w:color w:val="272727" w:themeColor="text1" w:themeTint="D8"/>
    </w:rPr>
  </w:style>
  <w:style w:type="paragraph" w:styleId="Title">
    <w:name w:val="Title"/>
    <w:basedOn w:val="Normal"/>
    <w:next w:val="Normal"/>
    <w:link w:val="TitleChar"/>
    <w:uiPriority w:val="10"/>
    <w:qFormat/>
    <w:rsid w:val="008523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3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23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23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374"/>
    <w:pPr>
      <w:spacing w:before="160"/>
      <w:jc w:val="center"/>
    </w:pPr>
    <w:rPr>
      <w:i/>
      <w:iCs/>
      <w:color w:val="404040" w:themeColor="text1" w:themeTint="BF"/>
    </w:rPr>
  </w:style>
  <w:style w:type="character" w:customStyle="1" w:styleId="QuoteChar">
    <w:name w:val="Quote Char"/>
    <w:basedOn w:val="DefaultParagraphFont"/>
    <w:link w:val="Quote"/>
    <w:uiPriority w:val="29"/>
    <w:rsid w:val="00852374"/>
    <w:rPr>
      <w:i/>
      <w:iCs/>
      <w:color w:val="404040" w:themeColor="text1" w:themeTint="BF"/>
    </w:rPr>
  </w:style>
  <w:style w:type="paragraph" w:styleId="ListParagraph">
    <w:name w:val="List Paragraph"/>
    <w:basedOn w:val="Normal"/>
    <w:uiPriority w:val="34"/>
    <w:qFormat/>
    <w:rsid w:val="00852374"/>
    <w:pPr>
      <w:ind w:left="720"/>
      <w:contextualSpacing/>
    </w:pPr>
  </w:style>
  <w:style w:type="character" w:styleId="IntenseEmphasis">
    <w:name w:val="Intense Emphasis"/>
    <w:basedOn w:val="DefaultParagraphFont"/>
    <w:uiPriority w:val="21"/>
    <w:qFormat/>
    <w:rsid w:val="00852374"/>
    <w:rPr>
      <w:i/>
      <w:iCs/>
      <w:color w:val="0F4761" w:themeColor="accent1" w:themeShade="BF"/>
    </w:rPr>
  </w:style>
  <w:style w:type="paragraph" w:styleId="IntenseQuote">
    <w:name w:val="Intense Quote"/>
    <w:basedOn w:val="Normal"/>
    <w:next w:val="Normal"/>
    <w:link w:val="IntenseQuoteChar"/>
    <w:uiPriority w:val="30"/>
    <w:qFormat/>
    <w:rsid w:val="00852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2374"/>
    <w:rPr>
      <w:i/>
      <w:iCs/>
      <w:color w:val="0F4761" w:themeColor="accent1" w:themeShade="BF"/>
    </w:rPr>
  </w:style>
  <w:style w:type="character" w:styleId="IntenseReference">
    <w:name w:val="Intense Reference"/>
    <w:basedOn w:val="DefaultParagraphFont"/>
    <w:uiPriority w:val="32"/>
    <w:qFormat/>
    <w:rsid w:val="00852374"/>
    <w:rPr>
      <w:b/>
      <w:bCs/>
      <w:smallCaps/>
      <w:color w:val="0F4761" w:themeColor="accent1" w:themeShade="BF"/>
      <w:spacing w:val="5"/>
    </w:rPr>
  </w:style>
  <w:style w:type="paragraph" w:styleId="Header">
    <w:name w:val="header"/>
    <w:basedOn w:val="Normal"/>
    <w:link w:val="HeaderChar"/>
    <w:uiPriority w:val="99"/>
    <w:unhideWhenUsed/>
    <w:rsid w:val="00B67E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7E04"/>
  </w:style>
  <w:style w:type="paragraph" w:styleId="Footer">
    <w:name w:val="footer"/>
    <w:basedOn w:val="Normal"/>
    <w:link w:val="FooterChar"/>
    <w:uiPriority w:val="99"/>
    <w:unhideWhenUsed/>
    <w:rsid w:val="00B67E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E04"/>
  </w:style>
  <w:style w:type="numbering" w:customStyle="1" w:styleId="NoList1">
    <w:name w:val="No List1"/>
    <w:next w:val="NoList"/>
    <w:uiPriority w:val="99"/>
    <w:semiHidden/>
    <w:unhideWhenUsed/>
    <w:rsid w:val="00AB3852"/>
  </w:style>
  <w:style w:type="paragraph" w:styleId="NoSpacing">
    <w:name w:val="No Spacing"/>
    <w:uiPriority w:val="1"/>
    <w:qFormat/>
    <w:rsid w:val="00AB3852"/>
    <w:pPr>
      <w:spacing w:after="0" w:line="240" w:lineRule="auto"/>
    </w:pPr>
    <w:rPr>
      <w:rFonts w:eastAsia="MS Mincho"/>
      <w:kern w:val="0"/>
      <w:sz w:val="22"/>
      <w:szCs w:val="22"/>
      <w:lang w:val="en-US"/>
      <w14:ligatures w14:val="none"/>
    </w:rPr>
  </w:style>
  <w:style w:type="paragraph" w:styleId="BodyText">
    <w:name w:val="Body Text"/>
    <w:basedOn w:val="Normal"/>
    <w:link w:val="BodyTextChar"/>
    <w:uiPriority w:val="99"/>
    <w:unhideWhenUsed/>
    <w:rsid w:val="00AB3852"/>
    <w:pPr>
      <w:spacing w:after="120" w:line="252" w:lineRule="auto"/>
    </w:pPr>
    <w:rPr>
      <w:rFonts w:ascii="Arial" w:eastAsia="MS Mincho" w:hAnsi="Arial"/>
      <w:kern w:val="0"/>
      <w:sz w:val="19"/>
      <w:szCs w:val="22"/>
      <w:lang w:val="en-US"/>
      <w14:ligatures w14:val="none"/>
    </w:rPr>
  </w:style>
  <w:style w:type="character" w:customStyle="1" w:styleId="BodyTextChar">
    <w:name w:val="Body Text Char"/>
    <w:basedOn w:val="DefaultParagraphFont"/>
    <w:link w:val="BodyText"/>
    <w:uiPriority w:val="99"/>
    <w:rsid w:val="00AB3852"/>
    <w:rPr>
      <w:rFonts w:ascii="Arial" w:eastAsia="MS Mincho" w:hAnsi="Arial"/>
      <w:kern w:val="0"/>
      <w:sz w:val="19"/>
      <w:szCs w:val="22"/>
      <w:lang w:val="en-US"/>
      <w14:ligatures w14:val="none"/>
    </w:rPr>
  </w:style>
  <w:style w:type="paragraph" w:styleId="BodyText2">
    <w:name w:val="Body Text 2"/>
    <w:basedOn w:val="Normal"/>
    <w:link w:val="BodyText2Char"/>
    <w:uiPriority w:val="99"/>
    <w:unhideWhenUsed/>
    <w:rsid w:val="00AB3852"/>
    <w:pPr>
      <w:spacing w:after="120" w:line="480" w:lineRule="auto"/>
    </w:pPr>
    <w:rPr>
      <w:rFonts w:ascii="Arial" w:eastAsia="MS Mincho" w:hAnsi="Arial"/>
      <w:kern w:val="0"/>
      <w:sz w:val="19"/>
      <w:szCs w:val="22"/>
      <w:lang w:val="en-US"/>
      <w14:ligatures w14:val="none"/>
    </w:rPr>
  </w:style>
  <w:style w:type="character" w:customStyle="1" w:styleId="BodyText2Char">
    <w:name w:val="Body Text 2 Char"/>
    <w:basedOn w:val="DefaultParagraphFont"/>
    <w:link w:val="BodyText2"/>
    <w:uiPriority w:val="99"/>
    <w:rsid w:val="00AB3852"/>
    <w:rPr>
      <w:rFonts w:ascii="Arial" w:eastAsia="MS Mincho" w:hAnsi="Arial"/>
      <w:kern w:val="0"/>
      <w:sz w:val="19"/>
      <w:szCs w:val="22"/>
      <w:lang w:val="en-US"/>
      <w14:ligatures w14:val="none"/>
    </w:rPr>
  </w:style>
  <w:style w:type="paragraph" w:styleId="BodyText3">
    <w:name w:val="Body Text 3"/>
    <w:basedOn w:val="Normal"/>
    <w:link w:val="BodyText3Char"/>
    <w:uiPriority w:val="99"/>
    <w:unhideWhenUsed/>
    <w:rsid w:val="00AB3852"/>
    <w:pPr>
      <w:spacing w:after="120" w:line="252" w:lineRule="auto"/>
    </w:pPr>
    <w:rPr>
      <w:rFonts w:ascii="Arial" w:eastAsia="MS Mincho" w:hAnsi="Arial"/>
      <w:kern w:val="0"/>
      <w:sz w:val="16"/>
      <w:szCs w:val="16"/>
      <w:lang w:val="en-US"/>
      <w14:ligatures w14:val="none"/>
    </w:rPr>
  </w:style>
  <w:style w:type="character" w:customStyle="1" w:styleId="BodyText3Char">
    <w:name w:val="Body Text 3 Char"/>
    <w:basedOn w:val="DefaultParagraphFont"/>
    <w:link w:val="BodyText3"/>
    <w:uiPriority w:val="99"/>
    <w:rsid w:val="00AB3852"/>
    <w:rPr>
      <w:rFonts w:ascii="Arial" w:eastAsia="MS Mincho" w:hAnsi="Arial"/>
      <w:kern w:val="0"/>
      <w:sz w:val="16"/>
      <w:szCs w:val="16"/>
      <w:lang w:val="en-US"/>
      <w14:ligatures w14:val="none"/>
    </w:rPr>
  </w:style>
  <w:style w:type="paragraph" w:styleId="List">
    <w:name w:val="List"/>
    <w:basedOn w:val="Normal"/>
    <w:uiPriority w:val="99"/>
    <w:unhideWhenUsed/>
    <w:rsid w:val="00AB3852"/>
    <w:pPr>
      <w:spacing w:after="80" w:line="252" w:lineRule="auto"/>
      <w:ind w:left="360" w:hanging="360"/>
      <w:contextualSpacing/>
    </w:pPr>
    <w:rPr>
      <w:rFonts w:ascii="Arial" w:eastAsia="MS Mincho" w:hAnsi="Arial"/>
      <w:kern w:val="0"/>
      <w:sz w:val="19"/>
      <w:szCs w:val="22"/>
      <w:lang w:val="en-US"/>
      <w14:ligatures w14:val="none"/>
    </w:rPr>
  </w:style>
  <w:style w:type="paragraph" w:styleId="List2">
    <w:name w:val="List 2"/>
    <w:basedOn w:val="Normal"/>
    <w:uiPriority w:val="99"/>
    <w:unhideWhenUsed/>
    <w:rsid w:val="00AB3852"/>
    <w:pPr>
      <w:spacing w:after="80" w:line="252" w:lineRule="auto"/>
      <w:ind w:left="720" w:hanging="360"/>
      <w:contextualSpacing/>
    </w:pPr>
    <w:rPr>
      <w:rFonts w:ascii="Arial" w:eastAsia="MS Mincho" w:hAnsi="Arial"/>
      <w:kern w:val="0"/>
      <w:sz w:val="19"/>
      <w:szCs w:val="22"/>
      <w:lang w:val="en-US"/>
      <w14:ligatures w14:val="none"/>
    </w:rPr>
  </w:style>
  <w:style w:type="paragraph" w:styleId="List3">
    <w:name w:val="List 3"/>
    <w:basedOn w:val="Normal"/>
    <w:uiPriority w:val="99"/>
    <w:unhideWhenUsed/>
    <w:rsid w:val="00AB3852"/>
    <w:pPr>
      <w:spacing w:after="80" w:line="252" w:lineRule="auto"/>
      <w:ind w:left="1080" w:hanging="360"/>
      <w:contextualSpacing/>
    </w:pPr>
    <w:rPr>
      <w:rFonts w:ascii="Arial" w:eastAsia="MS Mincho" w:hAnsi="Arial"/>
      <w:kern w:val="0"/>
      <w:sz w:val="19"/>
      <w:szCs w:val="22"/>
      <w:lang w:val="en-US"/>
      <w14:ligatures w14:val="none"/>
    </w:rPr>
  </w:style>
  <w:style w:type="paragraph" w:styleId="ListBullet">
    <w:name w:val="List Bullet"/>
    <w:basedOn w:val="Normal"/>
    <w:uiPriority w:val="99"/>
    <w:unhideWhenUsed/>
    <w:rsid w:val="00AB3852"/>
    <w:pPr>
      <w:numPr>
        <w:numId w:val="1"/>
      </w:numPr>
      <w:tabs>
        <w:tab w:val="clear" w:pos="360"/>
      </w:tabs>
      <w:spacing w:after="80" w:line="252" w:lineRule="auto"/>
      <w:ind w:left="0" w:firstLine="0"/>
      <w:contextualSpacing/>
    </w:pPr>
    <w:rPr>
      <w:rFonts w:ascii="Arial" w:eastAsia="MS Mincho" w:hAnsi="Arial"/>
      <w:kern w:val="0"/>
      <w:sz w:val="19"/>
      <w:szCs w:val="22"/>
      <w:lang w:val="en-US"/>
      <w14:ligatures w14:val="none"/>
    </w:rPr>
  </w:style>
  <w:style w:type="paragraph" w:styleId="ListBullet2">
    <w:name w:val="List Bullet 2"/>
    <w:basedOn w:val="Normal"/>
    <w:uiPriority w:val="99"/>
    <w:unhideWhenUsed/>
    <w:rsid w:val="00AB3852"/>
    <w:pPr>
      <w:numPr>
        <w:numId w:val="2"/>
      </w:numPr>
      <w:tabs>
        <w:tab w:val="clear" w:pos="720"/>
      </w:tabs>
      <w:spacing w:after="80" w:line="252" w:lineRule="auto"/>
      <w:ind w:left="0" w:firstLine="0"/>
      <w:contextualSpacing/>
    </w:pPr>
    <w:rPr>
      <w:rFonts w:ascii="Arial" w:eastAsia="MS Mincho" w:hAnsi="Arial"/>
      <w:kern w:val="0"/>
      <w:sz w:val="19"/>
      <w:szCs w:val="22"/>
      <w:lang w:val="en-US"/>
      <w14:ligatures w14:val="none"/>
    </w:rPr>
  </w:style>
  <w:style w:type="paragraph" w:styleId="ListBullet3">
    <w:name w:val="List Bullet 3"/>
    <w:basedOn w:val="Normal"/>
    <w:uiPriority w:val="99"/>
    <w:unhideWhenUsed/>
    <w:rsid w:val="00AB3852"/>
    <w:pPr>
      <w:numPr>
        <w:numId w:val="3"/>
      </w:numPr>
      <w:tabs>
        <w:tab w:val="clear" w:pos="1080"/>
      </w:tabs>
      <w:spacing w:after="80" w:line="252" w:lineRule="auto"/>
      <w:ind w:left="0" w:firstLine="0"/>
      <w:contextualSpacing/>
    </w:pPr>
    <w:rPr>
      <w:rFonts w:ascii="Arial" w:eastAsia="MS Mincho" w:hAnsi="Arial"/>
      <w:kern w:val="0"/>
      <w:sz w:val="19"/>
      <w:szCs w:val="22"/>
      <w:lang w:val="en-US"/>
      <w14:ligatures w14:val="none"/>
    </w:rPr>
  </w:style>
  <w:style w:type="paragraph" w:styleId="ListNumber">
    <w:name w:val="List Number"/>
    <w:basedOn w:val="Normal"/>
    <w:uiPriority w:val="99"/>
    <w:unhideWhenUsed/>
    <w:rsid w:val="00AB3852"/>
    <w:pPr>
      <w:numPr>
        <w:numId w:val="5"/>
      </w:numPr>
      <w:tabs>
        <w:tab w:val="clear" w:pos="360"/>
      </w:tabs>
      <w:spacing w:after="80" w:line="252" w:lineRule="auto"/>
      <w:ind w:left="0" w:firstLine="0"/>
      <w:contextualSpacing/>
    </w:pPr>
    <w:rPr>
      <w:rFonts w:ascii="Arial" w:eastAsia="MS Mincho" w:hAnsi="Arial"/>
      <w:kern w:val="0"/>
      <w:sz w:val="19"/>
      <w:szCs w:val="22"/>
      <w:lang w:val="en-US"/>
      <w14:ligatures w14:val="none"/>
    </w:rPr>
  </w:style>
  <w:style w:type="paragraph" w:styleId="ListNumber2">
    <w:name w:val="List Number 2"/>
    <w:basedOn w:val="Normal"/>
    <w:uiPriority w:val="99"/>
    <w:unhideWhenUsed/>
    <w:rsid w:val="00AB3852"/>
    <w:pPr>
      <w:numPr>
        <w:numId w:val="6"/>
      </w:numPr>
      <w:tabs>
        <w:tab w:val="clear" w:pos="720"/>
      </w:tabs>
      <w:spacing w:after="80" w:line="252" w:lineRule="auto"/>
      <w:ind w:left="0" w:firstLine="0"/>
      <w:contextualSpacing/>
    </w:pPr>
    <w:rPr>
      <w:rFonts w:ascii="Arial" w:eastAsia="MS Mincho" w:hAnsi="Arial"/>
      <w:kern w:val="0"/>
      <w:sz w:val="19"/>
      <w:szCs w:val="22"/>
      <w:lang w:val="en-US"/>
      <w14:ligatures w14:val="none"/>
    </w:rPr>
  </w:style>
  <w:style w:type="paragraph" w:styleId="ListNumber3">
    <w:name w:val="List Number 3"/>
    <w:basedOn w:val="Normal"/>
    <w:uiPriority w:val="99"/>
    <w:unhideWhenUsed/>
    <w:rsid w:val="00AB3852"/>
    <w:pPr>
      <w:numPr>
        <w:numId w:val="7"/>
      </w:numPr>
      <w:tabs>
        <w:tab w:val="clear" w:pos="1080"/>
      </w:tabs>
      <w:spacing w:after="80" w:line="252" w:lineRule="auto"/>
      <w:ind w:left="0" w:firstLine="0"/>
      <w:contextualSpacing/>
    </w:pPr>
    <w:rPr>
      <w:rFonts w:ascii="Arial" w:eastAsia="MS Mincho" w:hAnsi="Arial"/>
      <w:kern w:val="0"/>
      <w:sz w:val="19"/>
      <w:szCs w:val="22"/>
      <w:lang w:val="en-US"/>
      <w14:ligatures w14:val="none"/>
    </w:rPr>
  </w:style>
  <w:style w:type="paragraph" w:styleId="ListContinue">
    <w:name w:val="List Continue"/>
    <w:basedOn w:val="Normal"/>
    <w:uiPriority w:val="99"/>
    <w:unhideWhenUsed/>
    <w:rsid w:val="00AB3852"/>
    <w:pPr>
      <w:spacing w:after="120" w:line="252" w:lineRule="auto"/>
      <w:ind w:left="360"/>
      <w:contextualSpacing/>
    </w:pPr>
    <w:rPr>
      <w:rFonts w:ascii="Arial" w:eastAsia="MS Mincho" w:hAnsi="Arial"/>
      <w:kern w:val="0"/>
      <w:sz w:val="19"/>
      <w:szCs w:val="22"/>
      <w:lang w:val="en-US"/>
      <w14:ligatures w14:val="none"/>
    </w:rPr>
  </w:style>
  <w:style w:type="paragraph" w:styleId="ListContinue2">
    <w:name w:val="List Continue 2"/>
    <w:basedOn w:val="Normal"/>
    <w:uiPriority w:val="99"/>
    <w:unhideWhenUsed/>
    <w:rsid w:val="00AB3852"/>
    <w:pPr>
      <w:spacing w:after="120" w:line="252" w:lineRule="auto"/>
      <w:ind w:left="720"/>
      <w:contextualSpacing/>
    </w:pPr>
    <w:rPr>
      <w:rFonts w:ascii="Arial" w:eastAsia="MS Mincho" w:hAnsi="Arial"/>
      <w:kern w:val="0"/>
      <w:sz w:val="19"/>
      <w:szCs w:val="22"/>
      <w:lang w:val="en-US"/>
      <w14:ligatures w14:val="none"/>
    </w:rPr>
  </w:style>
  <w:style w:type="paragraph" w:styleId="ListContinue3">
    <w:name w:val="List Continue 3"/>
    <w:basedOn w:val="Normal"/>
    <w:uiPriority w:val="99"/>
    <w:unhideWhenUsed/>
    <w:rsid w:val="00AB3852"/>
    <w:pPr>
      <w:spacing w:after="120" w:line="252" w:lineRule="auto"/>
      <w:ind w:left="1080"/>
      <w:contextualSpacing/>
    </w:pPr>
    <w:rPr>
      <w:rFonts w:ascii="Arial" w:eastAsia="MS Mincho" w:hAnsi="Arial"/>
      <w:kern w:val="0"/>
      <w:sz w:val="19"/>
      <w:szCs w:val="22"/>
      <w:lang w:val="en-US"/>
      <w14:ligatures w14:val="none"/>
    </w:rPr>
  </w:style>
  <w:style w:type="paragraph" w:styleId="MacroText">
    <w:name w:val="macro"/>
    <w:link w:val="MacroTextChar"/>
    <w:uiPriority w:val="99"/>
    <w:unhideWhenUsed/>
    <w:rsid w:val="00AB3852"/>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kern w:val="0"/>
      <w:sz w:val="20"/>
      <w:szCs w:val="20"/>
      <w:lang w:val="en-US"/>
      <w14:ligatures w14:val="none"/>
    </w:rPr>
  </w:style>
  <w:style w:type="character" w:customStyle="1" w:styleId="MacroTextChar">
    <w:name w:val="Macro Text Char"/>
    <w:basedOn w:val="DefaultParagraphFont"/>
    <w:link w:val="MacroText"/>
    <w:uiPriority w:val="99"/>
    <w:rsid w:val="00AB3852"/>
    <w:rPr>
      <w:rFonts w:ascii="Courier" w:eastAsia="MS Mincho" w:hAnsi="Courier"/>
      <w:kern w:val="0"/>
      <w:sz w:val="20"/>
      <w:szCs w:val="20"/>
      <w:lang w:val="en-US"/>
      <w14:ligatures w14:val="none"/>
    </w:rPr>
  </w:style>
  <w:style w:type="paragraph" w:customStyle="1" w:styleId="Caption1">
    <w:name w:val="Caption1"/>
    <w:basedOn w:val="Normal"/>
    <w:next w:val="Normal"/>
    <w:uiPriority w:val="35"/>
    <w:semiHidden/>
    <w:unhideWhenUsed/>
    <w:qFormat/>
    <w:rsid w:val="00AB3852"/>
    <w:pPr>
      <w:spacing w:after="80" w:line="240" w:lineRule="auto"/>
    </w:pPr>
    <w:rPr>
      <w:rFonts w:ascii="Arial" w:eastAsia="MS Mincho" w:hAnsi="Arial"/>
      <w:b/>
      <w:bCs/>
      <w:color w:val="4F81BD"/>
      <w:kern w:val="0"/>
      <w:sz w:val="18"/>
      <w:szCs w:val="18"/>
      <w:lang w:val="en-US"/>
      <w14:ligatures w14:val="none"/>
    </w:rPr>
  </w:style>
  <w:style w:type="character" w:styleId="Strong">
    <w:name w:val="Strong"/>
    <w:basedOn w:val="DefaultParagraphFont"/>
    <w:uiPriority w:val="22"/>
    <w:qFormat/>
    <w:rsid w:val="00AB3852"/>
    <w:rPr>
      <w:b/>
      <w:bCs/>
    </w:rPr>
  </w:style>
  <w:style w:type="character" w:styleId="Emphasis">
    <w:name w:val="Emphasis"/>
    <w:basedOn w:val="DefaultParagraphFont"/>
    <w:uiPriority w:val="20"/>
    <w:qFormat/>
    <w:rsid w:val="00AB3852"/>
    <w:rPr>
      <w:i/>
      <w:iCs/>
    </w:rPr>
  </w:style>
  <w:style w:type="character" w:customStyle="1" w:styleId="SubtleEmphasis1">
    <w:name w:val="Subtle Emphasis1"/>
    <w:basedOn w:val="DefaultParagraphFont"/>
    <w:uiPriority w:val="19"/>
    <w:qFormat/>
    <w:rsid w:val="00AB3852"/>
    <w:rPr>
      <w:i/>
      <w:iCs/>
      <w:color w:val="808080"/>
    </w:rPr>
  </w:style>
  <w:style w:type="character" w:customStyle="1" w:styleId="SubtleReference1">
    <w:name w:val="Subtle Reference1"/>
    <w:basedOn w:val="DefaultParagraphFont"/>
    <w:uiPriority w:val="31"/>
    <w:qFormat/>
    <w:rsid w:val="00AB3852"/>
    <w:rPr>
      <w:smallCaps/>
      <w:color w:val="C0504D"/>
      <w:u w:val="single"/>
    </w:rPr>
  </w:style>
  <w:style w:type="character" w:styleId="BookTitle">
    <w:name w:val="Book Title"/>
    <w:basedOn w:val="DefaultParagraphFont"/>
    <w:uiPriority w:val="33"/>
    <w:qFormat/>
    <w:rsid w:val="00AB3852"/>
    <w:rPr>
      <w:b/>
      <w:bCs/>
      <w:smallCaps/>
      <w:spacing w:val="5"/>
    </w:rPr>
  </w:style>
  <w:style w:type="paragraph" w:styleId="TOCHeading">
    <w:name w:val="TOC Heading"/>
    <w:basedOn w:val="Heading1"/>
    <w:next w:val="Normal"/>
    <w:uiPriority w:val="39"/>
    <w:semiHidden/>
    <w:unhideWhenUsed/>
    <w:qFormat/>
    <w:rsid w:val="00AB3852"/>
    <w:pPr>
      <w:spacing w:before="160" w:after="60" w:line="252" w:lineRule="auto"/>
      <w:outlineLvl w:val="9"/>
    </w:pPr>
    <w:rPr>
      <w:b/>
      <w:bCs/>
      <w:color w:val="3D3D3D"/>
      <w:kern w:val="0"/>
      <w:sz w:val="30"/>
      <w:szCs w:val="28"/>
      <w:lang w:val="en-US"/>
      <w14:ligatures w14:val="none"/>
    </w:rPr>
  </w:style>
  <w:style w:type="table" w:styleId="TableGrid">
    <w:name w:val="Table Grid"/>
    <w:basedOn w:val="TableNormal"/>
    <w:uiPriority w:val="59"/>
    <w:rsid w:val="00AB3852"/>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AB3852"/>
    <w:pPr>
      <w:spacing w:after="0" w:line="240" w:lineRule="auto"/>
    </w:pPr>
    <w:rPr>
      <w:rFonts w:eastAsia="MS Mincho"/>
      <w:color w:val="365F91"/>
      <w:kern w:val="0"/>
      <w:sz w:val="22"/>
      <w:szCs w:val="22"/>
      <w:lang w:val="en-U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AB3852"/>
    <w:pPr>
      <w:spacing w:after="0" w:line="240" w:lineRule="auto"/>
    </w:pPr>
    <w:rPr>
      <w:rFonts w:eastAsia="MS Mincho"/>
      <w:color w:val="943634"/>
      <w:kern w:val="0"/>
      <w:sz w:val="22"/>
      <w:szCs w:val="22"/>
      <w:lang w:val="en-US"/>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AB3852"/>
    <w:pPr>
      <w:spacing w:after="0" w:line="240" w:lineRule="auto"/>
    </w:pPr>
    <w:rPr>
      <w:rFonts w:eastAsia="MS Mincho"/>
      <w:color w:val="76923C"/>
      <w:kern w:val="0"/>
      <w:sz w:val="22"/>
      <w:szCs w:val="22"/>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AB3852"/>
    <w:pPr>
      <w:spacing w:after="0" w:line="240" w:lineRule="auto"/>
    </w:pPr>
    <w:rPr>
      <w:rFonts w:eastAsia="MS Mincho"/>
      <w:color w:val="5F497A"/>
      <w:kern w:val="0"/>
      <w:sz w:val="22"/>
      <w:szCs w:val="22"/>
      <w:lang w:val="en-US"/>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rsid w:val="00AB3852"/>
    <w:pPr>
      <w:spacing w:after="0" w:line="240" w:lineRule="auto"/>
    </w:pPr>
    <w:rPr>
      <w:rFonts w:eastAsia="MS Mincho"/>
      <w:color w:val="31849B"/>
      <w:kern w:val="0"/>
      <w:sz w:val="22"/>
      <w:szCs w:val="22"/>
      <w:lang w:val="en-US"/>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AB3852"/>
    <w:pPr>
      <w:spacing w:after="0" w:line="240" w:lineRule="auto"/>
    </w:pPr>
    <w:rPr>
      <w:rFonts w:eastAsia="MS Mincho"/>
      <w:color w:val="E36C0A"/>
      <w:kern w:val="0"/>
      <w:sz w:val="22"/>
      <w:szCs w:val="22"/>
      <w:lang w:val="en-US"/>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1">
    <w:name w:val="Light List1"/>
    <w:basedOn w:val="TableNormal"/>
    <w:next w:val="LightList"/>
    <w:uiPriority w:val="61"/>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1">
    <w:name w:val="Light Grid1"/>
    <w:basedOn w:val="TableNormal"/>
    <w:next w:val="LightGrid"/>
    <w:uiPriority w:val="62"/>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1">
    <w:name w:val="Medium Shading 11"/>
    <w:basedOn w:val="TableNormal"/>
    <w:next w:val="MediumShading1"/>
    <w:uiPriority w:val="63"/>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AB3852"/>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AB3852"/>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AB3852"/>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AB3852"/>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AB3852"/>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AB3852"/>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AB3852"/>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next w:val="MediumList1"/>
    <w:uiPriority w:val="65"/>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AB3852"/>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AB3852"/>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AB3852"/>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AB3852"/>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AB3852"/>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AB3852"/>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AB3852"/>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1">
    <w:name w:val="Medium Grid 11"/>
    <w:basedOn w:val="TableNormal"/>
    <w:next w:val="MediumGrid1"/>
    <w:uiPriority w:val="67"/>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rsid w:val="00AB3852"/>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AB3852"/>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AB3852"/>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AB3852"/>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AB3852"/>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AB3852"/>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AB3852"/>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AB3852"/>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DarkList1">
    <w:name w:val="Dark List1"/>
    <w:basedOn w:val="TableNormal"/>
    <w:next w:val="DarkList"/>
    <w:uiPriority w:val="70"/>
    <w:rsid w:val="00AB3852"/>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AB3852"/>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AB3852"/>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AB3852"/>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AB3852"/>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AB3852"/>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AB3852"/>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Shading1">
    <w:name w:val="Colorful Shading1"/>
    <w:basedOn w:val="TableNormal"/>
    <w:next w:val="ColorfulShading"/>
    <w:uiPriority w:val="71"/>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AB3852"/>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ColorfulList1">
    <w:name w:val="Colorful List1"/>
    <w:basedOn w:val="TableNormal"/>
    <w:next w:val="ColorfulList"/>
    <w:uiPriority w:val="72"/>
    <w:rsid w:val="00AB3852"/>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AB3852"/>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rsid w:val="00AB3852"/>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rsid w:val="00AB3852"/>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rsid w:val="00AB3852"/>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rsid w:val="00AB3852"/>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rsid w:val="00AB3852"/>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Grid1">
    <w:name w:val="Colorful Grid1"/>
    <w:basedOn w:val="TableNormal"/>
    <w:next w:val="ColorfulGrid"/>
    <w:uiPriority w:val="73"/>
    <w:rsid w:val="00AB3852"/>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AB3852"/>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rsid w:val="00AB3852"/>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rsid w:val="00AB3852"/>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rsid w:val="00AB3852"/>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rsid w:val="00AB3852"/>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rsid w:val="00AB3852"/>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Note">
    <w:name w:val="Note"/>
    <w:rsid w:val="00AB3852"/>
    <w:pPr>
      <w:spacing w:before="40" w:after="100" w:line="276" w:lineRule="auto"/>
    </w:pPr>
    <w:rPr>
      <w:rFonts w:ascii="Arial" w:eastAsia="MS Mincho" w:hAnsi="Arial"/>
      <w:i/>
      <w:color w:val="555555"/>
      <w:kern w:val="0"/>
      <w:sz w:val="17"/>
      <w:szCs w:val="22"/>
      <w:lang w:val="en-US"/>
      <w14:ligatures w14:val="none"/>
    </w:rPr>
  </w:style>
  <w:style w:type="paragraph" w:styleId="TOC1">
    <w:name w:val="toc 1"/>
    <w:basedOn w:val="Normal"/>
    <w:next w:val="Normal"/>
    <w:autoRedefine/>
    <w:uiPriority w:val="39"/>
    <w:unhideWhenUsed/>
    <w:rsid w:val="00AB3852"/>
    <w:pPr>
      <w:spacing w:after="100" w:line="252" w:lineRule="auto"/>
    </w:pPr>
    <w:rPr>
      <w:rFonts w:ascii="Arial" w:eastAsia="MS Mincho" w:hAnsi="Arial"/>
      <w:kern w:val="0"/>
      <w:sz w:val="19"/>
      <w:szCs w:val="22"/>
      <w:lang w:val="en-US"/>
      <w14:ligatures w14:val="none"/>
    </w:rPr>
  </w:style>
  <w:style w:type="character" w:customStyle="1" w:styleId="Hyperlink1">
    <w:name w:val="Hyperlink1"/>
    <w:basedOn w:val="DefaultParagraphFont"/>
    <w:uiPriority w:val="99"/>
    <w:unhideWhenUsed/>
    <w:rsid w:val="00AB3852"/>
    <w:rPr>
      <w:color w:val="0000FF"/>
      <w:u w:val="single"/>
    </w:rPr>
  </w:style>
  <w:style w:type="character" w:styleId="SubtleEmphasis">
    <w:name w:val="Subtle Emphasis"/>
    <w:basedOn w:val="DefaultParagraphFont"/>
    <w:uiPriority w:val="19"/>
    <w:qFormat/>
    <w:rsid w:val="00AB3852"/>
    <w:rPr>
      <w:i/>
      <w:iCs/>
      <w:color w:val="404040" w:themeColor="text1" w:themeTint="BF"/>
    </w:rPr>
  </w:style>
  <w:style w:type="character" w:styleId="SubtleReference">
    <w:name w:val="Subtle Reference"/>
    <w:basedOn w:val="DefaultParagraphFont"/>
    <w:uiPriority w:val="31"/>
    <w:qFormat/>
    <w:rsid w:val="00AB3852"/>
    <w:rPr>
      <w:smallCaps/>
      <w:color w:val="5A5A5A" w:themeColor="text1" w:themeTint="A5"/>
    </w:rPr>
  </w:style>
  <w:style w:type="table" w:styleId="LightShading">
    <w:name w:val="Light Shading"/>
    <w:basedOn w:val="TableNormal"/>
    <w:uiPriority w:val="60"/>
    <w:semiHidden/>
    <w:unhideWhenUsed/>
    <w:rsid w:val="00AB385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B3852"/>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AB3852"/>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AB3852"/>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AB3852"/>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AB3852"/>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AB3852"/>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semiHidden/>
    <w:unhideWhenUsed/>
    <w:rsid w:val="00AB385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B3852"/>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AB3852"/>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AB3852"/>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AB3852"/>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AB3852"/>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AB3852"/>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semiHidden/>
    <w:unhideWhenUsed/>
    <w:rsid w:val="00AB385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B3852"/>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AB3852"/>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AB3852"/>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AB3852"/>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AB3852"/>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AB3852"/>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semiHidden/>
    <w:unhideWhenUsed/>
    <w:rsid w:val="00AB385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B3852"/>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B3852"/>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B3852"/>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B3852"/>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B3852"/>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B3852"/>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B385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B385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B385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B385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B385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B385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B385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rsid w:val="00AB385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B3852"/>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AB3852"/>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AB3852"/>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AB3852"/>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AB3852"/>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AB3852"/>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AB38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B38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B38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B38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B38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B38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B38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AB385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B3852"/>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AB3852"/>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AB3852"/>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AB3852"/>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AB3852"/>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AB3852"/>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AB38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B38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B38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B38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B38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B38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B38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B385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B385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AB385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AB385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AB385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AB385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AB385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semiHidden/>
    <w:unhideWhenUsed/>
    <w:rsid w:val="00AB385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B3852"/>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AB3852"/>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AB3852"/>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AB3852"/>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AB3852"/>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AB3852"/>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semiHidden/>
    <w:unhideWhenUsed/>
    <w:rsid w:val="00AB3852"/>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B3852"/>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B3852"/>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B3852"/>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AB3852"/>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B3852"/>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B3852"/>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rsid w:val="00AB385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B3852"/>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AB3852"/>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AB3852"/>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AB3852"/>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AB3852"/>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AB3852"/>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semiHidden/>
    <w:unhideWhenUsed/>
    <w:rsid w:val="00AB385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B385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AB385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AB385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AB385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AB385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AB385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styleId="Hyperlink">
    <w:name w:val="Hyperlink"/>
    <w:basedOn w:val="DefaultParagraphFont"/>
    <w:uiPriority w:val="99"/>
    <w:unhideWhenUsed/>
    <w:rsid w:val="00AB385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98860BFEDF3845B42F34594FD67EA7" ma:contentTypeVersion="20" ma:contentTypeDescription="Create a new document." ma:contentTypeScope="" ma:versionID="e6d9c92843ff8ce6940b149916114d6c">
  <xsd:schema xmlns:xsd="http://www.w3.org/2001/XMLSchema" xmlns:xs="http://www.w3.org/2001/XMLSchema" xmlns:p="http://schemas.microsoft.com/office/2006/metadata/properties" xmlns:ns2="1557157d-7ee3-4a4a-ad3c-bdd63f8eb5b5" xmlns:ns3="bda1bc31-51bb-4974-b466-47637ee9edf6" targetNamespace="http://schemas.microsoft.com/office/2006/metadata/properties" ma:root="true" ma:fieldsID="612d73f5e3ccebb17b5196136ba6f619" ns2:_="" ns3:_="">
    <xsd:import namespace="1557157d-7ee3-4a4a-ad3c-bdd63f8eb5b5"/>
    <xsd:import namespace="bda1bc31-51bb-4974-b466-47637ee9ed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7157d-7ee3-4a4a-ad3c-bdd63f8eb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576c7d9-214e-412d-9c12-b6ab1401010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Year" ma:index="27" nillable="true" ma:displayName="Year" ma:description="Year training occurred" ma:internalName="Ye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a1bc31-51bb-4974-b466-47637ee9edf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43635df-6b54-4440-8c06-91ace93001a1}" ma:internalName="TaxCatchAll" ma:showField="CatchAllData" ma:web="bda1bc31-51bb-4974-b466-47637ee9ed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a1bc31-51bb-4974-b466-47637ee9edf6" xsi:nil="true"/>
    <lcf76f155ced4ddcb4097134ff3c332f xmlns="1557157d-7ee3-4a4a-ad3c-bdd63f8eb5b5">
      <Terms xmlns="http://schemas.microsoft.com/office/infopath/2007/PartnerControls"/>
    </lcf76f155ced4ddcb4097134ff3c332f>
    <Year xmlns="1557157d-7ee3-4a4a-ad3c-bdd63f8eb5b5" xsi:nil="true"/>
  </documentManagement>
</p:properties>
</file>

<file path=customXml/itemProps1.xml><?xml version="1.0" encoding="utf-8"?>
<ds:datastoreItem xmlns:ds="http://schemas.openxmlformats.org/officeDocument/2006/customXml" ds:itemID="{633FC38D-7E1C-4E6A-AA4F-19451910C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57157d-7ee3-4a4a-ad3c-bdd63f8eb5b5"/>
    <ds:schemaRef ds:uri="bda1bc31-51bb-4974-b466-47637ee9ed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98E0AA-9CFB-4B8B-8448-3B47DD26223D}">
  <ds:schemaRefs>
    <ds:schemaRef ds:uri="http://schemas.microsoft.com/sharepoint/v3/contenttype/forms"/>
  </ds:schemaRefs>
</ds:datastoreItem>
</file>

<file path=customXml/itemProps3.xml><?xml version="1.0" encoding="utf-8"?>
<ds:datastoreItem xmlns:ds="http://schemas.openxmlformats.org/officeDocument/2006/customXml" ds:itemID="{685B5F01-158E-466B-B0A7-4AF2CE8FE9F3}">
  <ds:schemaRefs>
    <ds:schemaRef ds:uri="http://schemas.microsoft.com/office/2006/metadata/properties"/>
    <ds:schemaRef ds:uri="http://schemas.microsoft.com/office/infopath/2007/PartnerControls"/>
    <ds:schemaRef ds:uri="bda1bc31-51bb-4974-b466-47637ee9edf6"/>
    <ds:schemaRef ds:uri="1557157d-7ee3-4a4a-ad3c-bdd63f8eb5b5"/>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38</Pages>
  <Words>6833</Words>
  <Characters>42570</Characters>
  <Application>Microsoft Office Word</Application>
  <DocSecurity>0</DocSecurity>
  <Lines>2838</Lines>
  <Paragraphs>1976</Paragraphs>
  <ScaleCrop>false</ScaleCrop>
  <Company/>
  <LinksUpToDate>false</LinksUpToDate>
  <CharactersWithSpaces>47427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Genevieve Thornley</dc:creator>
  <cp:keywords/>
  <dc:description/>
  <cp:lastModifiedBy>Genevieve Thornley</cp:lastModifiedBy>
  <cp:revision>25</cp:revision>
  <dcterms:created xsi:type="dcterms:W3CDTF">2026-06-21T22:48:00Z</dcterms:created>
  <dcterms:modified xsi:type="dcterms:W3CDTF">2026-06-22T01:15:00Z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0x0101002C98860BFEDF3845B42F34594FD67EA7</vt:lpwstr>
  </property>
  <property fmtid="{D5CDD505-2E9C-101B-9397-08002B2CF9AE}" pid="3" name="MediaServiceImageTags">
    <vt:lpwstr/>
  </property>
</Properties>
</file>